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89B" w:rsidRPr="00A039BE" w:rsidRDefault="0099789B" w:rsidP="00A039BE">
      <w:pPr>
        <w:spacing w:line="240" w:lineRule="auto"/>
        <w:ind w:firstLine="720"/>
        <w:jc w:val="both"/>
        <w:rPr>
          <w:rFonts w:cs="Times New Roman"/>
          <w:szCs w:val="28"/>
        </w:rPr>
      </w:pPr>
    </w:p>
    <w:p w:rsidR="0099789B" w:rsidRPr="00A039BE" w:rsidRDefault="0099789B" w:rsidP="00A039BE">
      <w:pPr>
        <w:spacing w:line="240" w:lineRule="auto"/>
        <w:ind w:firstLine="720"/>
        <w:jc w:val="both"/>
        <w:rPr>
          <w:rFonts w:cs="Times New Roman"/>
          <w:szCs w:val="28"/>
        </w:rPr>
      </w:pPr>
    </w:p>
    <w:p w:rsidR="0099789B" w:rsidRPr="00A039BE" w:rsidRDefault="0099789B" w:rsidP="00A039BE">
      <w:pPr>
        <w:spacing w:line="240" w:lineRule="auto"/>
        <w:ind w:firstLine="720"/>
        <w:jc w:val="both"/>
        <w:rPr>
          <w:rFonts w:cs="Times New Roman"/>
          <w:szCs w:val="28"/>
        </w:rPr>
      </w:pPr>
    </w:p>
    <w:p w:rsidR="0099789B" w:rsidRPr="00A039BE" w:rsidRDefault="006E0B9A" w:rsidP="00A039BE">
      <w:pPr>
        <w:spacing w:line="240" w:lineRule="auto"/>
        <w:ind w:firstLine="720"/>
        <w:jc w:val="center"/>
        <w:rPr>
          <w:rFonts w:cs="Times New Roman"/>
          <w:szCs w:val="28"/>
          <w:lang w:val="ru-RU"/>
        </w:rPr>
      </w:pPr>
      <w:r w:rsidRPr="00A039BE">
        <w:rPr>
          <w:rFonts w:cs="Times New Roman"/>
          <w:b/>
          <w:szCs w:val="28"/>
          <w:lang w:val="ru-RU"/>
        </w:rPr>
        <w:t>МЕТОДИЧЕСКАЯ РАЗРАБОТКА</w:t>
      </w:r>
    </w:p>
    <w:p w:rsidR="0099789B" w:rsidRPr="00A039BE" w:rsidRDefault="006E0B9A" w:rsidP="00A039BE">
      <w:pPr>
        <w:spacing w:line="240" w:lineRule="auto"/>
        <w:ind w:firstLine="720"/>
        <w:jc w:val="center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>для конкурса «Моя лучшая методическая разработка»</w:t>
      </w:r>
    </w:p>
    <w:p w:rsidR="0099789B" w:rsidRPr="00A039BE" w:rsidRDefault="0099789B" w:rsidP="00A039BE">
      <w:pPr>
        <w:spacing w:line="240" w:lineRule="auto"/>
        <w:ind w:firstLine="720"/>
        <w:jc w:val="center"/>
        <w:rPr>
          <w:rFonts w:cs="Times New Roman"/>
          <w:szCs w:val="28"/>
          <w:lang w:val="ru-RU"/>
        </w:rPr>
      </w:pPr>
    </w:p>
    <w:p w:rsidR="0099789B" w:rsidRDefault="0099789B" w:rsidP="00A039BE">
      <w:pPr>
        <w:spacing w:line="240" w:lineRule="auto"/>
        <w:ind w:firstLine="720"/>
        <w:jc w:val="center"/>
        <w:rPr>
          <w:rFonts w:cs="Times New Roman"/>
          <w:szCs w:val="28"/>
          <w:lang w:val="ru-RU"/>
        </w:rPr>
      </w:pPr>
    </w:p>
    <w:p w:rsidR="00A039BE" w:rsidRDefault="00A039BE" w:rsidP="00A039BE">
      <w:pPr>
        <w:spacing w:line="240" w:lineRule="auto"/>
        <w:ind w:firstLine="720"/>
        <w:jc w:val="center"/>
        <w:rPr>
          <w:rFonts w:cs="Times New Roman"/>
          <w:szCs w:val="28"/>
          <w:lang w:val="ru-RU"/>
        </w:rPr>
      </w:pPr>
    </w:p>
    <w:p w:rsidR="00A039BE" w:rsidRDefault="00A039BE" w:rsidP="00A039BE">
      <w:pPr>
        <w:spacing w:line="240" w:lineRule="auto"/>
        <w:ind w:firstLine="720"/>
        <w:jc w:val="center"/>
        <w:rPr>
          <w:rFonts w:cs="Times New Roman"/>
          <w:szCs w:val="28"/>
          <w:lang w:val="ru-RU"/>
        </w:rPr>
      </w:pPr>
    </w:p>
    <w:p w:rsidR="00A039BE" w:rsidRDefault="00A039BE" w:rsidP="00A039BE">
      <w:pPr>
        <w:spacing w:line="240" w:lineRule="auto"/>
        <w:ind w:firstLine="720"/>
        <w:jc w:val="center"/>
        <w:rPr>
          <w:rFonts w:cs="Times New Roman"/>
          <w:szCs w:val="28"/>
          <w:lang w:val="ru-RU"/>
        </w:rPr>
      </w:pPr>
    </w:p>
    <w:p w:rsidR="00A039BE" w:rsidRDefault="00A039BE" w:rsidP="00A039BE">
      <w:pPr>
        <w:spacing w:line="240" w:lineRule="auto"/>
        <w:ind w:firstLine="720"/>
        <w:jc w:val="center"/>
        <w:rPr>
          <w:rFonts w:cs="Times New Roman"/>
          <w:szCs w:val="28"/>
          <w:lang w:val="ru-RU"/>
        </w:rPr>
      </w:pPr>
    </w:p>
    <w:p w:rsidR="00A039BE" w:rsidRDefault="00A039BE" w:rsidP="00A039BE">
      <w:pPr>
        <w:spacing w:line="240" w:lineRule="auto"/>
        <w:ind w:firstLine="720"/>
        <w:jc w:val="center"/>
        <w:rPr>
          <w:rFonts w:cs="Times New Roman"/>
          <w:szCs w:val="28"/>
          <w:lang w:val="ru-RU"/>
        </w:rPr>
      </w:pPr>
    </w:p>
    <w:p w:rsidR="00A039BE" w:rsidRDefault="00A039BE" w:rsidP="00A039BE">
      <w:pPr>
        <w:spacing w:line="240" w:lineRule="auto"/>
        <w:ind w:firstLine="720"/>
        <w:jc w:val="center"/>
        <w:rPr>
          <w:rFonts w:cs="Times New Roman"/>
          <w:szCs w:val="28"/>
          <w:lang w:val="ru-RU"/>
        </w:rPr>
      </w:pPr>
    </w:p>
    <w:p w:rsidR="00A039BE" w:rsidRDefault="00A039BE" w:rsidP="00A039BE">
      <w:pPr>
        <w:spacing w:line="240" w:lineRule="auto"/>
        <w:ind w:firstLine="720"/>
        <w:jc w:val="center"/>
        <w:rPr>
          <w:rFonts w:cs="Times New Roman"/>
          <w:szCs w:val="28"/>
          <w:lang w:val="ru-RU"/>
        </w:rPr>
      </w:pPr>
    </w:p>
    <w:p w:rsidR="00A039BE" w:rsidRDefault="00A039BE" w:rsidP="00A039BE">
      <w:pPr>
        <w:spacing w:line="240" w:lineRule="auto"/>
        <w:ind w:firstLine="720"/>
        <w:jc w:val="center"/>
        <w:rPr>
          <w:rFonts w:cs="Times New Roman"/>
          <w:szCs w:val="28"/>
          <w:lang w:val="ru-RU"/>
        </w:rPr>
      </w:pPr>
    </w:p>
    <w:p w:rsidR="00A039BE" w:rsidRDefault="00A039BE" w:rsidP="00A039BE">
      <w:pPr>
        <w:spacing w:line="240" w:lineRule="auto"/>
        <w:ind w:firstLine="720"/>
        <w:jc w:val="center"/>
        <w:rPr>
          <w:rFonts w:cs="Times New Roman"/>
          <w:szCs w:val="28"/>
          <w:lang w:val="ru-RU"/>
        </w:rPr>
      </w:pPr>
    </w:p>
    <w:p w:rsidR="00A039BE" w:rsidRPr="00A039BE" w:rsidRDefault="00A039BE" w:rsidP="00A039BE">
      <w:pPr>
        <w:spacing w:line="240" w:lineRule="auto"/>
        <w:ind w:firstLine="720"/>
        <w:jc w:val="center"/>
        <w:rPr>
          <w:rFonts w:cs="Times New Roman"/>
          <w:szCs w:val="28"/>
          <w:lang w:val="ru-RU"/>
        </w:rPr>
      </w:pPr>
    </w:p>
    <w:p w:rsidR="0099789B" w:rsidRPr="002D5126" w:rsidRDefault="006E0B9A" w:rsidP="00A039BE">
      <w:pPr>
        <w:spacing w:line="240" w:lineRule="auto"/>
        <w:ind w:firstLine="720"/>
        <w:jc w:val="center"/>
        <w:rPr>
          <w:rFonts w:cs="Times New Roman"/>
          <w:color w:val="000000" w:themeColor="text1"/>
          <w:szCs w:val="28"/>
          <w:lang w:val="ru-RU"/>
        </w:rPr>
      </w:pPr>
      <w:r w:rsidRPr="002D5126">
        <w:rPr>
          <w:rFonts w:cs="Times New Roman"/>
          <w:b/>
          <w:color w:val="000000" w:themeColor="text1"/>
          <w:szCs w:val="28"/>
          <w:lang w:val="ru-RU"/>
        </w:rPr>
        <w:t>«КА</w:t>
      </w:r>
      <w:r w:rsidR="00492F2E" w:rsidRPr="002D5126">
        <w:rPr>
          <w:rFonts w:cs="Times New Roman"/>
          <w:b/>
          <w:color w:val="000000" w:themeColor="text1"/>
          <w:szCs w:val="28"/>
          <w:lang w:val="ru-RU"/>
        </w:rPr>
        <w:t xml:space="preserve">РТА ДОБРЫХ ДЕЛ: ОТ МОЕГО КЛАССА </w:t>
      </w:r>
      <w:r w:rsidRPr="002D5126">
        <w:rPr>
          <w:rFonts w:cs="Times New Roman"/>
          <w:b/>
          <w:color w:val="000000" w:themeColor="text1"/>
          <w:szCs w:val="28"/>
          <w:lang w:val="ru-RU"/>
        </w:rPr>
        <w:t>К МОЕЙ МАЛОЙ РОДИНЕ»</w:t>
      </w:r>
    </w:p>
    <w:p w:rsidR="0099789B" w:rsidRPr="00A039BE" w:rsidRDefault="0099789B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</w:p>
    <w:p w:rsidR="0099789B" w:rsidRPr="00A039BE" w:rsidRDefault="0099789B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</w:p>
    <w:p w:rsidR="0099789B" w:rsidRPr="00A039BE" w:rsidRDefault="0099789B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</w:p>
    <w:p w:rsidR="0099789B" w:rsidRDefault="0099789B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</w:p>
    <w:p w:rsidR="00A039BE" w:rsidRDefault="00A039BE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</w:p>
    <w:p w:rsidR="00A039BE" w:rsidRDefault="00A039BE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</w:p>
    <w:p w:rsidR="00A039BE" w:rsidRDefault="00A039BE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</w:p>
    <w:p w:rsidR="00A039BE" w:rsidRDefault="00A039BE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</w:p>
    <w:p w:rsidR="00A039BE" w:rsidRDefault="00A039BE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</w:p>
    <w:p w:rsidR="00A039BE" w:rsidRDefault="00A039BE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</w:p>
    <w:p w:rsidR="00A039BE" w:rsidRPr="00A039BE" w:rsidRDefault="00A039BE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</w:p>
    <w:p w:rsidR="00A039BE" w:rsidRPr="00A039BE" w:rsidRDefault="00A039BE" w:rsidP="00A039BE">
      <w:pPr>
        <w:spacing w:line="240" w:lineRule="auto"/>
        <w:ind w:firstLine="720"/>
        <w:jc w:val="right"/>
        <w:rPr>
          <w:rFonts w:cs="Times New Roman"/>
          <w:szCs w:val="28"/>
          <w:lang w:val="ru-RU"/>
        </w:rPr>
      </w:pPr>
      <w:proofErr w:type="spellStart"/>
      <w:r w:rsidRPr="00A039BE">
        <w:rPr>
          <w:rFonts w:cs="Times New Roman"/>
          <w:szCs w:val="28"/>
          <w:lang w:val="ru-RU"/>
        </w:rPr>
        <w:t>Горбатенко</w:t>
      </w:r>
      <w:proofErr w:type="spellEnd"/>
      <w:r w:rsidRPr="00A039BE">
        <w:rPr>
          <w:rFonts w:cs="Times New Roman"/>
          <w:szCs w:val="28"/>
          <w:lang w:val="ru-RU"/>
        </w:rPr>
        <w:t xml:space="preserve"> Юлия Николаевна</w:t>
      </w:r>
    </w:p>
    <w:p w:rsidR="0099789B" w:rsidRPr="00A039BE" w:rsidRDefault="006E0B9A" w:rsidP="00A039BE">
      <w:pPr>
        <w:spacing w:line="240" w:lineRule="auto"/>
        <w:ind w:firstLine="720"/>
        <w:jc w:val="right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 xml:space="preserve">учитель </w:t>
      </w:r>
      <w:r w:rsidR="00A039BE" w:rsidRPr="00A039BE">
        <w:rPr>
          <w:rFonts w:cs="Times New Roman"/>
          <w:szCs w:val="28"/>
          <w:lang w:val="ru-RU"/>
        </w:rPr>
        <w:t>начальных классов</w:t>
      </w:r>
    </w:p>
    <w:p w:rsidR="00A039BE" w:rsidRPr="00A039BE" w:rsidRDefault="00A039BE" w:rsidP="00A039BE">
      <w:pPr>
        <w:spacing w:line="240" w:lineRule="auto"/>
        <w:ind w:firstLine="720"/>
        <w:jc w:val="right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 xml:space="preserve">МБОУ «СОШ </w:t>
      </w:r>
      <w:proofErr w:type="gramStart"/>
      <w:r w:rsidRPr="00A039BE">
        <w:rPr>
          <w:rFonts w:cs="Times New Roman"/>
          <w:szCs w:val="28"/>
          <w:lang w:val="ru-RU"/>
        </w:rPr>
        <w:t>с</w:t>
      </w:r>
      <w:proofErr w:type="gramEnd"/>
      <w:r w:rsidRPr="00A039BE">
        <w:rPr>
          <w:rFonts w:cs="Times New Roman"/>
          <w:szCs w:val="28"/>
          <w:lang w:val="ru-RU"/>
        </w:rPr>
        <w:t xml:space="preserve">. Русская </w:t>
      </w:r>
      <w:proofErr w:type="spellStart"/>
      <w:r w:rsidRPr="00A039BE">
        <w:rPr>
          <w:rFonts w:cs="Times New Roman"/>
          <w:szCs w:val="28"/>
          <w:lang w:val="ru-RU"/>
        </w:rPr>
        <w:t>Халань</w:t>
      </w:r>
      <w:proofErr w:type="spellEnd"/>
      <w:r w:rsidRPr="00A039BE">
        <w:rPr>
          <w:rFonts w:cs="Times New Roman"/>
          <w:szCs w:val="28"/>
          <w:lang w:val="ru-RU"/>
        </w:rPr>
        <w:t>»</w:t>
      </w:r>
    </w:p>
    <w:p w:rsidR="0099789B" w:rsidRPr="00A039BE" w:rsidRDefault="0099789B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</w:p>
    <w:p w:rsidR="0099789B" w:rsidRPr="00A039BE" w:rsidRDefault="0099789B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</w:p>
    <w:p w:rsidR="0099789B" w:rsidRPr="00A039BE" w:rsidRDefault="0099789B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</w:p>
    <w:p w:rsidR="00A039BE" w:rsidRDefault="00A039BE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</w:p>
    <w:p w:rsidR="002D5126" w:rsidRDefault="002D5126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</w:p>
    <w:p w:rsidR="002D5126" w:rsidRPr="00A039BE" w:rsidRDefault="002D5126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</w:p>
    <w:p w:rsidR="0099789B" w:rsidRPr="00A039BE" w:rsidRDefault="006E0B9A" w:rsidP="00A039BE">
      <w:pPr>
        <w:spacing w:line="240" w:lineRule="auto"/>
        <w:ind w:firstLine="720"/>
        <w:jc w:val="center"/>
        <w:rPr>
          <w:rFonts w:cs="Times New Roman"/>
          <w:szCs w:val="28"/>
        </w:rPr>
      </w:pPr>
      <w:r w:rsidRPr="00A039BE">
        <w:rPr>
          <w:rFonts w:cs="Times New Roman"/>
          <w:szCs w:val="28"/>
        </w:rPr>
        <w:t>2026</w:t>
      </w:r>
    </w:p>
    <w:p w:rsidR="0099789B" w:rsidRPr="00A039BE" w:rsidRDefault="0099789B" w:rsidP="00A039BE">
      <w:pPr>
        <w:spacing w:line="240" w:lineRule="auto"/>
        <w:ind w:firstLine="720"/>
        <w:jc w:val="both"/>
        <w:rPr>
          <w:rFonts w:cs="Times New Roman"/>
          <w:szCs w:val="28"/>
        </w:rPr>
      </w:pPr>
    </w:p>
    <w:p w:rsidR="0099789B" w:rsidRDefault="006E0B9A" w:rsidP="00A039BE">
      <w:pPr>
        <w:pStyle w:val="1"/>
        <w:spacing w:before="0" w:line="240" w:lineRule="auto"/>
        <w:ind w:firstLine="720"/>
        <w:jc w:val="center"/>
        <w:rPr>
          <w:rFonts w:ascii="Times New Roman" w:hAnsi="Times New Roman" w:cs="Times New Roman"/>
          <w:sz w:val="28"/>
          <w:lang w:val="ru-RU"/>
        </w:rPr>
      </w:pPr>
      <w:r w:rsidRPr="00A039BE">
        <w:rPr>
          <w:rFonts w:ascii="Times New Roman" w:hAnsi="Times New Roman" w:cs="Times New Roman"/>
          <w:sz w:val="28"/>
        </w:rPr>
        <w:lastRenderedPageBreak/>
        <w:t>ПАСПОРТ МЕТОДИЧЕСКОЙ РАЗРАБОТКИ</w:t>
      </w:r>
    </w:p>
    <w:p w:rsidR="00492F2E" w:rsidRPr="00492F2E" w:rsidRDefault="00492F2E" w:rsidP="00492F2E">
      <w:pPr>
        <w:rPr>
          <w:lang w:val="ru-RU"/>
        </w:rPr>
      </w:pPr>
    </w:p>
    <w:tbl>
      <w:tblPr>
        <w:tblStyle w:val="aff0"/>
        <w:tblW w:w="0" w:type="auto"/>
        <w:jc w:val="center"/>
        <w:tblLook w:val="04A0"/>
      </w:tblPr>
      <w:tblGrid>
        <w:gridCol w:w="4844"/>
        <w:gridCol w:w="4844"/>
      </w:tblGrid>
      <w:tr w:rsidR="0099789B" w:rsidRPr="00A039BE">
        <w:trPr>
          <w:jc w:val="center"/>
        </w:trPr>
        <w:tc>
          <w:tcPr>
            <w:tcW w:w="4844" w:type="dxa"/>
            <w:shd w:val="clear" w:color="auto" w:fill="D9EAF7"/>
            <w:vAlign w:val="center"/>
          </w:tcPr>
          <w:p w:rsidR="0099789B" w:rsidRPr="00A039BE" w:rsidRDefault="006E0B9A" w:rsidP="00A039BE">
            <w:pPr>
              <w:spacing w:line="240" w:lineRule="auto"/>
              <w:ind w:firstLine="720"/>
              <w:rPr>
                <w:rFonts w:cs="Times New Roman"/>
                <w:szCs w:val="28"/>
              </w:rPr>
            </w:pPr>
            <w:proofErr w:type="spellStart"/>
            <w:r w:rsidRPr="00A039BE">
              <w:rPr>
                <w:rFonts w:cs="Times New Roman"/>
                <w:b/>
                <w:szCs w:val="28"/>
              </w:rPr>
              <w:t>Название</w:t>
            </w:r>
            <w:proofErr w:type="spellEnd"/>
          </w:p>
        </w:tc>
        <w:tc>
          <w:tcPr>
            <w:tcW w:w="4844" w:type="dxa"/>
            <w:vAlign w:val="center"/>
          </w:tcPr>
          <w:p w:rsidR="0099789B" w:rsidRPr="00A039BE" w:rsidRDefault="006E0B9A" w:rsidP="00A039BE">
            <w:pPr>
              <w:spacing w:line="240" w:lineRule="auto"/>
              <w:ind w:firstLine="720"/>
              <w:jc w:val="both"/>
              <w:rPr>
                <w:rFonts w:cs="Times New Roman"/>
                <w:szCs w:val="28"/>
                <w:lang w:val="ru-RU"/>
              </w:rPr>
            </w:pPr>
            <w:r w:rsidRPr="00A039BE">
              <w:rPr>
                <w:rFonts w:cs="Times New Roman"/>
                <w:szCs w:val="28"/>
                <w:lang w:val="ru-RU"/>
              </w:rPr>
              <w:t>«Карта добрых дел: от моего класса к моей малой родине»</w:t>
            </w:r>
          </w:p>
        </w:tc>
      </w:tr>
      <w:tr w:rsidR="0099789B" w:rsidRPr="00A039BE">
        <w:trPr>
          <w:jc w:val="center"/>
        </w:trPr>
        <w:tc>
          <w:tcPr>
            <w:tcW w:w="4844" w:type="dxa"/>
            <w:shd w:val="clear" w:color="auto" w:fill="D9EAF7"/>
            <w:vAlign w:val="center"/>
          </w:tcPr>
          <w:p w:rsidR="0099789B" w:rsidRPr="00A039BE" w:rsidRDefault="006E0B9A" w:rsidP="00A039BE">
            <w:pPr>
              <w:spacing w:line="240" w:lineRule="auto"/>
              <w:ind w:firstLine="720"/>
              <w:rPr>
                <w:rFonts w:cs="Times New Roman"/>
                <w:szCs w:val="28"/>
              </w:rPr>
            </w:pPr>
            <w:proofErr w:type="spellStart"/>
            <w:r w:rsidRPr="00A039BE">
              <w:rPr>
                <w:rFonts w:cs="Times New Roman"/>
                <w:b/>
                <w:szCs w:val="28"/>
              </w:rPr>
              <w:t>Направление</w:t>
            </w:r>
            <w:proofErr w:type="spellEnd"/>
          </w:p>
        </w:tc>
        <w:tc>
          <w:tcPr>
            <w:tcW w:w="4844" w:type="dxa"/>
            <w:vAlign w:val="center"/>
          </w:tcPr>
          <w:p w:rsidR="0099789B" w:rsidRPr="00A039BE" w:rsidRDefault="006E0B9A" w:rsidP="00A039BE">
            <w:pPr>
              <w:spacing w:line="240" w:lineRule="auto"/>
              <w:ind w:firstLine="720"/>
              <w:jc w:val="both"/>
              <w:rPr>
                <w:rFonts w:cs="Times New Roman"/>
                <w:szCs w:val="28"/>
                <w:lang w:val="ru-RU"/>
              </w:rPr>
            </w:pPr>
            <w:r w:rsidRPr="00A039BE">
              <w:rPr>
                <w:rFonts w:cs="Times New Roman"/>
                <w:szCs w:val="28"/>
                <w:lang w:val="ru-RU"/>
              </w:rPr>
              <w:t xml:space="preserve">Воспитательная </w:t>
            </w:r>
            <w:r w:rsidRPr="00A039BE">
              <w:rPr>
                <w:rFonts w:cs="Times New Roman"/>
                <w:szCs w:val="28"/>
                <w:lang w:val="ru-RU"/>
              </w:rPr>
              <w:t>работа; гражданско-патриотическое, духовно-нравственное, экологическое и трудовое воспитание.</w:t>
            </w:r>
          </w:p>
        </w:tc>
      </w:tr>
      <w:tr w:rsidR="0099789B" w:rsidRPr="00A039BE">
        <w:trPr>
          <w:jc w:val="center"/>
        </w:trPr>
        <w:tc>
          <w:tcPr>
            <w:tcW w:w="4844" w:type="dxa"/>
            <w:shd w:val="clear" w:color="auto" w:fill="D9EAF7"/>
            <w:vAlign w:val="center"/>
          </w:tcPr>
          <w:p w:rsidR="0099789B" w:rsidRPr="00A039BE" w:rsidRDefault="006E0B9A" w:rsidP="00A039BE">
            <w:pPr>
              <w:spacing w:line="240" w:lineRule="auto"/>
              <w:ind w:firstLine="720"/>
              <w:rPr>
                <w:rFonts w:cs="Times New Roman"/>
                <w:szCs w:val="28"/>
              </w:rPr>
            </w:pPr>
            <w:proofErr w:type="spellStart"/>
            <w:r w:rsidRPr="00A039BE">
              <w:rPr>
                <w:rFonts w:cs="Times New Roman"/>
                <w:b/>
                <w:szCs w:val="28"/>
              </w:rPr>
              <w:t>Целевая</w:t>
            </w:r>
            <w:proofErr w:type="spellEnd"/>
            <w:r w:rsidRPr="00A039BE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A039BE">
              <w:rPr>
                <w:rFonts w:cs="Times New Roman"/>
                <w:b/>
                <w:szCs w:val="28"/>
              </w:rPr>
              <w:t>аудитория</w:t>
            </w:r>
            <w:proofErr w:type="spellEnd"/>
          </w:p>
        </w:tc>
        <w:tc>
          <w:tcPr>
            <w:tcW w:w="4844" w:type="dxa"/>
            <w:vAlign w:val="center"/>
          </w:tcPr>
          <w:p w:rsidR="0099789B" w:rsidRPr="00A039BE" w:rsidRDefault="00492F2E" w:rsidP="00492F2E">
            <w:pPr>
              <w:spacing w:line="240" w:lineRule="auto"/>
              <w:ind w:firstLine="720"/>
              <w:jc w:val="both"/>
              <w:rPr>
                <w:rFonts w:cs="Times New Roman"/>
                <w:szCs w:val="28"/>
                <w:lang w:val="ru-RU"/>
              </w:rPr>
            </w:pPr>
            <w:proofErr w:type="gramStart"/>
            <w:r>
              <w:rPr>
                <w:rFonts w:cs="Times New Roman"/>
                <w:szCs w:val="28"/>
                <w:lang w:val="ru-RU"/>
              </w:rPr>
              <w:t>Обучающиеся</w:t>
            </w:r>
            <w:proofErr w:type="gramEnd"/>
            <w:r>
              <w:rPr>
                <w:rFonts w:cs="Times New Roman"/>
                <w:szCs w:val="28"/>
                <w:lang w:val="ru-RU"/>
              </w:rPr>
              <w:t xml:space="preserve"> </w:t>
            </w:r>
            <w:r w:rsidR="002D5126">
              <w:rPr>
                <w:rFonts w:cs="Times New Roman"/>
                <w:szCs w:val="28"/>
                <w:lang w:val="ru-RU"/>
              </w:rPr>
              <w:t>3</w:t>
            </w:r>
            <w:r w:rsidR="006E0B9A" w:rsidRPr="00A039BE">
              <w:rPr>
                <w:rFonts w:cs="Times New Roman"/>
                <w:szCs w:val="28"/>
                <w:lang w:val="ru-RU"/>
              </w:rPr>
              <w:t>–4 классов</w:t>
            </w:r>
          </w:p>
        </w:tc>
      </w:tr>
      <w:tr w:rsidR="0099789B" w:rsidRPr="00A039BE">
        <w:trPr>
          <w:jc w:val="center"/>
        </w:trPr>
        <w:tc>
          <w:tcPr>
            <w:tcW w:w="4844" w:type="dxa"/>
            <w:shd w:val="clear" w:color="auto" w:fill="D9EAF7"/>
            <w:vAlign w:val="center"/>
          </w:tcPr>
          <w:p w:rsidR="0099789B" w:rsidRPr="00A039BE" w:rsidRDefault="006E0B9A" w:rsidP="00A039BE">
            <w:pPr>
              <w:spacing w:line="240" w:lineRule="auto"/>
              <w:ind w:firstLine="720"/>
              <w:rPr>
                <w:rFonts w:cs="Times New Roman"/>
                <w:szCs w:val="28"/>
              </w:rPr>
            </w:pPr>
            <w:proofErr w:type="spellStart"/>
            <w:r w:rsidRPr="00A039BE">
              <w:rPr>
                <w:rFonts w:cs="Times New Roman"/>
                <w:b/>
                <w:szCs w:val="28"/>
              </w:rPr>
              <w:t>Формат</w:t>
            </w:r>
            <w:proofErr w:type="spellEnd"/>
          </w:p>
        </w:tc>
        <w:tc>
          <w:tcPr>
            <w:tcW w:w="4844" w:type="dxa"/>
            <w:vAlign w:val="center"/>
          </w:tcPr>
          <w:p w:rsidR="0099789B" w:rsidRPr="00A039BE" w:rsidRDefault="006E0B9A" w:rsidP="00A039BE">
            <w:pPr>
              <w:spacing w:line="240" w:lineRule="auto"/>
              <w:ind w:firstLine="720"/>
              <w:jc w:val="both"/>
              <w:rPr>
                <w:rFonts w:cs="Times New Roman"/>
                <w:szCs w:val="28"/>
                <w:lang w:val="ru-RU"/>
              </w:rPr>
            </w:pPr>
            <w:r w:rsidRPr="00A039BE">
              <w:rPr>
                <w:rFonts w:cs="Times New Roman"/>
                <w:szCs w:val="28"/>
                <w:lang w:val="ru-RU"/>
              </w:rPr>
              <w:t xml:space="preserve">Краткосрочный воспитательный проект с циклом классных </w:t>
            </w:r>
            <w:r w:rsidRPr="00A039BE">
              <w:rPr>
                <w:rFonts w:cs="Times New Roman"/>
                <w:szCs w:val="28"/>
                <w:lang w:val="ru-RU"/>
              </w:rPr>
              <w:t>встреч и социально значимых практик.</w:t>
            </w:r>
          </w:p>
        </w:tc>
      </w:tr>
      <w:tr w:rsidR="0099789B" w:rsidRPr="00A039BE">
        <w:trPr>
          <w:jc w:val="center"/>
        </w:trPr>
        <w:tc>
          <w:tcPr>
            <w:tcW w:w="4844" w:type="dxa"/>
            <w:shd w:val="clear" w:color="auto" w:fill="D9EAF7"/>
            <w:vAlign w:val="center"/>
          </w:tcPr>
          <w:p w:rsidR="0099789B" w:rsidRPr="00A039BE" w:rsidRDefault="006E0B9A" w:rsidP="00A039BE">
            <w:pPr>
              <w:spacing w:line="240" w:lineRule="auto"/>
              <w:ind w:firstLine="720"/>
              <w:rPr>
                <w:rFonts w:cs="Times New Roman"/>
                <w:szCs w:val="28"/>
              </w:rPr>
            </w:pPr>
            <w:proofErr w:type="spellStart"/>
            <w:r w:rsidRPr="00A039BE">
              <w:rPr>
                <w:rFonts w:cs="Times New Roman"/>
                <w:b/>
                <w:szCs w:val="28"/>
              </w:rPr>
              <w:t>Участники</w:t>
            </w:r>
            <w:proofErr w:type="spellEnd"/>
          </w:p>
        </w:tc>
        <w:tc>
          <w:tcPr>
            <w:tcW w:w="4844" w:type="dxa"/>
            <w:vAlign w:val="center"/>
          </w:tcPr>
          <w:p w:rsidR="0099789B" w:rsidRPr="00A039BE" w:rsidRDefault="006E0B9A" w:rsidP="00A039BE">
            <w:pPr>
              <w:spacing w:line="240" w:lineRule="auto"/>
              <w:ind w:firstLine="720"/>
              <w:jc w:val="both"/>
              <w:rPr>
                <w:rFonts w:cs="Times New Roman"/>
                <w:szCs w:val="28"/>
                <w:lang w:val="ru-RU"/>
              </w:rPr>
            </w:pPr>
            <w:r w:rsidRPr="00A039BE">
              <w:rPr>
                <w:rFonts w:cs="Times New Roman"/>
                <w:szCs w:val="28"/>
                <w:lang w:val="ru-RU"/>
              </w:rPr>
              <w:t>Обучающиеся, классный руководитель, родители/законные представители, школьный актив, библиотека</w:t>
            </w:r>
            <w:r w:rsidR="00A039BE" w:rsidRPr="00A039BE">
              <w:rPr>
                <w:rFonts w:cs="Times New Roman"/>
                <w:szCs w:val="28"/>
                <w:lang w:val="ru-RU"/>
              </w:rPr>
              <w:t>рь</w:t>
            </w:r>
          </w:p>
        </w:tc>
      </w:tr>
      <w:tr w:rsidR="0099789B" w:rsidRPr="00A039BE">
        <w:trPr>
          <w:jc w:val="center"/>
        </w:trPr>
        <w:tc>
          <w:tcPr>
            <w:tcW w:w="4844" w:type="dxa"/>
            <w:shd w:val="clear" w:color="auto" w:fill="D9EAF7"/>
            <w:vAlign w:val="center"/>
          </w:tcPr>
          <w:p w:rsidR="0099789B" w:rsidRPr="00A039BE" w:rsidRDefault="006E0B9A" w:rsidP="00A039BE">
            <w:pPr>
              <w:spacing w:line="240" w:lineRule="auto"/>
              <w:ind w:firstLine="720"/>
              <w:rPr>
                <w:rFonts w:cs="Times New Roman"/>
                <w:szCs w:val="28"/>
              </w:rPr>
            </w:pPr>
            <w:proofErr w:type="spellStart"/>
            <w:r w:rsidRPr="00A039BE">
              <w:rPr>
                <w:rFonts w:cs="Times New Roman"/>
                <w:b/>
                <w:szCs w:val="28"/>
              </w:rPr>
              <w:t>Цель</w:t>
            </w:r>
            <w:proofErr w:type="spellEnd"/>
          </w:p>
        </w:tc>
        <w:tc>
          <w:tcPr>
            <w:tcW w:w="4844" w:type="dxa"/>
            <w:vAlign w:val="center"/>
          </w:tcPr>
          <w:p w:rsidR="0099789B" w:rsidRPr="00A039BE" w:rsidRDefault="006E0B9A" w:rsidP="00A039BE">
            <w:pPr>
              <w:spacing w:line="240" w:lineRule="auto"/>
              <w:ind w:firstLine="720"/>
              <w:jc w:val="both"/>
              <w:rPr>
                <w:rFonts w:cs="Times New Roman"/>
                <w:szCs w:val="28"/>
                <w:lang w:val="ru-RU"/>
              </w:rPr>
            </w:pPr>
            <w:r w:rsidRPr="00A039BE">
              <w:rPr>
                <w:rFonts w:cs="Times New Roman"/>
                <w:szCs w:val="28"/>
                <w:lang w:val="ru-RU"/>
              </w:rPr>
              <w:t>Создать условия для развития у младших школьников ценностного отношения к людям, школе и малой родине через планирование, выполнение и осмысление доступных добрых дел.</w:t>
            </w:r>
          </w:p>
        </w:tc>
      </w:tr>
      <w:tr w:rsidR="0099789B" w:rsidRPr="00A039BE">
        <w:trPr>
          <w:jc w:val="center"/>
        </w:trPr>
        <w:tc>
          <w:tcPr>
            <w:tcW w:w="4844" w:type="dxa"/>
            <w:shd w:val="clear" w:color="auto" w:fill="D9EAF7"/>
            <w:vAlign w:val="center"/>
          </w:tcPr>
          <w:p w:rsidR="0099789B" w:rsidRPr="00A039BE" w:rsidRDefault="006E0B9A" w:rsidP="00A039BE">
            <w:pPr>
              <w:spacing w:line="240" w:lineRule="auto"/>
              <w:ind w:firstLine="720"/>
              <w:rPr>
                <w:rFonts w:cs="Times New Roman"/>
                <w:szCs w:val="28"/>
              </w:rPr>
            </w:pPr>
            <w:proofErr w:type="spellStart"/>
            <w:r w:rsidRPr="00A039BE">
              <w:rPr>
                <w:rFonts w:cs="Times New Roman"/>
                <w:b/>
                <w:szCs w:val="28"/>
              </w:rPr>
              <w:t>Ключевая</w:t>
            </w:r>
            <w:proofErr w:type="spellEnd"/>
            <w:r w:rsidRPr="00A039BE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A039BE">
              <w:rPr>
                <w:rFonts w:cs="Times New Roman"/>
                <w:b/>
                <w:szCs w:val="28"/>
              </w:rPr>
              <w:t>идея</w:t>
            </w:r>
            <w:proofErr w:type="spellEnd"/>
          </w:p>
        </w:tc>
        <w:tc>
          <w:tcPr>
            <w:tcW w:w="4844" w:type="dxa"/>
            <w:vAlign w:val="center"/>
          </w:tcPr>
          <w:p w:rsidR="0099789B" w:rsidRPr="00A039BE" w:rsidRDefault="006E0B9A" w:rsidP="00A039BE">
            <w:pPr>
              <w:spacing w:line="240" w:lineRule="auto"/>
              <w:ind w:firstLine="720"/>
              <w:jc w:val="both"/>
              <w:rPr>
                <w:rFonts w:cs="Times New Roman"/>
                <w:szCs w:val="28"/>
                <w:lang w:val="ru-RU"/>
              </w:rPr>
            </w:pPr>
            <w:r w:rsidRPr="00A039BE">
              <w:rPr>
                <w:rFonts w:cs="Times New Roman"/>
                <w:szCs w:val="28"/>
                <w:lang w:val="ru-RU"/>
              </w:rPr>
              <w:t>Каждое доброе дело становится отметкой на общей к</w:t>
            </w:r>
            <w:r w:rsidRPr="00A039BE">
              <w:rPr>
                <w:rFonts w:cs="Times New Roman"/>
                <w:szCs w:val="28"/>
                <w:lang w:val="ru-RU"/>
              </w:rPr>
              <w:t>арте класса; карта показывает не рейтинг детей, а вклад каждого в общее благополучие.</w:t>
            </w:r>
          </w:p>
        </w:tc>
      </w:tr>
    </w:tbl>
    <w:p w:rsidR="00A039BE" w:rsidRDefault="00A039BE" w:rsidP="00A039BE">
      <w:pPr>
        <w:pStyle w:val="1"/>
        <w:spacing w:before="0" w:line="240" w:lineRule="auto"/>
        <w:ind w:firstLine="720"/>
        <w:jc w:val="both"/>
        <w:rPr>
          <w:rFonts w:ascii="Times New Roman" w:hAnsi="Times New Roman" w:cs="Times New Roman"/>
          <w:sz w:val="28"/>
          <w:lang w:val="ru-RU"/>
        </w:rPr>
      </w:pPr>
    </w:p>
    <w:p w:rsidR="0099789B" w:rsidRDefault="006E0B9A" w:rsidP="00A039BE">
      <w:pPr>
        <w:pStyle w:val="1"/>
        <w:spacing w:before="0" w:line="240" w:lineRule="auto"/>
        <w:ind w:firstLine="720"/>
        <w:jc w:val="center"/>
        <w:rPr>
          <w:rFonts w:ascii="Times New Roman" w:hAnsi="Times New Roman" w:cs="Times New Roman"/>
          <w:sz w:val="28"/>
          <w:lang w:val="ru-RU"/>
        </w:rPr>
      </w:pPr>
      <w:r w:rsidRPr="00A039BE">
        <w:rPr>
          <w:rFonts w:ascii="Times New Roman" w:hAnsi="Times New Roman" w:cs="Times New Roman"/>
          <w:sz w:val="28"/>
          <w:lang w:val="ru-RU"/>
        </w:rPr>
        <w:t>АННОТАЦИЯ</w:t>
      </w:r>
    </w:p>
    <w:p w:rsidR="00492F2E" w:rsidRPr="00492F2E" w:rsidRDefault="00492F2E" w:rsidP="00492F2E">
      <w:pPr>
        <w:rPr>
          <w:lang w:val="ru-RU"/>
        </w:rPr>
      </w:pPr>
    </w:p>
    <w:p w:rsidR="0099789B" w:rsidRPr="00A039BE" w:rsidRDefault="006E0B9A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>Методическая разработка представляет собой воспроизводимую модель воспитательного проекта для начальной школы. Её основа — переход от разговора о ценностях к конк</w:t>
      </w:r>
      <w:r w:rsidRPr="00A039BE">
        <w:rPr>
          <w:rFonts w:cs="Times New Roman"/>
          <w:szCs w:val="28"/>
          <w:lang w:val="ru-RU"/>
        </w:rPr>
        <w:t xml:space="preserve">ретному, посильному и осмысленному действию. Дети исследуют потребности своего ближайшего окружения, выбирают добрые дела, распределяют роли, выполняют их совместно </w:t>
      </w:r>
      <w:proofErr w:type="gramStart"/>
      <w:r w:rsidRPr="00A039BE">
        <w:rPr>
          <w:rFonts w:cs="Times New Roman"/>
          <w:szCs w:val="28"/>
          <w:lang w:val="ru-RU"/>
        </w:rPr>
        <w:t>со</w:t>
      </w:r>
      <w:proofErr w:type="gramEnd"/>
      <w:r w:rsidRPr="00A039BE">
        <w:rPr>
          <w:rFonts w:cs="Times New Roman"/>
          <w:szCs w:val="28"/>
          <w:lang w:val="ru-RU"/>
        </w:rPr>
        <w:t xml:space="preserve"> взрослыми и обсуждают результат. Локальный компонент наполняется материалами о населённо</w:t>
      </w:r>
      <w:r w:rsidRPr="00A039BE">
        <w:rPr>
          <w:rFonts w:cs="Times New Roman"/>
          <w:szCs w:val="28"/>
          <w:lang w:val="ru-RU"/>
        </w:rPr>
        <w:t>м пункте, природе, культурных традициях и людях, которыми гордится регион. Разработка включает сценарий стартового занятия, календарный план, инструменты наблюдения, критерии оценки динамики и готовые приложения.</w:t>
      </w:r>
    </w:p>
    <w:p w:rsidR="0099789B" w:rsidRPr="00A039BE" w:rsidRDefault="006E0B9A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b/>
          <w:szCs w:val="28"/>
          <w:lang w:val="ru-RU"/>
        </w:rPr>
        <w:lastRenderedPageBreak/>
        <w:t xml:space="preserve">Ключевые слова: </w:t>
      </w:r>
      <w:r w:rsidRPr="00A039BE">
        <w:rPr>
          <w:rFonts w:cs="Times New Roman"/>
          <w:szCs w:val="28"/>
          <w:lang w:val="ru-RU"/>
        </w:rPr>
        <w:t>воспитательная работа, нача</w:t>
      </w:r>
      <w:r w:rsidRPr="00A039BE">
        <w:rPr>
          <w:rFonts w:cs="Times New Roman"/>
          <w:szCs w:val="28"/>
          <w:lang w:val="ru-RU"/>
        </w:rPr>
        <w:t>льная школа, ценностные ориентиры, социальная практика, малая родина, сотрудничество, рефлексия, ФГОС НОО.</w:t>
      </w:r>
    </w:p>
    <w:p w:rsidR="002D5126" w:rsidRDefault="002D5126" w:rsidP="00A039BE">
      <w:pPr>
        <w:pStyle w:val="1"/>
        <w:spacing w:before="0" w:line="240" w:lineRule="auto"/>
        <w:ind w:firstLine="720"/>
        <w:jc w:val="center"/>
        <w:rPr>
          <w:rFonts w:ascii="Times New Roman" w:hAnsi="Times New Roman" w:cs="Times New Roman"/>
          <w:sz w:val="28"/>
          <w:lang w:val="ru-RU"/>
        </w:rPr>
      </w:pPr>
    </w:p>
    <w:p w:rsidR="0099789B" w:rsidRDefault="006E0B9A" w:rsidP="00A039BE">
      <w:pPr>
        <w:pStyle w:val="1"/>
        <w:spacing w:before="0" w:line="240" w:lineRule="auto"/>
        <w:ind w:firstLine="720"/>
        <w:jc w:val="center"/>
        <w:rPr>
          <w:rFonts w:ascii="Times New Roman" w:hAnsi="Times New Roman" w:cs="Times New Roman"/>
          <w:sz w:val="28"/>
          <w:lang w:val="ru-RU"/>
        </w:rPr>
      </w:pPr>
      <w:r w:rsidRPr="00A039BE">
        <w:rPr>
          <w:rFonts w:ascii="Times New Roman" w:hAnsi="Times New Roman" w:cs="Times New Roman"/>
          <w:sz w:val="28"/>
          <w:lang w:val="ru-RU"/>
        </w:rPr>
        <w:t>АКТУАЛЬНОСТЬ И ПЕДАГОГИЧЕСКАЯ ИДЕЯ</w:t>
      </w:r>
    </w:p>
    <w:p w:rsidR="00492F2E" w:rsidRPr="00492F2E" w:rsidRDefault="00492F2E" w:rsidP="00492F2E">
      <w:pPr>
        <w:rPr>
          <w:lang w:val="ru-RU"/>
        </w:rPr>
      </w:pPr>
    </w:p>
    <w:p w:rsidR="0099789B" w:rsidRPr="00A039BE" w:rsidRDefault="006E0B9A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>В младшем школьном возрасте нравственные представления особенно нуждаются в практическом опыте. Ребёнок может п</w:t>
      </w:r>
      <w:r w:rsidRPr="00A039BE">
        <w:rPr>
          <w:rFonts w:cs="Times New Roman"/>
          <w:szCs w:val="28"/>
          <w:lang w:val="ru-RU"/>
        </w:rPr>
        <w:t>равильно объяснить, что такое забота, уважение или ответственность, но устойчивое понимание этих понятий складывается тогда, когда он пробует действовать: помогает организовать общее пространство, благодарит человека за труд, бережно относится к природе, у</w:t>
      </w:r>
      <w:r w:rsidRPr="00A039BE">
        <w:rPr>
          <w:rFonts w:cs="Times New Roman"/>
          <w:szCs w:val="28"/>
          <w:lang w:val="ru-RU"/>
        </w:rPr>
        <w:t>частвует в сохранении семейной и местной памяти.</w:t>
      </w:r>
    </w:p>
    <w:p w:rsidR="0099789B" w:rsidRPr="00A039BE" w:rsidRDefault="006E0B9A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>Воспитательная работа становится результативнее, когда ребёнок выступает не только участником готового мероприятия, но и соавтором замысла. Поэтому проект «Карта добрых дел» строится вокруг детского выбора в</w:t>
      </w:r>
      <w:r w:rsidRPr="00A039BE">
        <w:rPr>
          <w:rFonts w:cs="Times New Roman"/>
          <w:szCs w:val="28"/>
          <w:lang w:val="ru-RU"/>
        </w:rPr>
        <w:t xml:space="preserve"> заданных педагогом безопасных границах: заметить потребность, предложить действие, договориться о ролях, выполнить дело, оценить его пользу и спланировать следующий шаг.</w:t>
      </w:r>
    </w:p>
    <w:p w:rsidR="0099789B" w:rsidRPr="00A039BE" w:rsidRDefault="006E0B9A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>Региональный компонент не ограничивается символикой или отдельным рассказом о крае. О</w:t>
      </w:r>
      <w:r w:rsidRPr="00A039BE">
        <w:rPr>
          <w:rFonts w:cs="Times New Roman"/>
          <w:szCs w:val="28"/>
          <w:lang w:val="ru-RU"/>
        </w:rPr>
        <w:t>н включается в реальные маршруты наблюдения и взаимодействия: знакомство с местными памятными местами, природными объектами, библиотекой, культурными традициями, профессиями и историями жителей. Конкретные названия объектов учитель выбирает с учётом своего</w:t>
      </w:r>
      <w:r w:rsidRPr="00A039BE">
        <w:rPr>
          <w:rFonts w:cs="Times New Roman"/>
          <w:szCs w:val="28"/>
          <w:lang w:val="ru-RU"/>
        </w:rPr>
        <w:t xml:space="preserve"> муниципалитета и доступности безопасного посещения.</w:t>
      </w:r>
    </w:p>
    <w:p w:rsidR="00A039BE" w:rsidRDefault="00A039BE" w:rsidP="00A039BE">
      <w:pPr>
        <w:pStyle w:val="1"/>
        <w:spacing w:before="0" w:line="240" w:lineRule="auto"/>
        <w:ind w:firstLine="720"/>
        <w:jc w:val="both"/>
        <w:rPr>
          <w:rFonts w:ascii="Times New Roman" w:hAnsi="Times New Roman" w:cs="Times New Roman"/>
          <w:sz w:val="28"/>
          <w:lang w:val="ru-RU"/>
        </w:rPr>
      </w:pPr>
    </w:p>
    <w:p w:rsidR="0099789B" w:rsidRDefault="006E0B9A" w:rsidP="00A039BE">
      <w:pPr>
        <w:pStyle w:val="1"/>
        <w:spacing w:before="0" w:line="240" w:lineRule="auto"/>
        <w:ind w:firstLine="720"/>
        <w:jc w:val="center"/>
        <w:rPr>
          <w:rFonts w:ascii="Times New Roman" w:hAnsi="Times New Roman" w:cs="Times New Roman"/>
          <w:sz w:val="28"/>
          <w:lang w:val="ru-RU"/>
        </w:rPr>
      </w:pPr>
      <w:r w:rsidRPr="00A039BE">
        <w:rPr>
          <w:rFonts w:ascii="Times New Roman" w:hAnsi="Times New Roman" w:cs="Times New Roman"/>
          <w:sz w:val="28"/>
          <w:lang w:val="ru-RU"/>
        </w:rPr>
        <w:t>НОРМАТИВНО-МЕТОДИЧЕСКАЯ ОСНОВА</w:t>
      </w:r>
    </w:p>
    <w:p w:rsidR="00492F2E" w:rsidRPr="00492F2E" w:rsidRDefault="00492F2E" w:rsidP="00492F2E">
      <w:pPr>
        <w:rPr>
          <w:lang w:val="ru-RU"/>
        </w:rPr>
      </w:pPr>
    </w:p>
    <w:p w:rsidR="0099789B" w:rsidRPr="00A039BE" w:rsidRDefault="006E0B9A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 xml:space="preserve">Разработка ориентирована на требования ФГОС начального общего образования, утверждённого приказом </w:t>
      </w:r>
      <w:proofErr w:type="spellStart"/>
      <w:r w:rsidRPr="00A039BE">
        <w:rPr>
          <w:rFonts w:cs="Times New Roman"/>
          <w:szCs w:val="28"/>
          <w:lang w:val="ru-RU"/>
        </w:rPr>
        <w:t>Минпросвещения</w:t>
      </w:r>
      <w:proofErr w:type="spellEnd"/>
      <w:r w:rsidRPr="00A039BE">
        <w:rPr>
          <w:rFonts w:cs="Times New Roman"/>
          <w:szCs w:val="28"/>
          <w:lang w:val="ru-RU"/>
        </w:rPr>
        <w:t xml:space="preserve"> России от 31.05.2021 № 286, с учётом действующих изменен</w:t>
      </w:r>
      <w:r w:rsidRPr="00A039BE">
        <w:rPr>
          <w:rFonts w:cs="Times New Roman"/>
          <w:szCs w:val="28"/>
          <w:lang w:val="ru-RU"/>
        </w:rPr>
        <w:t xml:space="preserve">ий, а также на положения федеральной образовательной программы начального общего образования и рабочей программы воспитания образовательной организации. </w:t>
      </w:r>
    </w:p>
    <w:p w:rsidR="00A039BE" w:rsidRDefault="00A039BE" w:rsidP="00A039BE">
      <w:pPr>
        <w:pStyle w:val="1"/>
        <w:spacing w:before="0" w:line="240" w:lineRule="auto"/>
        <w:ind w:firstLine="720"/>
        <w:jc w:val="both"/>
        <w:rPr>
          <w:rFonts w:ascii="Times New Roman" w:hAnsi="Times New Roman" w:cs="Times New Roman"/>
          <w:sz w:val="28"/>
          <w:lang w:val="ru-RU"/>
        </w:rPr>
      </w:pPr>
    </w:p>
    <w:p w:rsidR="0099789B" w:rsidRDefault="006E0B9A" w:rsidP="00A039BE">
      <w:pPr>
        <w:pStyle w:val="1"/>
        <w:spacing w:before="0" w:line="240" w:lineRule="auto"/>
        <w:ind w:firstLine="720"/>
        <w:jc w:val="center"/>
        <w:rPr>
          <w:rFonts w:ascii="Times New Roman" w:hAnsi="Times New Roman" w:cs="Times New Roman"/>
          <w:sz w:val="28"/>
          <w:lang w:val="ru-RU"/>
        </w:rPr>
      </w:pPr>
      <w:r w:rsidRPr="00A039BE">
        <w:rPr>
          <w:rFonts w:ascii="Times New Roman" w:hAnsi="Times New Roman" w:cs="Times New Roman"/>
          <w:sz w:val="28"/>
          <w:lang w:val="ru-RU"/>
        </w:rPr>
        <w:t>ЦЕЛЬ, ЗАДАЧИ И ПРИНЦИПЫ</w:t>
      </w:r>
    </w:p>
    <w:p w:rsidR="00492F2E" w:rsidRPr="00492F2E" w:rsidRDefault="00492F2E" w:rsidP="00492F2E">
      <w:pPr>
        <w:rPr>
          <w:lang w:val="ru-RU"/>
        </w:rPr>
      </w:pPr>
    </w:p>
    <w:p w:rsidR="0099789B" w:rsidRPr="00A039BE" w:rsidRDefault="006E0B9A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b/>
          <w:szCs w:val="28"/>
          <w:lang w:val="ru-RU"/>
        </w:rPr>
        <w:t>Цель:</w:t>
      </w:r>
      <w:r w:rsidRPr="00A039BE">
        <w:rPr>
          <w:rFonts w:cs="Times New Roman"/>
          <w:szCs w:val="28"/>
          <w:lang w:val="ru-RU"/>
        </w:rPr>
        <w:t xml:space="preserve"> создать условия для </w:t>
      </w:r>
      <w:r w:rsidRPr="00A039BE">
        <w:rPr>
          <w:rFonts w:cs="Times New Roman"/>
          <w:szCs w:val="28"/>
          <w:lang w:val="ru-RU"/>
        </w:rPr>
        <w:t>развития у младших школьников ценностного отношения к людям, школе и малой родине через планирование, выполнение и осмысление доступных добрых дел.</w:t>
      </w:r>
    </w:p>
    <w:p w:rsidR="0099789B" w:rsidRPr="00A039BE" w:rsidRDefault="006E0B9A" w:rsidP="00A039BE">
      <w:pPr>
        <w:spacing w:line="240" w:lineRule="auto"/>
        <w:ind w:firstLine="720"/>
        <w:jc w:val="both"/>
        <w:rPr>
          <w:rFonts w:cs="Times New Roman"/>
          <w:b/>
          <w:szCs w:val="28"/>
        </w:rPr>
      </w:pPr>
      <w:proofErr w:type="spellStart"/>
      <w:r w:rsidRPr="00A039BE">
        <w:rPr>
          <w:rFonts w:cs="Times New Roman"/>
          <w:b/>
          <w:szCs w:val="28"/>
        </w:rPr>
        <w:t>Задачи</w:t>
      </w:r>
      <w:proofErr w:type="spellEnd"/>
      <w:r w:rsidRPr="00A039BE">
        <w:rPr>
          <w:rFonts w:cs="Times New Roman"/>
          <w:b/>
          <w:szCs w:val="28"/>
        </w:rPr>
        <w:t>:</w:t>
      </w:r>
    </w:p>
    <w:p w:rsidR="0099789B" w:rsidRPr="00A039BE" w:rsidRDefault="006E0B9A" w:rsidP="00A039BE">
      <w:pPr>
        <w:pStyle w:val="a0"/>
        <w:spacing w:line="240" w:lineRule="auto"/>
        <w:ind w:left="0"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lastRenderedPageBreak/>
        <w:t xml:space="preserve">обогатить представления детей о доброте, уважении, ответственности, взаимопомощи и общественной </w:t>
      </w:r>
      <w:r w:rsidRPr="00A039BE">
        <w:rPr>
          <w:rFonts w:cs="Times New Roman"/>
          <w:szCs w:val="28"/>
          <w:lang w:val="ru-RU"/>
        </w:rPr>
        <w:t>пользе;</w:t>
      </w:r>
    </w:p>
    <w:p w:rsidR="0099789B" w:rsidRPr="00A039BE" w:rsidRDefault="006E0B9A" w:rsidP="00A039BE">
      <w:pPr>
        <w:pStyle w:val="a0"/>
        <w:spacing w:line="240" w:lineRule="auto"/>
        <w:ind w:left="0"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>научить замечать потребности ближайшего окружения и предлагать реалистичные способы помощи;</w:t>
      </w:r>
    </w:p>
    <w:p w:rsidR="0099789B" w:rsidRPr="00A039BE" w:rsidRDefault="006E0B9A" w:rsidP="00A039BE">
      <w:pPr>
        <w:pStyle w:val="a0"/>
        <w:spacing w:line="240" w:lineRule="auto"/>
        <w:ind w:left="0"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>развивать навыки сотрудничества: слушать друг друга, договариваться, распределять роли и отвечать за общий результат;</w:t>
      </w:r>
    </w:p>
    <w:p w:rsidR="0099789B" w:rsidRPr="00A039BE" w:rsidRDefault="006E0B9A" w:rsidP="00A039BE">
      <w:pPr>
        <w:pStyle w:val="a0"/>
        <w:spacing w:line="240" w:lineRule="auto"/>
        <w:ind w:left="0"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>поддерживать интерес к истории, культу</w:t>
      </w:r>
      <w:r w:rsidRPr="00A039BE">
        <w:rPr>
          <w:rFonts w:cs="Times New Roman"/>
          <w:szCs w:val="28"/>
          <w:lang w:val="ru-RU"/>
        </w:rPr>
        <w:t>рным традициям, природе и людям родного края;</w:t>
      </w:r>
    </w:p>
    <w:p w:rsidR="0099789B" w:rsidRPr="00A039BE" w:rsidRDefault="006E0B9A" w:rsidP="00A039BE">
      <w:pPr>
        <w:pStyle w:val="a0"/>
        <w:spacing w:line="240" w:lineRule="auto"/>
        <w:ind w:left="0"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>создать условия для участия семей и школьного сообщества в совместных воспитательных практиках;</w:t>
      </w:r>
    </w:p>
    <w:p w:rsidR="0099789B" w:rsidRPr="00A039BE" w:rsidRDefault="006E0B9A" w:rsidP="00A039BE">
      <w:pPr>
        <w:pStyle w:val="a0"/>
        <w:spacing w:line="240" w:lineRule="auto"/>
        <w:ind w:left="0"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>организовать наблюдение за динамикой участия, инициативности и рефлексивных умений без сравнения и публичного ранж</w:t>
      </w:r>
      <w:r w:rsidRPr="00A039BE">
        <w:rPr>
          <w:rFonts w:cs="Times New Roman"/>
          <w:szCs w:val="28"/>
          <w:lang w:val="ru-RU"/>
        </w:rPr>
        <w:t>ирования детей.</w:t>
      </w:r>
    </w:p>
    <w:p w:rsidR="00A039BE" w:rsidRDefault="00A039BE" w:rsidP="00A039BE">
      <w:pPr>
        <w:pStyle w:val="1"/>
        <w:spacing w:before="0" w:line="240" w:lineRule="auto"/>
        <w:ind w:firstLine="720"/>
        <w:jc w:val="both"/>
        <w:rPr>
          <w:rFonts w:ascii="Times New Roman" w:hAnsi="Times New Roman" w:cs="Times New Roman"/>
          <w:sz w:val="28"/>
          <w:lang w:val="ru-RU"/>
        </w:rPr>
      </w:pPr>
    </w:p>
    <w:p w:rsidR="00A039BE" w:rsidRDefault="006E0B9A" w:rsidP="00A039BE">
      <w:pPr>
        <w:pStyle w:val="1"/>
        <w:spacing w:before="0" w:line="240" w:lineRule="auto"/>
        <w:ind w:firstLine="720"/>
        <w:jc w:val="center"/>
        <w:rPr>
          <w:rFonts w:ascii="Times New Roman" w:hAnsi="Times New Roman" w:cs="Times New Roman"/>
          <w:sz w:val="28"/>
          <w:lang w:val="ru-RU"/>
        </w:rPr>
      </w:pPr>
      <w:r w:rsidRPr="00A039BE">
        <w:rPr>
          <w:rFonts w:ascii="Times New Roman" w:hAnsi="Times New Roman" w:cs="Times New Roman"/>
          <w:sz w:val="28"/>
          <w:lang w:val="ru-RU"/>
        </w:rPr>
        <w:t>ПЛАНИРУЕМЫЕ РЕЗУЛЬТАТЫ</w:t>
      </w:r>
    </w:p>
    <w:p w:rsidR="00492F2E" w:rsidRPr="00492F2E" w:rsidRDefault="00492F2E" w:rsidP="00492F2E">
      <w:pPr>
        <w:rPr>
          <w:lang w:val="ru-RU"/>
        </w:rPr>
      </w:pPr>
    </w:p>
    <w:p w:rsidR="0099789B" w:rsidRPr="00A039BE" w:rsidRDefault="006E0B9A" w:rsidP="00A039BE">
      <w:pPr>
        <w:spacing w:line="240" w:lineRule="auto"/>
        <w:ind w:firstLine="720"/>
        <w:jc w:val="both"/>
        <w:rPr>
          <w:rFonts w:cs="Times New Roman"/>
          <w:b/>
          <w:szCs w:val="28"/>
          <w:lang w:val="ru-RU"/>
        </w:rPr>
      </w:pPr>
      <w:r w:rsidRPr="00A039BE">
        <w:rPr>
          <w:rFonts w:cs="Times New Roman"/>
          <w:b/>
          <w:szCs w:val="28"/>
          <w:lang w:val="ru-RU"/>
        </w:rPr>
        <w:t>Личностные</w:t>
      </w:r>
      <w:r w:rsidR="00A039BE" w:rsidRPr="00A039BE">
        <w:rPr>
          <w:rFonts w:cs="Times New Roman"/>
          <w:b/>
          <w:szCs w:val="28"/>
          <w:lang w:val="ru-RU"/>
        </w:rPr>
        <w:t>:</w:t>
      </w:r>
    </w:p>
    <w:p w:rsidR="0099789B" w:rsidRPr="00A039BE" w:rsidRDefault="006E0B9A" w:rsidP="00A039BE">
      <w:pPr>
        <w:pStyle w:val="a0"/>
        <w:spacing w:line="240" w:lineRule="auto"/>
        <w:ind w:left="0"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>проявляет уважение к людям разных возрастов и профессий;</w:t>
      </w:r>
    </w:p>
    <w:p w:rsidR="0099789B" w:rsidRPr="00A039BE" w:rsidRDefault="006E0B9A" w:rsidP="00A039BE">
      <w:pPr>
        <w:pStyle w:val="a0"/>
        <w:spacing w:line="240" w:lineRule="auto"/>
        <w:ind w:left="0"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>объясняет на доступных примерах, почему важно заботиться об общем пространстве и природе;</w:t>
      </w:r>
    </w:p>
    <w:p w:rsidR="0099789B" w:rsidRPr="00A039BE" w:rsidRDefault="006E0B9A" w:rsidP="00A039BE">
      <w:pPr>
        <w:pStyle w:val="a0"/>
        <w:spacing w:line="240" w:lineRule="auto"/>
        <w:ind w:left="0"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>осознаёт связь личного поступка с благополучием класса, школы и местного сообщества;</w:t>
      </w:r>
    </w:p>
    <w:p w:rsidR="0099789B" w:rsidRPr="00A039BE" w:rsidRDefault="006E0B9A" w:rsidP="00A039BE">
      <w:pPr>
        <w:pStyle w:val="a0"/>
        <w:spacing w:line="240" w:lineRule="auto"/>
        <w:ind w:left="0"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>проявляет готовн</w:t>
      </w:r>
      <w:r w:rsidRPr="00A039BE">
        <w:rPr>
          <w:rFonts w:cs="Times New Roman"/>
          <w:szCs w:val="28"/>
          <w:lang w:val="ru-RU"/>
        </w:rPr>
        <w:t>ость участвовать в совместном деле с учётом собственных возможностей.</w:t>
      </w:r>
    </w:p>
    <w:p w:rsidR="0099789B" w:rsidRPr="00A039BE" w:rsidRDefault="00A039BE" w:rsidP="00A039BE">
      <w:pPr>
        <w:spacing w:line="240" w:lineRule="auto"/>
        <w:ind w:firstLine="720"/>
        <w:jc w:val="both"/>
        <w:rPr>
          <w:rFonts w:cs="Times New Roman"/>
          <w:b/>
          <w:szCs w:val="28"/>
        </w:rPr>
      </w:pPr>
      <w:proofErr w:type="spellStart"/>
      <w:r w:rsidRPr="00A039BE">
        <w:rPr>
          <w:rFonts w:cs="Times New Roman"/>
          <w:b/>
          <w:szCs w:val="28"/>
        </w:rPr>
        <w:t>Метапредметные</w:t>
      </w:r>
      <w:proofErr w:type="spellEnd"/>
      <w:r w:rsidR="006E0B9A" w:rsidRPr="00A039BE">
        <w:rPr>
          <w:rFonts w:cs="Times New Roman"/>
          <w:b/>
          <w:szCs w:val="28"/>
        </w:rPr>
        <w:t>:</w:t>
      </w:r>
    </w:p>
    <w:p w:rsidR="0099789B" w:rsidRPr="00A039BE" w:rsidRDefault="006E0B9A" w:rsidP="00A039BE">
      <w:pPr>
        <w:pStyle w:val="a0"/>
        <w:spacing w:line="240" w:lineRule="auto"/>
        <w:ind w:left="0"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>планирует последовательность действий и удерживает общую задачу;</w:t>
      </w:r>
    </w:p>
    <w:p w:rsidR="0099789B" w:rsidRPr="00A039BE" w:rsidRDefault="006E0B9A" w:rsidP="00A039BE">
      <w:pPr>
        <w:pStyle w:val="a0"/>
        <w:spacing w:line="240" w:lineRule="auto"/>
        <w:ind w:left="0"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>работает в паре или группе, распределяет обязанности и соблюдает договорённости;</w:t>
      </w:r>
    </w:p>
    <w:p w:rsidR="0099789B" w:rsidRPr="00A039BE" w:rsidRDefault="006E0B9A" w:rsidP="00A039BE">
      <w:pPr>
        <w:pStyle w:val="a0"/>
        <w:spacing w:line="240" w:lineRule="auto"/>
        <w:ind w:left="0"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>задаёт вопрос</w:t>
      </w:r>
      <w:r w:rsidRPr="00A039BE">
        <w:rPr>
          <w:rFonts w:cs="Times New Roman"/>
          <w:szCs w:val="28"/>
          <w:lang w:val="ru-RU"/>
        </w:rPr>
        <w:t>ы, собирает доступную информацию из рассказов, наблюдений и материалов;</w:t>
      </w:r>
    </w:p>
    <w:p w:rsidR="0099789B" w:rsidRPr="00A039BE" w:rsidRDefault="006E0B9A" w:rsidP="00A039BE">
      <w:pPr>
        <w:pStyle w:val="a0"/>
        <w:spacing w:line="240" w:lineRule="auto"/>
        <w:ind w:left="0"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>оценивает результат по заранее согласованным признакам и формулирует следующий шаг.</w:t>
      </w:r>
    </w:p>
    <w:p w:rsidR="00A039BE" w:rsidRDefault="00A039BE" w:rsidP="00A039BE">
      <w:pPr>
        <w:pStyle w:val="1"/>
        <w:spacing w:before="0" w:line="240" w:lineRule="auto"/>
        <w:ind w:firstLine="720"/>
        <w:jc w:val="both"/>
        <w:rPr>
          <w:rFonts w:ascii="Times New Roman" w:hAnsi="Times New Roman" w:cs="Times New Roman"/>
          <w:sz w:val="28"/>
          <w:lang w:val="ru-RU"/>
        </w:rPr>
      </w:pPr>
    </w:p>
    <w:p w:rsidR="0099789B" w:rsidRDefault="006E0B9A" w:rsidP="00A039BE">
      <w:pPr>
        <w:pStyle w:val="1"/>
        <w:spacing w:before="0" w:line="240" w:lineRule="auto"/>
        <w:ind w:firstLine="720"/>
        <w:jc w:val="center"/>
        <w:rPr>
          <w:rFonts w:ascii="Times New Roman" w:hAnsi="Times New Roman" w:cs="Times New Roman"/>
          <w:sz w:val="28"/>
          <w:lang w:val="ru-RU"/>
        </w:rPr>
      </w:pPr>
      <w:r w:rsidRPr="00A039BE">
        <w:rPr>
          <w:rFonts w:ascii="Times New Roman" w:hAnsi="Times New Roman" w:cs="Times New Roman"/>
          <w:sz w:val="28"/>
          <w:lang w:val="ru-RU"/>
        </w:rPr>
        <w:t>НОВИЗНА И ПРАКТИЧЕСКАЯ ЗНАЧИМОСТЬ</w:t>
      </w:r>
    </w:p>
    <w:p w:rsidR="00492F2E" w:rsidRPr="00492F2E" w:rsidRDefault="00492F2E" w:rsidP="00492F2E">
      <w:pPr>
        <w:rPr>
          <w:lang w:val="ru-RU"/>
        </w:rPr>
      </w:pPr>
    </w:p>
    <w:p w:rsidR="0099789B" w:rsidRPr="00A039BE" w:rsidRDefault="006E0B9A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b/>
          <w:szCs w:val="28"/>
          <w:lang w:val="ru-RU"/>
        </w:rPr>
        <w:t xml:space="preserve">Методическая </w:t>
      </w:r>
      <w:r w:rsidRPr="00A039BE">
        <w:rPr>
          <w:rFonts w:cs="Times New Roman"/>
          <w:b/>
          <w:szCs w:val="28"/>
          <w:lang w:val="ru-RU"/>
        </w:rPr>
        <w:t>новизна</w:t>
      </w:r>
      <w:r w:rsidRPr="00A039BE">
        <w:rPr>
          <w:rFonts w:cs="Times New Roman"/>
          <w:szCs w:val="28"/>
          <w:lang w:val="ru-RU"/>
        </w:rPr>
        <w:t xml:space="preserve"> заключается в соединении трёх циклов: «заметить — сделать — осмыслить», локального краеведческого содержания и визуальной карты общего вклада. Карта не является соревнованием и не фиксирует количество добрых поступков отдельных детей. Она отображае</w:t>
      </w:r>
      <w:r w:rsidRPr="00A039BE">
        <w:rPr>
          <w:rFonts w:cs="Times New Roman"/>
          <w:szCs w:val="28"/>
          <w:lang w:val="ru-RU"/>
        </w:rPr>
        <w:t xml:space="preserve">т </w:t>
      </w:r>
      <w:r w:rsidRPr="00A039BE">
        <w:rPr>
          <w:rFonts w:cs="Times New Roman"/>
          <w:szCs w:val="28"/>
          <w:lang w:val="ru-RU"/>
        </w:rPr>
        <w:lastRenderedPageBreak/>
        <w:t>разнообразие направлений и командных действий, а также помогает увидеть, какие инициативы можно продолжить.</w:t>
      </w:r>
    </w:p>
    <w:p w:rsidR="0099789B" w:rsidRPr="00A039BE" w:rsidRDefault="006E0B9A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b/>
          <w:szCs w:val="28"/>
          <w:lang w:val="ru-RU"/>
        </w:rPr>
        <w:t>Практическая значимость:</w:t>
      </w:r>
      <w:r w:rsidRPr="00A039BE">
        <w:rPr>
          <w:rFonts w:cs="Times New Roman"/>
          <w:szCs w:val="28"/>
          <w:lang w:val="ru-RU"/>
        </w:rPr>
        <w:t xml:space="preserve"> разработку можно включить в план воспитательной работы класса, адаптировать под разные возрастные группы и использовать к</w:t>
      </w:r>
      <w:r w:rsidRPr="00A039BE">
        <w:rPr>
          <w:rFonts w:cs="Times New Roman"/>
          <w:szCs w:val="28"/>
          <w:lang w:val="ru-RU"/>
        </w:rPr>
        <w:t>ак основу для взаимодействия с семьёй, библиотекой, школьным музеем и местными общественными организациями. Материалы приложений рассчитаны на печать и применение без специального оборудования.</w:t>
      </w:r>
    </w:p>
    <w:p w:rsidR="00A039BE" w:rsidRDefault="00A039BE" w:rsidP="00A039BE">
      <w:pPr>
        <w:pStyle w:val="1"/>
        <w:spacing w:before="0" w:line="240" w:lineRule="auto"/>
        <w:ind w:firstLine="720"/>
        <w:jc w:val="both"/>
        <w:rPr>
          <w:rFonts w:ascii="Times New Roman" w:hAnsi="Times New Roman" w:cs="Times New Roman"/>
          <w:sz w:val="28"/>
          <w:lang w:val="ru-RU"/>
        </w:rPr>
      </w:pPr>
    </w:p>
    <w:p w:rsidR="0099789B" w:rsidRDefault="00A039BE" w:rsidP="00A039BE">
      <w:pPr>
        <w:pStyle w:val="1"/>
        <w:spacing w:before="0" w:line="240" w:lineRule="auto"/>
        <w:ind w:firstLine="720"/>
        <w:jc w:val="center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МЕТОДЫ И ФОРМЫ </w:t>
      </w:r>
    </w:p>
    <w:p w:rsidR="00492F2E" w:rsidRPr="00492F2E" w:rsidRDefault="00492F2E" w:rsidP="00492F2E">
      <w:pPr>
        <w:rPr>
          <w:lang w:val="ru-RU"/>
        </w:rPr>
      </w:pPr>
    </w:p>
    <w:p w:rsidR="00A039BE" w:rsidRDefault="006E0B9A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  <w:proofErr w:type="gramStart"/>
      <w:r w:rsidRPr="00A039BE">
        <w:rPr>
          <w:rFonts w:cs="Times New Roman"/>
          <w:b/>
          <w:szCs w:val="28"/>
          <w:lang w:val="ru-RU"/>
        </w:rPr>
        <w:t>Методы:</w:t>
      </w:r>
      <w:r w:rsidRPr="00A039BE">
        <w:rPr>
          <w:rFonts w:cs="Times New Roman"/>
          <w:szCs w:val="28"/>
          <w:lang w:val="ru-RU"/>
        </w:rPr>
        <w:t xml:space="preserve"> проблемный вопрос, мозговой</w:t>
      </w:r>
      <w:r w:rsidRPr="00A039BE">
        <w:rPr>
          <w:rFonts w:cs="Times New Roman"/>
          <w:szCs w:val="28"/>
          <w:lang w:val="ru-RU"/>
        </w:rPr>
        <w:t xml:space="preserve"> штурм, моделирование ситуации, мини-исследование, проектирование, наблюдение, совместное действие, рефлексивный круг, </w:t>
      </w:r>
      <w:proofErr w:type="spellStart"/>
      <w:r w:rsidRPr="00A039BE">
        <w:rPr>
          <w:rFonts w:cs="Times New Roman"/>
          <w:szCs w:val="28"/>
          <w:lang w:val="ru-RU"/>
        </w:rPr>
        <w:t>портфолио</w:t>
      </w:r>
      <w:proofErr w:type="spellEnd"/>
      <w:r w:rsidRPr="00A039BE">
        <w:rPr>
          <w:rFonts w:cs="Times New Roman"/>
          <w:szCs w:val="28"/>
          <w:lang w:val="ru-RU"/>
        </w:rPr>
        <w:t xml:space="preserve"> достижений команды. </w:t>
      </w:r>
      <w:proofErr w:type="gramEnd"/>
    </w:p>
    <w:p w:rsidR="0099789B" w:rsidRPr="00A039BE" w:rsidRDefault="006E0B9A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b/>
          <w:szCs w:val="28"/>
          <w:lang w:val="ru-RU"/>
        </w:rPr>
        <w:t>Формы:</w:t>
      </w:r>
      <w:r w:rsidRPr="00A039BE">
        <w:rPr>
          <w:rFonts w:cs="Times New Roman"/>
          <w:szCs w:val="28"/>
          <w:lang w:val="ru-RU"/>
        </w:rPr>
        <w:t xml:space="preserve"> классная встреча, работа в </w:t>
      </w:r>
      <w:proofErr w:type="spellStart"/>
      <w:r w:rsidRPr="00A039BE">
        <w:rPr>
          <w:rFonts w:cs="Times New Roman"/>
          <w:szCs w:val="28"/>
          <w:lang w:val="ru-RU"/>
        </w:rPr>
        <w:t>микрогруппах</w:t>
      </w:r>
      <w:proofErr w:type="spellEnd"/>
      <w:r w:rsidRPr="00A039BE">
        <w:rPr>
          <w:rFonts w:cs="Times New Roman"/>
          <w:szCs w:val="28"/>
          <w:lang w:val="ru-RU"/>
        </w:rPr>
        <w:t>, семейная инициатива по желанию, экскурсия или виртуальное к</w:t>
      </w:r>
      <w:r w:rsidRPr="00A039BE">
        <w:rPr>
          <w:rFonts w:cs="Times New Roman"/>
          <w:szCs w:val="28"/>
          <w:lang w:val="ru-RU"/>
        </w:rPr>
        <w:t>раеведческое путешествие, акция, выставка.</w:t>
      </w:r>
    </w:p>
    <w:p w:rsidR="00A039BE" w:rsidRPr="00A039BE" w:rsidRDefault="00A039BE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</w:p>
    <w:p w:rsidR="0099789B" w:rsidRDefault="00A039BE" w:rsidP="00A039BE">
      <w:pPr>
        <w:pStyle w:val="1"/>
        <w:spacing w:before="0" w:line="240" w:lineRule="auto"/>
        <w:ind w:firstLine="720"/>
        <w:jc w:val="center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СЦЕНАРИЙ </w:t>
      </w:r>
      <w:r w:rsidR="006E0B9A" w:rsidRPr="00A039BE">
        <w:rPr>
          <w:rFonts w:ascii="Times New Roman" w:hAnsi="Times New Roman" w:cs="Times New Roman"/>
          <w:sz w:val="28"/>
          <w:lang w:val="ru-RU"/>
        </w:rPr>
        <w:t>ВОСПИТАТЕЛЬНОГО ЗАНЯТИЯ</w:t>
      </w:r>
    </w:p>
    <w:p w:rsidR="00492F2E" w:rsidRPr="00492F2E" w:rsidRDefault="00492F2E" w:rsidP="00492F2E">
      <w:pPr>
        <w:rPr>
          <w:lang w:val="ru-RU"/>
        </w:rPr>
      </w:pPr>
    </w:p>
    <w:p w:rsidR="00A039BE" w:rsidRDefault="006E0B9A" w:rsidP="00492F2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  <w:r w:rsidRPr="00492F2E">
        <w:rPr>
          <w:rFonts w:cs="Times New Roman"/>
          <w:b/>
          <w:szCs w:val="28"/>
          <w:lang w:val="ru-RU"/>
        </w:rPr>
        <w:t>Тема:</w:t>
      </w:r>
      <w:r w:rsidR="00492F2E">
        <w:rPr>
          <w:rFonts w:cs="Times New Roman"/>
          <w:szCs w:val="28"/>
          <w:lang w:val="ru-RU"/>
        </w:rPr>
        <w:t xml:space="preserve">  «К</w:t>
      </w:r>
      <w:r w:rsidR="00492F2E" w:rsidRPr="00492F2E">
        <w:rPr>
          <w:rFonts w:cs="Times New Roman"/>
          <w:szCs w:val="28"/>
          <w:lang w:val="ru-RU"/>
        </w:rPr>
        <w:t>арта добрых дел: от моего класса к моей малой родине»</w:t>
      </w:r>
    </w:p>
    <w:p w:rsidR="00A039BE" w:rsidRDefault="006E0B9A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  <w:r w:rsidRPr="00492F2E">
        <w:rPr>
          <w:rFonts w:cs="Times New Roman"/>
          <w:b/>
          <w:szCs w:val="28"/>
          <w:lang w:val="ru-RU"/>
        </w:rPr>
        <w:t>Класс:</w:t>
      </w:r>
      <w:r w:rsidR="00492F2E">
        <w:rPr>
          <w:rFonts w:cs="Times New Roman"/>
          <w:szCs w:val="28"/>
          <w:lang w:val="ru-RU"/>
        </w:rPr>
        <w:t xml:space="preserve"> </w:t>
      </w:r>
      <w:r w:rsidR="002D5126">
        <w:rPr>
          <w:rFonts w:cs="Times New Roman"/>
          <w:szCs w:val="28"/>
          <w:lang w:val="ru-RU"/>
        </w:rPr>
        <w:t>3</w:t>
      </w:r>
      <w:r w:rsidR="00492F2E">
        <w:rPr>
          <w:rFonts w:cs="Times New Roman"/>
          <w:szCs w:val="28"/>
          <w:lang w:val="ru-RU"/>
        </w:rPr>
        <w:t>–4.</w:t>
      </w:r>
      <w:r w:rsidRPr="00A039BE">
        <w:rPr>
          <w:rFonts w:cs="Times New Roman"/>
          <w:szCs w:val="28"/>
          <w:lang w:val="ru-RU"/>
        </w:rPr>
        <w:t xml:space="preserve"> </w:t>
      </w:r>
    </w:p>
    <w:p w:rsidR="00A039BE" w:rsidRDefault="006E0B9A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  <w:r w:rsidRPr="00492F2E">
        <w:rPr>
          <w:rFonts w:cs="Times New Roman"/>
          <w:b/>
          <w:szCs w:val="28"/>
          <w:lang w:val="ru-RU"/>
        </w:rPr>
        <w:t xml:space="preserve">Продолжительность: </w:t>
      </w:r>
      <w:r w:rsidRPr="00A039BE">
        <w:rPr>
          <w:rFonts w:cs="Times New Roman"/>
          <w:szCs w:val="28"/>
          <w:lang w:val="ru-RU"/>
        </w:rPr>
        <w:t xml:space="preserve">40 минут. </w:t>
      </w:r>
    </w:p>
    <w:p w:rsidR="0099789B" w:rsidRPr="00A039BE" w:rsidRDefault="006E0B9A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  <w:r w:rsidRPr="00492F2E">
        <w:rPr>
          <w:rFonts w:cs="Times New Roman"/>
          <w:b/>
          <w:szCs w:val="28"/>
          <w:lang w:val="ru-RU"/>
        </w:rPr>
        <w:t>Форма:</w:t>
      </w:r>
      <w:r w:rsidRPr="00A039BE">
        <w:rPr>
          <w:rFonts w:cs="Times New Roman"/>
          <w:szCs w:val="28"/>
          <w:lang w:val="ru-RU"/>
        </w:rPr>
        <w:t xml:space="preserve"> интерактивная клас</w:t>
      </w:r>
      <w:r w:rsidRPr="00A039BE">
        <w:rPr>
          <w:rFonts w:cs="Times New Roman"/>
          <w:szCs w:val="28"/>
          <w:lang w:val="ru-RU"/>
        </w:rPr>
        <w:t>сная встреча с командным проектированием.</w:t>
      </w:r>
    </w:p>
    <w:p w:rsidR="0099789B" w:rsidRPr="00A039BE" w:rsidRDefault="006E0B9A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  <w:r w:rsidRPr="00492F2E">
        <w:rPr>
          <w:rFonts w:cs="Times New Roman"/>
          <w:b/>
          <w:szCs w:val="28"/>
          <w:lang w:val="ru-RU"/>
        </w:rPr>
        <w:t>Цель занятия:</w:t>
      </w:r>
      <w:r w:rsidRPr="00A039BE">
        <w:rPr>
          <w:rFonts w:cs="Times New Roman"/>
          <w:szCs w:val="28"/>
          <w:lang w:val="ru-RU"/>
        </w:rPr>
        <w:t xml:space="preserve"> мотивировать детей к уч</w:t>
      </w:r>
      <w:r w:rsidR="00492F2E">
        <w:rPr>
          <w:rFonts w:cs="Times New Roman"/>
          <w:szCs w:val="28"/>
          <w:lang w:val="ru-RU"/>
        </w:rPr>
        <w:t>астию в совместных добрых делах.</w:t>
      </w:r>
    </w:p>
    <w:p w:rsidR="0099789B" w:rsidRPr="00A039BE" w:rsidRDefault="006E0B9A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  <w:proofErr w:type="gramStart"/>
      <w:r w:rsidRPr="00492F2E">
        <w:rPr>
          <w:rFonts w:cs="Times New Roman"/>
          <w:b/>
          <w:szCs w:val="28"/>
          <w:lang w:val="ru-RU"/>
        </w:rPr>
        <w:t>Оборудование:</w:t>
      </w:r>
      <w:r w:rsidRPr="00A039BE">
        <w:rPr>
          <w:rFonts w:cs="Times New Roman"/>
          <w:szCs w:val="28"/>
          <w:lang w:val="ru-RU"/>
        </w:rPr>
        <w:t xml:space="preserve"> большой лист с контуром карт</w:t>
      </w:r>
      <w:r w:rsidRPr="00A039BE">
        <w:rPr>
          <w:rFonts w:cs="Times New Roman"/>
          <w:szCs w:val="28"/>
          <w:lang w:val="ru-RU"/>
        </w:rPr>
        <w:t xml:space="preserve">ы (класс, школа, населённый пункт), карточки «люди — место — природа — память», </w:t>
      </w:r>
      <w:proofErr w:type="spellStart"/>
      <w:r w:rsidRPr="00A039BE">
        <w:rPr>
          <w:rFonts w:cs="Times New Roman"/>
          <w:szCs w:val="28"/>
          <w:lang w:val="ru-RU"/>
        </w:rPr>
        <w:t>стикеры</w:t>
      </w:r>
      <w:proofErr w:type="spellEnd"/>
      <w:r w:rsidRPr="00A039BE">
        <w:rPr>
          <w:rFonts w:cs="Times New Roman"/>
          <w:szCs w:val="28"/>
          <w:lang w:val="ru-RU"/>
        </w:rPr>
        <w:t>, карточки ролей, маркеры.</w:t>
      </w:r>
      <w:proofErr w:type="gramEnd"/>
    </w:p>
    <w:p w:rsidR="00492F2E" w:rsidRDefault="00492F2E" w:rsidP="00A039BE">
      <w:pPr>
        <w:pStyle w:val="21"/>
        <w:spacing w:before="0" w:line="240" w:lineRule="auto"/>
        <w:ind w:firstLine="720"/>
        <w:jc w:val="center"/>
        <w:rPr>
          <w:rFonts w:ascii="Times New Roman" w:hAnsi="Times New Roman" w:cs="Times New Roman"/>
          <w:szCs w:val="28"/>
          <w:lang w:val="ru-RU"/>
        </w:rPr>
      </w:pPr>
    </w:p>
    <w:p w:rsidR="0099789B" w:rsidRDefault="006E0B9A" w:rsidP="00A039BE">
      <w:pPr>
        <w:pStyle w:val="21"/>
        <w:spacing w:before="0" w:line="240" w:lineRule="auto"/>
        <w:ind w:firstLine="720"/>
        <w:jc w:val="center"/>
        <w:rPr>
          <w:rFonts w:ascii="Times New Roman" w:hAnsi="Times New Roman" w:cs="Times New Roman"/>
          <w:szCs w:val="28"/>
          <w:lang w:val="ru-RU"/>
        </w:rPr>
      </w:pPr>
      <w:r w:rsidRPr="00A039BE">
        <w:rPr>
          <w:rFonts w:ascii="Times New Roman" w:hAnsi="Times New Roman" w:cs="Times New Roman"/>
          <w:szCs w:val="28"/>
          <w:lang w:val="ru-RU"/>
        </w:rPr>
        <w:t>Ход занятия</w:t>
      </w:r>
    </w:p>
    <w:p w:rsidR="00492F2E" w:rsidRPr="00492F2E" w:rsidRDefault="00492F2E" w:rsidP="00492F2E">
      <w:pPr>
        <w:rPr>
          <w:lang w:val="ru-RU"/>
        </w:rPr>
      </w:pPr>
    </w:p>
    <w:p w:rsidR="0099789B" w:rsidRPr="00A039BE" w:rsidRDefault="006E0B9A" w:rsidP="00A039BE">
      <w:pPr>
        <w:pStyle w:val="31"/>
        <w:spacing w:before="0" w:line="240" w:lineRule="auto"/>
        <w:ind w:firstLine="720"/>
        <w:jc w:val="both"/>
        <w:rPr>
          <w:rFonts w:ascii="Times New Roman" w:hAnsi="Times New Roman" w:cs="Times New Roman"/>
          <w:szCs w:val="28"/>
          <w:lang w:val="ru-RU"/>
        </w:rPr>
      </w:pPr>
      <w:r w:rsidRPr="00A039BE">
        <w:rPr>
          <w:rFonts w:ascii="Times New Roman" w:hAnsi="Times New Roman" w:cs="Times New Roman"/>
          <w:szCs w:val="28"/>
          <w:lang w:val="ru-RU"/>
        </w:rPr>
        <w:t>1. Эмоциональный вход — 3 минуты</w:t>
      </w:r>
    </w:p>
    <w:p w:rsidR="0099789B" w:rsidRPr="00A039BE" w:rsidRDefault="006E0B9A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 xml:space="preserve">Учитель предлагает завершить фразу: «Мне хорошо в месте, где…». Ответы принимаются без оценки. </w:t>
      </w:r>
      <w:r w:rsidRPr="00A039BE">
        <w:rPr>
          <w:rFonts w:cs="Times New Roman"/>
          <w:szCs w:val="28"/>
          <w:lang w:val="ru-RU"/>
        </w:rPr>
        <w:t>Педагог объединяет их словами: «Место становится лучше, когда люди замечают друг друга и действуют вместе».</w:t>
      </w:r>
    </w:p>
    <w:p w:rsidR="0099789B" w:rsidRPr="00A039BE" w:rsidRDefault="006E0B9A" w:rsidP="00A039BE">
      <w:pPr>
        <w:pStyle w:val="31"/>
        <w:spacing w:before="0" w:line="240" w:lineRule="auto"/>
        <w:ind w:firstLine="720"/>
        <w:jc w:val="both"/>
        <w:rPr>
          <w:rFonts w:ascii="Times New Roman" w:hAnsi="Times New Roman" w:cs="Times New Roman"/>
          <w:szCs w:val="28"/>
          <w:lang w:val="ru-RU"/>
        </w:rPr>
      </w:pPr>
      <w:r w:rsidRPr="00A039BE">
        <w:rPr>
          <w:rFonts w:ascii="Times New Roman" w:hAnsi="Times New Roman" w:cs="Times New Roman"/>
          <w:szCs w:val="28"/>
          <w:lang w:val="ru-RU"/>
        </w:rPr>
        <w:t>2. Проблемная ситуация — 5 минут</w:t>
      </w:r>
    </w:p>
    <w:p w:rsidR="0099789B" w:rsidRPr="00A039BE" w:rsidRDefault="006E0B9A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>Учитель рассказывает: «У школьной библиотеки есть книги, но некоторые из них ждут аккуратных закладок; возле классн</w:t>
      </w:r>
      <w:r w:rsidRPr="00A039BE">
        <w:rPr>
          <w:rFonts w:cs="Times New Roman"/>
          <w:szCs w:val="28"/>
          <w:lang w:val="ru-RU"/>
        </w:rPr>
        <w:t xml:space="preserve">ого уголка хочется больше историй о людях нашего края; школьные растения нуждаются в бережном уходе». Важно: примеры подбираются реальные, не создающие </w:t>
      </w:r>
      <w:r w:rsidRPr="00A039BE">
        <w:rPr>
          <w:rFonts w:cs="Times New Roman"/>
          <w:szCs w:val="28"/>
          <w:lang w:val="ru-RU"/>
        </w:rPr>
        <w:lastRenderedPageBreak/>
        <w:t>искусственной тревоги. Вопрос: «Как понять, какая помощь действительно нужна?»</w:t>
      </w:r>
    </w:p>
    <w:p w:rsidR="0099789B" w:rsidRPr="00A039BE" w:rsidRDefault="006E0B9A" w:rsidP="00A039BE">
      <w:pPr>
        <w:pStyle w:val="31"/>
        <w:spacing w:before="0" w:line="240" w:lineRule="auto"/>
        <w:ind w:firstLine="720"/>
        <w:jc w:val="both"/>
        <w:rPr>
          <w:rFonts w:ascii="Times New Roman" w:hAnsi="Times New Roman" w:cs="Times New Roman"/>
          <w:szCs w:val="28"/>
          <w:lang w:val="ru-RU"/>
        </w:rPr>
      </w:pPr>
      <w:r w:rsidRPr="00A039BE">
        <w:rPr>
          <w:rFonts w:ascii="Times New Roman" w:hAnsi="Times New Roman" w:cs="Times New Roman"/>
          <w:szCs w:val="28"/>
          <w:lang w:val="ru-RU"/>
        </w:rPr>
        <w:t xml:space="preserve">3. Мини-исследование — 7 </w:t>
      </w:r>
      <w:r w:rsidRPr="00A039BE">
        <w:rPr>
          <w:rFonts w:ascii="Times New Roman" w:hAnsi="Times New Roman" w:cs="Times New Roman"/>
          <w:szCs w:val="28"/>
          <w:lang w:val="ru-RU"/>
        </w:rPr>
        <w:t>минут</w:t>
      </w:r>
    </w:p>
    <w:p w:rsidR="0099789B" w:rsidRPr="00A039BE" w:rsidRDefault="006E0B9A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>В группах дети получают карточки: «человеку», «общему месту», «природе», «памяти о родном крае». Они придумывают по одной потребности и отвечают: кому это поможет, как узнать, что помощь нужна, что мы можем сделать сами, где необходим взрослый.</w:t>
      </w:r>
    </w:p>
    <w:p w:rsidR="0099789B" w:rsidRPr="00A039BE" w:rsidRDefault="006E0B9A" w:rsidP="00A039BE">
      <w:pPr>
        <w:pStyle w:val="31"/>
        <w:spacing w:before="0" w:line="240" w:lineRule="auto"/>
        <w:ind w:firstLine="720"/>
        <w:jc w:val="both"/>
        <w:rPr>
          <w:rFonts w:ascii="Times New Roman" w:hAnsi="Times New Roman" w:cs="Times New Roman"/>
          <w:szCs w:val="28"/>
          <w:lang w:val="ru-RU"/>
        </w:rPr>
      </w:pPr>
      <w:r w:rsidRPr="00A039BE">
        <w:rPr>
          <w:rFonts w:ascii="Times New Roman" w:hAnsi="Times New Roman" w:cs="Times New Roman"/>
          <w:szCs w:val="28"/>
          <w:lang w:val="ru-RU"/>
        </w:rPr>
        <w:t>4. Со</w:t>
      </w:r>
      <w:r w:rsidRPr="00A039BE">
        <w:rPr>
          <w:rFonts w:ascii="Times New Roman" w:hAnsi="Times New Roman" w:cs="Times New Roman"/>
          <w:szCs w:val="28"/>
          <w:lang w:val="ru-RU"/>
        </w:rPr>
        <w:t>здание карты — 7 минут</w:t>
      </w:r>
    </w:p>
    <w:p w:rsidR="0099789B" w:rsidRPr="00A039BE" w:rsidRDefault="006E0B9A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 xml:space="preserve">На общем плакате размещаются четыре зоны. Дети добавляют </w:t>
      </w:r>
      <w:proofErr w:type="spellStart"/>
      <w:r w:rsidRPr="00A039BE">
        <w:rPr>
          <w:rFonts w:cs="Times New Roman"/>
          <w:szCs w:val="28"/>
          <w:lang w:val="ru-RU"/>
        </w:rPr>
        <w:t>стикеры</w:t>
      </w:r>
      <w:proofErr w:type="spellEnd"/>
      <w:r w:rsidRPr="00A039BE">
        <w:rPr>
          <w:rFonts w:cs="Times New Roman"/>
          <w:szCs w:val="28"/>
          <w:lang w:val="ru-RU"/>
        </w:rPr>
        <w:t xml:space="preserve"> с идеями. Учитель напоминает: не нужно обещать то, что невозможно выполнить; нельзя трогать опасные предметы, самостоятельно выходить за пределы школы или публиковать л</w:t>
      </w:r>
      <w:r w:rsidRPr="00A039BE">
        <w:rPr>
          <w:rFonts w:cs="Times New Roman"/>
          <w:szCs w:val="28"/>
          <w:lang w:val="ru-RU"/>
        </w:rPr>
        <w:t>ичные данные.</w:t>
      </w:r>
    </w:p>
    <w:p w:rsidR="0099789B" w:rsidRPr="00A039BE" w:rsidRDefault="006E0B9A" w:rsidP="00A039BE">
      <w:pPr>
        <w:pStyle w:val="31"/>
        <w:spacing w:before="0" w:line="240" w:lineRule="auto"/>
        <w:ind w:firstLine="720"/>
        <w:jc w:val="both"/>
        <w:rPr>
          <w:rFonts w:ascii="Times New Roman" w:hAnsi="Times New Roman" w:cs="Times New Roman"/>
          <w:szCs w:val="28"/>
          <w:lang w:val="ru-RU"/>
        </w:rPr>
      </w:pPr>
      <w:r w:rsidRPr="00A039BE">
        <w:rPr>
          <w:rFonts w:ascii="Times New Roman" w:hAnsi="Times New Roman" w:cs="Times New Roman"/>
          <w:szCs w:val="28"/>
          <w:lang w:val="ru-RU"/>
        </w:rPr>
        <w:t>5. Выбор доброго дела — 8 минут</w:t>
      </w:r>
    </w:p>
    <w:p w:rsidR="0099789B" w:rsidRPr="00A039BE" w:rsidRDefault="006E0B9A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>Класс выбирает 2–3 идеи голосованием по критериям: польза, посильность, безопасность, возможность работать вместе. При равенстве решений можно реализовать несколько небольших дел. Роли: координатор, хранитель в</w:t>
      </w:r>
      <w:r w:rsidRPr="00A039BE">
        <w:rPr>
          <w:rFonts w:cs="Times New Roman"/>
          <w:szCs w:val="28"/>
          <w:lang w:val="ru-RU"/>
        </w:rPr>
        <w:t>ремени, мастер материалов, рассказчик, наблюдатель за безопасностью. Роли можно менять.</w:t>
      </w:r>
    </w:p>
    <w:p w:rsidR="0099789B" w:rsidRPr="00A039BE" w:rsidRDefault="006E0B9A" w:rsidP="00A039BE">
      <w:pPr>
        <w:pStyle w:val="31"/>
        <w:spacing w:before="0" w:line="240" w:lineRule="auto"/>
        <w:ind w:firstLine="720"/>
        <w:jc w:val="both"/>
        <w:rPr>
          <w:rFonts w:ascii="Times New Roman" w:hAnsi="Times New Roman" w:cs="Times New Roman"/>
          <w:szCs w:val="28"/>
          <w:lang w:val="ru-RU"/>
        </w:rPr>
      </w:pPr>
      <w:r w:rsidRPr="00A039BE">
        <w:rPr>
          <w:rFonts w:ascii="Times New Roman" w:hAnsi="Times New Roman" w:cs="Times New Roman"/>
          <w:szCs w:val="28"/>
          <w:lang w:val="ru-RU"/>
        </w:rPr>
        <w:t>6. Планирование — 5 минут</w:t>
      </w:r>
    </w:p>
    <w:p w:rsidR="0099789B" w:rsidRPr="00A039BE" w:rsidRDefault="006E0B9A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  <w:proofErr w:type="gramStart"/>
      <w:r w:rsidRPr="00A039BE">
        <w:rPr>
          <w:rFonts w:cs="Times New Roman"/>
          <w:szCs w:val="28"/>
          <w:lang w:val="ru-RU"/>
        </w:rPr>
        <w:t>Команда заполняет «Паспорт доброго дела»: цель, кому полезно, шаги, материалы, срок, кто помогает, как поймём результат.</w:t>
      </w:r>
      <w:proofErr w:type="gramEnd"/>
      <w:r w:rsidRPr="00A039BE">
        <w:rPr>
          <w:rFonts w:cs="Times New Roman"/>
          <w:szCs w:val="28"/>
          <w:lang w:val="ru-RU"/>
        </w:rPr>
        <w:t xml:space="preserve"> Учитель уточняет ресу</w:t>
      </w:r>
      <w:r w:rsidRPr="00A039BE">
        <w:rPr>
          <w:rFonts w:cs="Times New Roman"/>
          <w:szCs w:val="28"/>
          <w:lang w:val="ru-RU"/>
        </w:rPr>
        <w:t>рсы и согласует взаимодействие с взрослыми.</w:t>
      </w:r>
    </w:p>
    <w:p w:rsidR="0099789B" w:rsidRPr="00A039BE" w:rsidRDefault="006E0B9A" w:rsidP="00A039BE">
      <w:pPr>
        <w:pStyle w:val="31"/>
        <w:spacing w:before="0" w:line="240" w:lineRule="auto"/>
        <w:ind w:firstLine="720"/>
        <w:jc w:val="both"/>
        <w:rPr>
          <w:rFonts w:ascii="Times New Roman" w:hAnsi="Times New Roman" w:cs="Times New Roman"/>
          <w:szCs w:val="28"/>
          <w:lang w:val="ru-RU"/>
        </w:rPr>
      </w:pPr>
      <w:r w:rsidRPr="00A039BE">
        <w:rPr>
          <w:rFonts w:ascii="Times New Roman" w:hAnsi="Times New Roman" w:cs="Times New Roman"/>
          <w:szCs w:val="28"/>
          <w:lang w:val="ru-RU"/>
        </w:rPr>
        <w:t>7. Рефлексия — 5 минут</w:t>
      </w:r>
    </w:p>
    <w:p w:rsidR="0099789B" w:rsidRPr="00A039BE" w:rsidRDefault="006E0B9A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>Дети выбирают завершение фразы: «Я могу помочь тем, что…», «Для общего дела мне важно…», «Я хочу узнать о нашем крае…». Учитель подводит итог: ценность карты — не количество отметок, а реал</w:t>
      </w:r>
      <w:r w:rsidRPr="00A039BE">
        <w:rPr>
          <w:rFonts w:cs="Times New Roman"/>
          <w:szCs w:val="28"/>
          <w:lang w:val="ru-RU"/>
        </w:rPr>
        <w:t>ьные изменения и совместный опыт.</w:t>
      </w:r>
    </w:p>
    <w:p w:rsidR="00492F2E" w:rsidRDefault="00492F2E" w:rsidP="00492F2E">
      <w:pPr>
        <w:pStyle w:val="1"/>
        <w:spacing w:before="0" w:line="240" w:lineRule="auto"/>
        <w:ind w:firstLine="720"/>
        <w:jc w:val="center"/>
        <w:rPr>
          <w:rFonts w:ascii="Times New Roman" w:hAnsi="Times New Roman" w:cs="Times New Roman"/>
          <w:sz w:val="28"/>
          <w:lang w:val="ru-RU"/>
        </w:rPr>
      </w:pPr>
    </w:p>
    <w:p w:rsidR="0099789B" w:rsidRDefault="006E0B9A" w:rsidP="00492F2E">
      <w:pPr>
        <w:pStyle w:val="1"/>
        <w:spacing w:before="0" w:line="240" w:lineRule="auto"/>
        <w:ind w:firstLine="720"/>
        <w:jc w:val="center"/>
        <w:rPr>
          <w:rFonts w:ascii="Times New Roman" w:hAnsi="Times New Roman" w:cs="Times New Roman"/>
          <w:sz w:val="28"/>
          <w:lang w:val="ru-RU"/>
        </w:rPr>
      </w:pPr>
      <w:r w:rsidRPr="00A039BE">
        <w:rPr>
          <w:rFonts w:ascii="Times New Roman" w:hAnsi="Times New Roman" w:cs="Times New Roman"/>
          <w:sz w:val="28"/>
          <w:lang w:val="ru-RU"/>
        </w:rPr>
        <w:t>ЗАКЛЮЧЕНИЕ</w:t>
      </w:r>
    </w:p>
    <w:p w:rsidR="00492F2E" w:rsidRPr="00492F2E" w:rsidRDefault="00492F2E" w:rsidP="00492F2E">
      <w:pPr>
        <w:rPr>
          <w:lang w:val="ru-RU"/>
        </w:rPr>
      </w:pPr>
    </w:p>
    <w:p w:rsidR="0099789B" w:rsidRPr="00A039BE" w:rsidRDefault="006E0B9A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>«Карта добрых дел» помогает выстроить воспитательную работу как последовательный опыт: увидеть потребность, предложить решение, договориться, действовать и осмыслить результат. В центре проекта — не масштаб акции и не кол</w:t>
      </w:r>
      <w:r w:rsidRPr="00A039BE">
        <w:rPr>
          <w:rFonts w:cs="Times New Roman"/>
          <w:szCs w:val="28"/>
          <w:lang w:val="ru-RU"/>
        </w:rPr>
        <w:t>ичество отметок на плакате, а качество отношений, доступность участия и постепенное развитие детской ответственности.</w:t>
      </w:r>
    </w:p>
    <w:p w:rsidR="00492F2E" w:rsidRDefault="006E0B9A" w:rsidP="002D5126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>Когда младший школь</w:t>
      </w:r>
      <w:r w:rsidRPr="00A039BE">
        <w:rPr>
          <w:rFonts w:cs="Times New Roman"/>
          <w:szCs w:val="28"/>
          <w:lang w:val="ru-RU"/>
        </w:rPr>
        <w:t>ник узнаёт историю улицы, благодарит людей труда, заботится о школьном пространстве или наблюдает за природой родного края, понятие «малая родина» приобретает личный смысл. Проект может стать регулярной практикой класса и развиваться вместе с детскими иниц</w:t>
      </w:r>
      <w:r w:rsidRPr="00A039BE">
        <w:rPr>
          <w:rFonts w:cs="Times New Roman"/>
          <w:szCs w:val="28"/>
          <w:lang w:val="ru-RU"/>
        </w:rPr>
        <w:t>иативами.</w:t>
      </w:r>
    </w:p>
    <w:p w:rsidR="002D5126" w:rsidRPr="002D5126" w:rsidRDefault="002D5126" w:rsidP="002D5126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</w:p>
    <w:p w:rsidR="002D5126" w:rsidRDefault="002D5126" w:rsidP="00492F2E">
      <w:pPr>
        <w:pStyle w:val="1"/>
        <w:spacing w:before="0" w:line="240" w:lineRule="auto"/>
        <w:ind w:firstLine="720"/>
        <w:jc w:val="center"/>
        <w:rPr>
          <w:rFonts w:ascii="Times New Roman" w:hAnsi="Times New Roman" w:cs="Times New Roman"/>
          <w:sz w:val="28"/>
          <w:lang w:val="ru-RU"/>
        </w:rPr>
      </w:pPr>
    </w:p>
    <w:p w:rsidR="002D5126" w:rsidRDefault="002D5126" w:rsidP="00492F2E">
      <w:pPr>
        <w:pStyle w:val="1"/>
        <w:spacing w:before="0" w:line="240" w:lineRule="auto"/>
        <w:ind w:firstLine="720"/>
        <w:jc w:val="center"/>
        <w:rPr>
          <w:rFonts w:ascii="Times New Roman" w:hAnsi="Times New Roman" w:cs="Times New Roman"/>
          <w:sz w:val="28"/>
          <w:lang w:val="ru-RU"/>
        </w:rPr>
      </w:pPr>
    </w:p>
    <w:p w:rsidR="0099789B" w:rsidRDefault="006E0B9A" w:rsidP="00492F2E">
      <w:pPr>
        <w:pStyle w:val="1"/>
        <w:spacing w:before="0" w:line="240" w:lineRule="auto"/>
        <w:ind w:firstLine="720"/>
        <w:jc w:val="center"/>
        <w:rPr>
          <w:rFonts w:ascii="Times New Roman" w:hAnsi="Times New Roman" w:cs="Times New Roman"/>
          <w:sz w:val="28"/>
          <w:lang w:val="ru-RU"/>
        </w:rPr>
      </w:pPr>
      <w:r w:rsidRPr="00A039BE">
        <w:rPr>
          <w:rFonts w:ascii="Times New Roman" w:hAnsi="Times New Roman" w:cs="Times New Roman"/>
          <w:sz w:val="28"/>
          <w:lang w:val="ru-RU"/>
        </w:rPr>
        <w:t>СПИСОК ИСПОЛЬЗОВАННЫХ ИСТОЧНИКОВ</w:t>
      </w:r>
    </w:p>
    <w:p w:rsidR="00492F2E" w:rsidRPr="00492F2E" w:rsidRDefault="00492F2E" w:rsidP="00492F2E">
      <w:pPr>
        <w:rPr>
          <w:lang w:val="ru-RU"/>
        </w:rPr>
      </w:pPr>
    </w:p>
    <w:p w:rsidR="0099789B" w:rsidRPr="00A039BE" w:rsidRDefault="006E0B9A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>1. Российская Федерация. Законы. Об образовании в Российской Федерации</w:t>
      </w:r>
      <w:proofErr w:type="gramStart"/>
      <w:r w:rsidRPr="00A039BE">
        <w:rPr>
          <w:rFonts w:cs="Times New Roman"/>
          <w:szCs w:val="28"/>
          <w:lang w:val="ru-RU"/>
        </w:rPr>
        <w:t xml:space="preserve"> :</w:t>
      </w:r>
      <w:proofErr w:type="gramEnd"/>
      <w:r w:rsidRPr="00A039BE">
        <w:rPr>
          <w:rFonts w:cs="Times New Roman"/>
          <w:szCs w:val="28"/>
          <w:lang w:val="ru-RU"/>
        </w:rPr>
        <w:t xml:space="preserve"> Федеральный закон от 29 декабря 2012 г. № 273-ФЗ (с </w:t>
      </w:r>
      <w:proofErr w:type="spellStart"/>
      <w:r w:rsidRPr="00A039BE">
        <w:rPr>
          <w:rFonts w:cs="Times New Roman"/>
          <w:szCs w:val="28"/>
          <w:lang w:val="ru-RU"/>
        </w:rPr>
        <w:t>изм</w:t>
      </w:r>
      <w:proofErr w:type="spellEnd"/>
      <w:r w:rsidRPr="00A039BE">
        <w:rPr>
          <w:rFonts w:cs="Times New Roman"/>
          <w:szCs w:val="28"/>
          <w:lang w:val="ru-RU"/>
        </w:rPr>
        <w:t>. и доп.).</w:t>
      </w:r>
    </w:p>
    <w:p w:rsidR="0099789B" w:rsidRPr="00A039BE" w:rsidRDefault="006E0B9A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>2. Об утверждении федерального государственного образовательного стандарта</w:t>
      </w:r>
      <w:r w:rsidRPr="00A039BE">
        <w:rPr>
          <w:rFonts w:cs="Times New Roman"/>
          <w:szCs w:val="28"/>
          <w:lang w:val="ru-RU"/>
        </w:rPr>
        <w:t xml:space="preserve"> начального общего образования</w:t>
      </w:r>
      <w:proofErr w:type="gramStart"/>
      <w:r w:rsidRPr="00A039BE">
        <w:rPr>
          <w:rFonts w:cs="Times New Roman"/>
          <w:szCs w:val="28"/>
          <w:lang w:val="ru-RU"/>
        </w:rPr>
        <w:t xml:space="preserve"> :</w:t>
      </w:r>
      <w:proofErr w:type="gramEnd"/>
      <w:r w:rsidRPr="00A039BE">
        <w:rPr>
          <w:rFonts w:cs="Times New Roman"/>
          <w:szCs w:val="28"/>
          <w:lang w:val="ru-RU"/>
        </w:rPr>
        <w:t xml:space="preserve"> приказ Министерства просвещения Российской Федерации от 31 мая 2021 г. № 286 (с </w:t>
      </w:r>
      <w:proofErr w:type="spellStart"/>
      <w:r w:rsidRPr="00A039BE">
        <w:rPr>
          <w:rFonts w:cs="Times New Roman"/>
          <w:szCs w:val="28"/>
          <w:lang w:val="ru-RU"/>
        </w:rPr>
        <w:t>изм</w:t>
      </w:r>
      <w:proofErr w:type="spellEnd"/>
      <w:r w:rsidRPr="00A039BE">
        <w:rPr>
          <w:rFonts w:cs="Times New Roman"/>
          <w:szCs w:val="28"/>
          <w:lang w:val="ru-RU"/>
        </w:rPr>
        <w:t>. и доп.).</w:t>
      </w:r>
    </w:p>
    <w:p w:rsidR="0099789B" w:rsidRPr="00A039BE" w:rsidRDefault="006E0B9A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>3. Об утверждении федеральной образовательной программы начального общего образования</w:t>
      </w:r>
      <w:proofErr w:type="gramStart"/>
      <w:r w:rsidRPr="00A039BE">
        <w:rPr>
          <w:rFonts w:cs="Times New Roman"/>
          <w:szCs w:val="28"/>
          <w:lang w:val="ru-RU"/>
        </w:rPr>
        <w:t xml:space="preserve"> :</w:t>
      </w:r>
      <w:proofErr w:type="gramEnd"/>
      <w:r w:rsidRPr="00A039BE">
        <w:rPr>
          <w:rFonts w:cs="Times New Roman"/>
          <w:szCs w:val="28"/>
          <w:lang w:val="ru-RU"/>
        </w:rPr>
        <w:t xml:space="preserve"> приказ Министерства просвещения Российско</w:t>
      </w:r>
      <w:r w:rsidRPr="00A039BE">
        <w:rPr>
          <w:rFonts w:cs="Times New Roman"/>
          <w:szCs w:val="28"/>
          <w:lang w:val="ru-RU"/>
        </w:rPr>
        <w:t xml:space="preserve">й Федерации от 18 мая 2023 г. № 372 (с </w:t>
      </w:r>
      <w:proofErr w:type="spellStart"/>
      <w:r w:rsidRPr="00A039BE">
        <w:rPr>
          <w:rFonts w:cs="Times New Roman"/>
          <w:szCs w:val="28"/>
          <w:lang w:val="ru-RU"/>
        </w:rPr>
        <w:t>изм</w:t>
      </w:r>
      <w:proofErr w:type="spellEnd"/>
      <w:r w:rsidRPr="00A039BE">
        <w:rPr>
          <w:rFonts w:cs="Times New Roman"/>
          <w:szCs w:val="28"/>
          <w:lang w:val="ru-RU"/>
        </w:rPr>
        <w:t>. и доп.).</w:t>
      </w:r>
    </w:p>
    <w:p w:rsidR="0099789B" w:rsidRPr="00A039BE" w:rsidRDefault="006E0B9A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>4. Государственная программа патриотического воспитания граждан Российской Федерации</w:t>
      </w:r>
      <w:proofErr w:type="gramStart"/>
      <w:r w:rsidRPr="00A039BE">
        <w:rPr>
          <w:rFonts w:cs="Times New Roman"/>
          <w:szCs w:val="28"/>
          <w:lang w:val="ru-RU"/>
        </w:rPr>
        <w:t xml:space="preserve"> :</w:t>
      </w:r>
      <w:proofErr w:type="gramEnd"/>
      <w:r w:rsidRPr="00A039BE">
        <w:rPr>
          <w:rFonts w:cs="Times New Roman"/>
          <w:szCs w:val="28"/>
          <w:lang w:val="ru-RU"/>
        </w:rPr>
        <w:t xml:space="preserve"> актуальные нормативные документы и материалы — использовать в соответствии с действующей редакцией.</w:t>
      </w:r>
    </w:p>
    <w:p w:rsidR="0099789B" w:rsidRPr="00A039BE" w:rsidRDefault="006E0B9A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 xml:space="preserve">5. ГОСТ </w:t>
      </w:r>
      <w:proofErr w:type="gramStart"/>
      <w:r w:rsidRPr="00A039BE">
        <w:rPr>
          <w:rFonts w:cs="Times New Roman"/>
          <w:szCs w:val="28"/>
          <w:lang w:val="ru-RU"/>
        </w:rPr>
        <w:t>Р</w:t>
      </w:r>
      <w:proofErr w:type="gramEnd"/>
      <w:r w:rsidRPr="00A039BE">
        <w:rPr>
          <w:rFonts w:cs="Times New Roman"/>
          <w:szCs w:val="28"/>
          <w:lang w:val="ru-RU"/>
        </w:rPr>
        <w:t xml:space="preserve"> 7.0.10</w:t>
      </w:r>
      <w:r w:rsidRPr="00A039BE">
        <w:rPr>
          <w:rFonts w:cs="Times New Roman"/>
          <w:szCs w:val="28"/>
          <w:lang w:val="ru-RU"/>
        </w:rPr>
        <w:t xml:space="preserve">0–2018. Система стандартов по информации, библиотечному и издательскому делу. Библиографическая запись. Библиографическое описание. Общие требования и правила составления. — </w:t>
      </w:r>
      <w:proofErr w:type="spellStart"/>
      <w:r w:rsidRPr="00A039BE">
        <w:rPr>
          <w:rFonts w:cs="Times New Roman"/>
          <w:szCs w:val="28"/>
          <w:lang w:val="ru-RU"/>
        </w:rPr>
        <w:t>Введ</w:t>
      </w:r>
      <w:proofErr w:type="spellEnd"/>
      <w:r w:rsidRPr="00A039BE">
        <w:rPr>
          <w:rFonts w:cs="Times New Roman"/>
          <w:szCs w:val="28"/>
          <w:lang w:val="ru-RU"/>
        </w:rPr>
        <w:t>. 2019-07-01. — Москва</w:t>
      </w:r>
      <w:proofErr w:type="gramStart"/>
      <w:r w:rsidRPr="00A039BE">
        <w:rPr>
          <w:rFonts w:cs="Times New Roman"/>
          <w:szCs w:val="28"/>
          <w:lang w:val="ru-RU"/>
        </w:rPr>
        <w:t xml:space="preserve"> :</w:t>
      </w:r>
      <w:proofErr w:type="gramEnd"/>
      <w:r w:rsidRPr="00A039BE">
        <w:rPr>
          <w:rFonts w:cs="Times New Roman"/>
          <w:szCs w:val="28"/>
          <w:lang w:val="ru-RU"/>
        </w:rPr>
        <w:t xml:space="preserve"> </w:t>
      </w:r>
      <w:proofErr w:type="spellStart"/>
      <w:r w:rsidRPr="00A039BE">
        <w:rPr>
          <w:rFonts w:cs="Times New Roman"/>
          <w:szCs w:val="28"/>
          <w:lang w:val="ru-RU"/>
        </w:rPr>
        <w:t>Стандартинформ</w:t>
      </w:r>
      <w:proofErr w:type="spellEnd"/>
      <w:r w:rsidRPr="00A039BE">
        <w:rPr>
          <w:rFonts w:cs="Times New Roman"/>
          <w:szCs w:val="28"/>
          <w:lang w:val="ru-RU"/>
        </w:rPr>
        <w:t>, 2018.</w:t>
      </w:r>
    </w:p>
    <w:p w:rsidR="0099789B" w:rsidRPr="00A039BE" w:rsidRDefault="006E0B9A" w:rsidP="00A039BE">
      <w:pPr>
        <w:spacing w:line="240" w:lineRule="auto"/>
        <w:ind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br w:type="page"/>
      </w:r>
    </w:p>
    <w:p w:rsidR="0099789B" w:rsidRDefault="006E0B9A" w:rsidP="00492F2E">
      <w:pPr>
        <w:pStyle w:val="1"/>
        <w:spacing w:before="0" w:line="240" w:lineRule="auto"/>
        <w:ind w:firstLine="720"/>
        <w:jc w:val="right"/>
        <w:rPr>
          <w:rFonts w:ascii="Times New Roman" w:hAnsi="Times New Roman" w:cs="Times New Roman"/>
          <w:sz w:val="28"/>
          <w:lang w:val="ru-RU"/>
        </w:rPr>
      </w:pPr>
      <w:r w:rsidRPr="00A039BE">
        <w:rPr>
          <w:rFonts w:ascii="Times New Roman" w:hAnsi="Times New Roman" w:cs="Times New Roman"/>
          <w:sz w:val="28"/>
          <w:lang w:val="ru-RU"/>
        </w:rPr>
        <w:lastRenderedPageBreak/>
        <w:t>ПРИЛОЖЕНИЕ 1. ПАСПОРТ ДОБРОГО ДЕЛА</w:t>
      </w:r>
    </w:p>
    <w:p w:rsidR="00492F2E" w:rsidRPr="00492F2E" w:rsidRDefault="00492F2E" w:rsidP="00492F2E">
      <w:pPr>
        <w:rPr>
          <w:lang w:val="ru-RU"/>
        </w:rPr>
      </w:pPr>
    </w:p>
    <w:p w:rsidR="0099789B" w:rsidRPr="00A039BE" w:rsidRDefault="006E0B9A" w:rsidP="00492F2E">
      <w:pPr>
        <w:spacing w:line="240" w:lineRule="auto"/>
        <w:ind w:firstLine="720"/>
        <w:rPr>
          <w:rFonts w:cs="Times New Roman"/>
          <w:szCs w:val="28"/>
          <w:lang w:val="ru-RU"/>
        </w:rPr>
      </w:pPr>
      <w:r w:rsidRPr="00A039BE">
        <w:rPr>
          <w:rFonts w:cs="Times New Roman"/>
          <w:b/>
          <w:szCs w:val="28"/>
          <w:lang w:val="ru-RU"/>
        </w:rPr>
        <w:t>Название дела:</w:t>
      </w:r>
      <w:r w:rsidRPr="00A039BE">
        <w:rPr>
          <w:rFonts w:cs="Times New Roman"/>
          <w:szCs w:val="28"/>
          <w:lang w:val="ru-RU"/>
        </w:rPr>
        <w:br/>
        <w:t>_____________________________________________________________________</w:t>
      </w:r>
    </w:p>
    <w:p w:rsidR="0099789B" w:rsidRPr="00A039BE" w:rsidRDefault="006E0B9A" w:rsidP="00492F2E">
      <w:pPr>
        <w:spacing w:line="240" w:lineRule="auto"/>
        <w:ind w:firstLine="720"/>
        <w:rPr>
          <w:rFonts w:cs="Times New Roman"/>
          <w:szCs w:val="28"/>
          <w:lang w:val="ru-RU"/>
        </w:rPr>
      </w:pPr>
      <w:r w:rsidRPr="00A039BE">
        <w:rPr>
          <w:rFonts w:cs="Times New Roman"/>
          <w:b/>
          <w:szCs w:val="28"/>
          <w:lang w:val="ru-RU"/>
        </w:rPr>
        <w:t>Какую потребность мы заметили?</w:t>
      </w:r>
      <w:r w:rsidRPr="00A039BE">
        <w:rPr>
          <w:rFonts w:cs="Times New Roman"/>
          <w:szCs w:val="28"/>
          <w:lang w:val="ru-RU"/>
        </w:rPr>
        <w:br/>
      </w:r>
      <w:r w:rsidRPr="00A039BE">
        <w:rPr>
          <w:rFonts w:cs="Times New Roman"/>
          <w:szCs w:val="28"/>
          <w:lang w:val="ru-RU"/>
        </w:rPr>
        <w:t>_____________________________________________________________________</w:t>
      </w:r>
    </w:p>
    <w:p w:rsidR="0099789B" w:rsidRPr="00A039BE" w:rsidRDefault="006E0B9A" w:rsidP="00492F2E">
      <w:pPr>
        <w:spacing w:line="240" w:lineRule="auto"/>
        <w:ind w:firstLine="720"/>
        <w:rPr>
          <w:rFonts w:cs="Times New Roman"/>
          <w:szCs w:val="28"/>
          <w:lang w:val="ru-RU"/>
        </w:rPr>
      </w:pPr>
      <w:r w:rsidRPr="00A039BE">
        <w:rPr>
          <w:rFonts w:cs="Times New Roman"/>
          <w:b/>
          <w:szCs w:val="28"/>
          <w:lang w:val="ru-RU"/>
        </w:rPr>
        <w:t>Кому и чем будет полезно дело?</w:t>
      </w:r>
      <w:r w:rsidRPr="00A039BE">
        <w:rPr>
          <w:rFonts w:cs="Times New Roman"/>
          <w:szCs w:val="28"/>
          <w:lang w:val="ru-RU"/>
        </w:rPr>
        <w:br/>
        <w:t>_____________________________________________________________________</w:t>
      </w:r>
    </w:p>
    <w:p w:rsidR="0099789B" w:rsidRPr="00A039BE" w:rsidRDefault="006E0B9A" w:rsidP="00492F2E">
      <w:pPr>
        <w:spacing w:line="240" w:lineRule="auto"/>
        <w:ind w:firstLine="720"/>
        <w:rPr>
          <w:rFonts w:cs="Times New Roman"/>
          <w:szCs w:val="28"/>
          <w:lang w:val="ru-RU"/>
        </w:rPr>
      </w:pPr>
      <w:r w:rsidRPr="00A039BE">
        <w:rPr>
          <w:rFonts w:cs="Times New Roman"/>
          <w:b/>
          <w:szCs w:val="28"/>
          <w:lang w:val="ru-RU"/>
        </w:rPr>
        <w:t>Что мы хотим изменить?</w:t>
      </w:r>
      <w:r w:rsidRPr="00A039BE">
        <w:rPr>
          <w:rFonts w:cs="Times New Roman"/>
          <w:szCs w:val="28"/>
          <w:lang w:val="ru-RU"/>
        </w:rPr>
        <w:br/>
        <w:t>________________________________________</w:t>
      </w:r>
      <w:r w:rsidRPr="00A039BE">
        <w:rPr>
          <w:rFonts w:cs="Times New Roman"/>
          <w:szCs w:val="28"/>
          <w:lang w:val="ru-RU"/>
        </w:rPr>
        <w:t>_____________________________</w:t>
      </w:r>
    </w:p>
    <w:p w:rsidR="002D5126" w:rsidRDefault="006E0B9A" w:rsidP="00492F2E">
      <w:pPr>
        <w:spacing w:line="240" w:lineRule="auto"/>
        <w:ind w:firstLine="720"/>
        <w:rPr>
          <w:rFonts w:cs="Times New Roman"/>
          <w:b/>
          <w:szCs w:val="28"/>
          <w:lang w:val="ru-RU"/>
        </w:rPr>
      </w:pPr>
      <w:r w:rsidRPr="00A039BE">
        <w:rPr>
          <w:rFonts w:cs="Times New Roman"/>
          <w:b/>
          <w:szCs w:val="28"/>
          <w:lang w:val="ru-RU"/>
        </w:rPr>
        <w:t xml:space="preserve">Наши шаги: </w:t>
      </w:r>
    </w:p>
    <w:p w:rsidR="002D5126" w:rsidRDefault="006E0B9A" w:rsidP="00492F2E">
      <w:pPr>
        <w:spacing w:line="240" w:lineRule="auto"/>
        <w:ind w:firstLine="720"/>
        <w:rPr>
          <w:rFonts w:cs="Times New Roman"/>
          <w:b/>
          <w:szCs w:val="28"/>
          <w:lang w:val="ru-RU"/>
        </w:rPr>
      </w:pPr>
      <w:r w:rsidRPr="00A039BE">
        <w:rPr>
          <w:rFonts w:cs="Times New Roman"/>
          <w:b/>
          <w:szCs w:val="28"/>
          <w:lang w:val="ru-RU"/>
        </w:rPr>
        <w:t>1) __________________</w:t>
      </w:r>
      <w:r w:rsidR="002D5126">
        <w:rPr>
          <w:rFonts w:cs="Times New Roman"/>
          <w:b/>
          <w:szCs w:val="28"/>
          <w:lang w:val="ru-RU"/>
        </w:rPr>
        <w:t>___________________________________________</w:t>
      </w:r>
      <w:r w:rsidRPr="00A039BE">
        <w:rPr>
          <w:rFonts w:cs="Times New Roman"/>
          <w:b/>
          <w:szCs w:val="28"/>
          <w:lang w:val="ru-RU"/>
        </w:rPr>
        <w:t xml:space="preserve">  </w:t>
      </w:r>
    </w:p>
    <w:p w:rsidR="002D5126" w:rsidRDefault="006E0B9A" w:rsidP="00492F2E">
      <w:pPr>
        <w:spacing w:line="240" w:lineRule="auto"/>
        <w:ind w:firstLine="720"/>
        <w:rPr>
          <w:rFonts w:cs="Times New Roman"/>
          <w:b/>
          <w:szCs w:val="28"/>
          <w:lang w:val="ru-RU"/>
        </w:rPr>
      </w:pPr>
      <w:r w:rsidRPr="00A039BE">
        <w:rPr>
          <w:rFonts w:cs="Times New Roman"/>
          <w:b/>
          <w:szCs w:val="28"/>
          <w:lang w:val="ru-RU"/>
        </w:rPr>
        <w:t>2) ________________</w:t>
      </w:r>
      <w:r w:rsidR="002D5126">
        <w:rPr>
          <w:rFonts w:cs="Times New Roman"/>
          <w:b/>
          <w:szCs w:val="28"/>
          <w:lang w:val="ru-RU"/>
        </w:rPr>
        <w:t>___________________________________________</w:t>
      </w:r>
      <w:r w:rsidRPr="00A039BE">
        <w:rPr>
          <w:rFonts w:cs="Times New Roman"/>
          <w:b/>
          <w:szCs w:val="28"/>
          <w:lang w:val="ru-RU"/>
        </w:rPr>
        <w:t xml:space="preserve">__ </w:t>
      </w:r>
    </w:p>
    <w:p w:rsidR="0099789B" w:rsidRPr="00A039BE" w:rsidRDefault="006E0B9A" w:rsidP="00492F2E">
      <w:pPr>
        <w:spacing w:line="240" w:lineRule="auto"/>
        <w:ind w:firstLine="720"/>
        <w:rPr>
          <w:rFonts w:cs="Times New Roman"/>
          <w:szCs w:val="28"/>
          <w:lang w:val="ru-RU"/>
        </w:rPr>
      </w:pPr>
      <w:r w:rsidRPr="00A039BE">
        <w:rPr>
          <w:rFonts w:cs="Times New Roman"/>
          <w:b/>
          <w:szCs w:val="28"/>
          <w:lang w:val="ru-RU"/>
        </w:rPr>
        <w:t xml:space="preserve">3) </w:t>
      </w:r>
      <w:r w:rsidR="002D5126">
        <w:rPr>
          <w:rFonts w:cs="Times New Roman"/>
          <w:b/>
          <w:szCs w:val="28"/>
          <w:lang w:val="ru-RU"/>
        </w:rPr>
        <w:t>_____________________________________________________________</w:t>
      </w:r>
    </w:p>
    <w:p w:rsidR="0099789B" w:rsidRPr="00A039BE" w:rsidRDefault="006E0B9A" w:rsidP="00492F2E">
      <w:pPr>
        <w:spacing w:line="240" w:lineRule="auto"/>
        <w:ind w:firstLine="720"/>
        <w:rPr>
          <w:rFonts w:cs="Times New Roman"/>
          <w:szCs w:val="28"/>
          <w:lang w:val="ru-RU"/>
        </w:rPr>
      </w:pPr>
      <w:r w:rsidRPr="00A039BE">
        <w:rPr>
          <w:rFonts w:cs="Times New Roman"/>
          <w:b/>
          <w:szCs w:val="28"/>
          <w:lang w:val="ru-RU"/>
        </w:rPr>
        <w:t>Кто за что отвечает?</w:t>
      </w:r>
      <w:r w:rsidRPr="00A039BE">
        <w:rPr>
          <w:rFonts w:cs="Times New Roman"/>
          <w:szCs w:val="28"/>
          <w:lang w:val="ru-RU"/>
        </w:rPr>
        <w:br/>
        <w:t>_____________________________________________________________________</w:t>
      </w:r>
    </w:p>
    <w:p w:rsidR="0099789B" w:rsidRPr="00A039BE" w:rsidRDefault="006E0B9A" w:rsidP="00492F2E">
      <w:pPr>
        <w:spacing w:line="240" w:lineRule="auto"/>
        <w:ind w:firstLine="720"/>
        <w:rPr>
          <w:rFonts w:cs="Times New Roman"/>
          <w:szCs w:val="28"/>
          <w:lang w:val="ru-RU"/>
        </w:rPr>
      </w:pPr>
      <w:r w:rsidRPr="00A039BE">
        <w:rPr>
          <w:rFonts w:cs="Times New Roman"/>
          <w:b/>
          <w:szCs w:val="28"/>
          <w:lang w:val="ru-RU"/>
        </w:rPr>
        <w:t>Какие материалы нужны?</w:t>
      </w:r>
      <w:r w:rsidRPr="00A039BE">
        <w:rPr>
          <w:rFonts w:cs="Times New Roman"/>
          <w:szCs w:val="28"/>
          <w:lang w:val="ru-RU"/>
        </w:rPr>
        <w:br/>
        <w:t>___________</w:t>
      </w:r>
      <w:r w:rsidRPr="00A039BE">
        <w:rPr>
          <w:rFonts w:cs="Times New Roman"/>
          <w:szCs w:val="28"/>
          <w:lang w:val="ru-RU"/>
        </w:rPr>
        <w:t>__________________________________________________________</w:t>
      </w:r>
    </w:p>
    <w:p w:rsidR="0099789B" w:rsidRPr="00A039BE" w:rsidRDefault="006E0B9A" w:rsidP="00492F2E">
      <w:pPr>
        <w:spacing w:line="240" w:lineRule="auto"/>
        <w:ind w:firstLine="720"/>
        <w:rPr>
          <w:rFonts w:cs="Times New Roman"/>
          <w:szCs w:val="28"/>
          <w:lang w:val="ru-RU"/>
        </w:rPr>
      </w:pPr>
      <w:r w:rsidRPr="00A039BE">
        <w:rPr>
          <w:rFonts w:cs="Times New Roman"/>
          <w:b/>
          <w:szCs w:val="28"/>
          <w:lang w:val="ru-RU"/>
        </w:rPr>
        <w:t xml:space="preserve">Что обязательно согласовать </w:t>
      </w:r>
      <w:proofErr w:type="gramStart"/>
      <w:r w:rsidRPr="00A039BE">
        <w:rPr>
          <w:rFonts w:cs="Times New Roman"/>
          <w:b/>
          <w:szCs w:val="28"/>
          <w:lang w:val="ru-RU"/>
        </w:rPr>
        <w:t>со</w:t>
      </w:r>
      <w:proofErr w:type="gramEnd"/>
      <w:r w:rsidRPr="00A039BE">
        <w:rPr>
          <w:rFonts w:cs="Times New Roman"/>
          <w:b/>
          <w:szCs w:val="28"/>
          <w:lang w:val="ru-RU"/>
        </w:rPr>
        <w:t xml:space="preserve"> взрослым?</w:t>
      </w:r>
      <w:r w:rsidRPr="00A039BE">
        <w:rPr>
          <w:rFonts w:cs="Times New Roman"/>
          <w:szCs w:val="28"/>
          <w:lang w:val="ru-RU"/>
        </w:rPr>
        <w:br/>
        <w:t>_____________________________________________________________________</w:t>
      </w:r>
    </w:p>
    <w:p w:rsidR="0099789B" w:rsidRPr="00A039BE" w:rsidRDefault="006E0B9A" w:rsidP="00492F2E">
      <w:pPr>
        <w:spacing w:line="240" w:lineRule="auto"/>
        <w:ind w:firstLine="720"/>
        <w:rPr>
          <w:rFonts w:cs="Times New Roman"/>
          <w:szCs w:val="28"/>
          <w:lang w:val="ru-RU"/>
        </w:rPr>
      </w:pPr>
      <w:r w:rsidRPr="00A039BE">
        <w:rPr>
          <w:rFonts w:cs="Times New Roman"/>
          <w:b/>
          <w:szCs w:val="28"/>
          <w:lang w:val="ru-RU"/>
        </w:rPr>
        <w:t>Как поймём, что дело удалось?</w:t>
      </w:r>
      <w:r w:rsidRPr="00A039BE">
        <w:rPr>
          <w:rFonts w:cs="Times New Roman"/>
          <w:szCs w:val="28"/>
          <w:lang w:val="ru-RU"/>
        </w:rPr>
        <w:br/>
        <w:t>__________________________________</w:t>
      </w:r>
      <w:r w:rsidRPr="00A039BE">
        <w:rPr>
          <w:rFonts w:cs="Times New Roman"/>
          <w:szCs w:val="28"/>
          <w:lang w:val="ru-RU"/>
        </w:rPr>
        <w:t>___________________________________</w:t>
      </w:r>
    </w:p>
    <w:p w:rsidR="00492F2E" w:rsidRPr="00A039BE" w:rsidRDefault="006E0B9A" w:rsidP="00492F2E">
      <w:pPr>
        <w:spacing w:line="240" w:lineRule="auto"/>
        <w:ind w:firstLine="720"/>
        <w:rPr>
          <w:rFonts w:cs="Times New Roman"/>
          <w:szCs w:val="28"/>
          <w:lang w:val="ru-RU"/>
        </w:rPr>
      </w:pPr>
      <w:r w:rsidRPr="00A039BE">
        <w:rPr>
          <w:rFonts w:cs="Times New Roman"/>
          <w:b/>
          <w:szCs w:val="28"/>
          <w:lang w:val="ru-RU"/>
        </w:rPr>
        <w:t>Когда подведём итог?</w:t>
      </w:r>
      <w:r w:rsidRPr="00A039BE">
        <w:rPr>
          <w:rFonts w:cs="Times New Roman"/>
          <w:szCs w:val="28"/>
          <w:lang w:val="ru-RU"/>
        </w:rPr>
        <w:br/>
        <w:t>_____________________________________________________________________</w:t>
      </w:r>
    </w:p>
    <w:p w:rsidR="00492F2E" w:rsidRDefault="00492F2E" w:rsidP="00492F2E">
      <w:pPr>
        <w:pStyle w:val="1"/>
        <w:spacing w:before="0" w:line="240" w:lineRule="auto"/>
        <w:ind w:firstLine="720"/>
        <w:jc w:val="right"/>
        <w:rPr>
          <w:rFonts w:ascii="Times New Roman" w:hAnsi="Times New Roman" w:cs="Times New Roman"/>
          <w:sz w:val="28"/>
          <w:lang w:val="ru-RU"/>
        </w:rPr>
      </w:pPr>
    </w:p>
    <w:p w:rsidR="0099789B" w:rsidRDefault="006E0B9A" w:rsidP="002D5126">
      <w:pPr>
        <w:pStyle w:val="1"/>
        <w:spacing w:before="0" w:line="240" w:lineRule="auto"/>
        <w:ind w:firstLine="0"/>
        <w:jc w:val="right"/>
        <w:rPr>
          <w:rFonts w:ascii="Times New Roman" w:hAnsi="Times New Roman" w:cs="Times New Roman"/>
          <w:sz w:val="28"/>
          <w:lang w:val="ru-RU"/>
        </w:rPr>
      </w:pPr>
      <w:r w:rsidRPr="00A039BE">
        <w:rPr>
          <w:rFonts w:ascii="Times New Roman" w:hAnsi="Times New Roman" w:cs="Times New Roman"/>
          <w:sz w:val="28"/>
          <w:lang w:val="ru-RU"/>
        </w:rPr>
        <w:t>ПРИЛОЖЕНИЕ 2. КАРТОЧКИ РОЛЕЙ</w:t>
      </w:r>
    </w:p>
    <w:p w:rsidR="00492F2E" w:rsidRPr="00492F2E" w:rsidRDefault="00492F2E" w:rsidP="00492F2E">
      <w:pPr>
        <w:rPr>
          <w:lang w:val="ru-RU"/>
        </w:rPr>
      </w:pPr>
    </w:p>
    <w:tbl>
      <w:tblPr>
        <w:tblStyle w:val="aff0"/>
        <w:tblW w:w="0" w:type="auto"/>
        <w:tblLook w:val="04A0"/>
      </w:tblPr>
      <w:tblGrid>
        <w:gridCol w:w="4844"/>
        <w:gridCol w:w="4844"/>
      </w:tblGrid>
      <w:tr w:rsidR="0099789B" w:rsidRPr="00A039BE">
        <w:tc>
          <w:tcPr>
            <w:tcW w:w="4844" w:type="dxa"/>
            <w:shd w:val="clear" w:color="auto" w:fill="EAF2F8"/>
            <w:vAlign w:val="center"/>
          </w:tcPr>
          <w:p w:rsidR="0099789B" w:rsidRPr="00A039BE" w:rsidRDefault="006E0B9A" w:rsidP="00A039BE">
            <w:pPr>
              <w:spacing w:line="240" w:lineRule="auto"/>
              <w:ind w:firstLine="720"/>
              <w:jc w:val="both"/>
              <w:rPr>
                <w:rFonts w:cs="Times New Roman"/>
                <w:szCs w:val="28"/>
              </w:rPr>
            </w:pPr>
            <w:proofErr w:type="spellStart"/>
            <w:r w:rsidRPr="00A039BE">
              <w:rPr>
                <w:rFonts w:cs="Times New Roman"/>
                <w:b/>
                <w:szCs w:val="28"/>
              </w:rPr>
              <w:t>Координатор</w:t>
            </w:r>
            <w:proofErr w:type="spellEnd"/>
          </w:p>
        </w:tc>
        <w:tc>
          <w:tcPr>
            <w:tcW w:w="4844" w:type="dxa"/>
            <w:vAlign w:val="center"/>
          </w:tcPr>
          <w:p w:rsidR="0099789B" w:rsidRPr="00A039BE" w:rsidRDefault="006E0B9A" w:rsidP="00A039BE">
            <w:pPr>
              <w:spacing w:line="240" w:lineRule="auto"/>
              <w:ind w:firstLine="720"/>
              <w:jc w:val="both"/>
              <w:rPr>
                <w:rFonts w:cs="Times New Roman"/>
                <w:szCs w:val="28"/>
                <w:lang w:val="ru-RU"/>
              </w:rPr>
            </w:pPr>
            <w:r w:rsidRPr="00A039BE">
              <w:rPr>
                <w:rFonts w:cs="Times New Roman"/>
                <w:szCs w:val="28"/>
                <w:lang w:val="ru-RU"/>
              </w:rPr>
              <w:t>Помогает команде помнить цель и очередность шагов.</w:t>
            </w:r>
          </w:p>
        </w:tc>
      </w:tr>
      <w:tr w:rsidR="0099789B" w:rsidRPr="00A039BE">
        <w:tc>
          <w:tcPr>
            <w:tcW w:w="4844" w:type="dxa"/>
            <w:shd w:val="clear" w:color="auto" w:fill="EAF2F8"/>
            <w:vAlign w:val="center"/>
          </w:tcPr>
          <w:p w:rsidR="0099789B" w:rsidRPr="00A039BE" w:rsidRDefault="006E0B9A" w:rsidP="00A039BE">
            <w:pPr>
              <w:spacing w:line="240" w:lineRule="auto"/>
              <w:ind w:firstLine="720"/>
              <w:jc w:val="both"/>
              <w:rPr>
                <w:rFonts w:cs="Times New Roman"/>
                <w:szCs w:val="28"/>
              </w:rPr>
            </w:pPr>
            <w:proofErr w:type="spellStart"/>
            <w:r w:rsidRPr="00A039BE">
              <w:rPr>
                <w:rFonts w:cs="Times New Roman"/>
                <w:b/>
                <w:szCs w:val="28"/>
              </w:rPr>
              <w:t>Хранитель</w:t>
            </w:r>
            <w:proofErr w:type="spellEnd"/>
            <w:r w:rsidRPr="00A039BE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A039BE">
              <w:rPr>
                <w:rFonts w:cs="Times New Roman"/>
                <w:b/>
                <w:szCs w:val="28"/>
              </w:rPr>
              <w:t>врем</w:t>
            </w:r>
            <w:r w:rsidRPr="00A039BE">
              <w:rPr>
                <w:rFonts w:cs="Times New Roman"/>
                <w:b/>
                <w:szCs w:val="28"/>
              </w:rPr>
              <w:t>ени</w:t>
            </w:r>
            <w:proofErr w:type="spellEnd"/>
          </w:p>
        </w:tc>
        <w:tc>
          <w:tcPr>
            <w:tcW w:w="4844" w:type="dxa"/>
            <w:vAlign w:val="center"/>
          </w:tcPr>
          <w:p w:rsidR="0099789B" w:rsidRPr="00A039BE" w:rsidRDefault="006E0B9A" w:rsidP="00A039BE">
            <w:pPr>
              <w:spacing w:line="240" w:lineRule="auto"/>
              <w:ind w:firstLine="720"/>
              <w:jc w:val="both"/>
              <w:rPr>
                <w:rFonts w:cs="Times New Roman"/>
                <w:szCs w:val="28"/>
                <w:lang w:val="ru-RU"/>
              </w:rPr>
            </w:pPr>
            <w:r w:rsidRPr="00A039BE">
              <w:rPr>
                <w:rFonts w:cs="Times New Roman"/>
                <w:szCs w:val="28"/>
                <w:lang w:val="ru-RU"/>
              </w:rPr>
              <w:t>Напоминает о сроках и предлагает сделать паузу для проверки плана.</w:t>
            </w:r>
          </w:p>
        </w:tc>
      </w:tr>
      <w:tr w:rsidR="0099789B" w:rsidRPr="00A039BE">
        <w:tc>
          <w:tcPr>
            <w:tcW w:w="4844" w:type="dxa"/>
            <w:shd w:val="clear" w:color="auto" w:fill="EAF2F8"/>
            <w:vAlign w:val="center"/>
          </w:tcPr>
          <w:p w:rsidR="0099789B" w:rsidRPr="00A039BE" w:rsidRDefault="006E0B9A" w:rsidP="00A039BE">
            <w:pPr>
              <w:spacing w:line="240" w:lineRule="auto"/>
              <w:ind w:firstLine="720"/>
              <w:jc w:val="both"/>
              <w:rPr>
                <w:rFonts w:cs="Times New Roman"/>
                <w:szCs w:val="28"/>
              </w:rPr>
            </w:pPr>
            <w:proofErr w:type="spellStart"/>
            <w:r w:rsidRPr="00A039BE">
              <w:rPr>
                <w:rFonts w:cs="Times New Roman"/>
                <w:b/>
                <w:szCs w:val="28"/>
              </w:rPr>
              <w:t>Мастер</w:t>
            </w:r>
            <w:proofErr w:type="spellEnd"/>
            <w:r w:rsidRPr="00A039BE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A039BE">
              <w:rPr>
                <w:rFonts w:cs="Times New Roman"/>
                <w:b/>
                <w:szCs w:val="28"/>
              </w:rPr>
              <w:t>материалов</w:t>
            </w:r>
            <w:proofErr w:type="spellEnd"/>
          </w:p>
        </w:tc>
        <w:tc>
          <w:tcPr>
            <w:tcW w:w="4844" w:type="dxa"/>
            <w:vAlign w:val="center"/>
          </w:tcPr>
          <w:p w:rsidR="0099789B" w:rsidRPr="00A039BE" w:rsidRDefault="006E0B9A" w:rsidP="00A039BE">
            <w:pPr>
              <w:spacing w:line="240" w:lineRule="auto"/>
              <w:ind w:firstLine="720"/>
              <w:jc w:val="both"/>
              <w:rPr>
                <w:rFonts w:cs="Times New Roman"/>
                <w:szCs w:val="28"/>
                <w:lang w:val="ru-RU"/>
              </w:rPr>
            </w:pPr>
            <w:r w:rsidRPr="00A039BE">
              <w:rPr>
                <w:rFonts w:cs="Times New Roman"/>
                <w:szCs w:val="28"/>
                <w:lang w:val="ru-RU"/>
              </w:rPr>
              <w:t>Следит, чтобы материалы были подготовлены и использовались бережно.</w:t>
            </w:r>
          </w:p>
        </w:tc>
      </w:tr>
      <w:tr w:rsidR="0099789B" w:rsidRPr="00A039BE">
        <w:tc>
          <w:tcPr>
            <w:tcW w:w="4844" w:type="dxa"/>
            <w:shd w:val="clear" w:color="auto" w:fill="EAF2F8"/>
            <w:vAlign w:val="center"/>
          </w:tcPr>
          <w:p w:rsidR="0099789B" w:rsidRPr="00A039BE" w:rsidRDefault="006E0B9A" w:rsidP="00A039BE">
            <w:pPr>
              <w:spacing w:line="240" w:lineRule="auto"/>
              <w:ind w:firstLine="720"/>
              <w:jc w:val="both"/>
              <w:rPr>
                <w:rFonts w:cs="Times New Roman"/>
                <w:szCs w:val="28"/>
              </w:rPr>
            </w:pPr>
            <w:proofErr w:type="spellStart"/>
            <w:r w:rsidRPr="00A039BE">
              <w:rPr>
                <w:rFonts w:cs="Times New Roman"/>
                <w:b/>
                <w:szCs w:val="28"/>
              </w:rPr>
              <w:t>Слушатель</w:t>
            </w:r>
            <w:proofErr w:type="spellEnd"/>
            <w:r w:rsidRPr="00A039BE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A039BE">
              <w:rPr>
                <w:rFonts w:cs="Times New Roman"/>
                <w:b/>
                <w:szCs w:val="28"/>
              </w:rPr>
              <w:t>команды</w:t>
            </w:r>
            <w:proofErr w:type="spellEnd"/>
          </w:p>
        </w:tc>
        <w:tc>
          <w:tcPr>
            <w:tcW w:w="4844" w:type="dxa"/>
            <w:vAlign w:val="center"/>
          </w:tcPr>
          <w:p w:rsidR="0099789B" w:rsidRPr="00A039BE" w:rsidRDefault="006E0B9A" w:rsidP="00A039BE">
            <w:pPr>
              <w:spacing w:line="240" w:lineRule="auto"/>
              <w:ind w:firstLine="720"/>
              <w:jc w:val="both"/>
              <w:rPr>
                <w:rFonts w:cs="Times New Roman"/>
                <w:szCs w:val="28"/>
                <w:lang w:val="ru-RU"/>
              </w:rPr>
            </w:pPr>
            <w:r w:rsidRPr="00A039BE">
              <w:rPr>
                <w:rFonts w:cs="Times New Roman"/>
                <w:szCs w:val="28"/>
                <w:lang w:val="ru-RU"/>
              </w:rPr>
              <w:t>Помогает услышать разные идеи и договориться.</w:t>
            </w:r>
          </w:p>
        </w:tc>
      </w:tr>
      <w:tr w:rsidR="0099789B" w:rsidRPr="00A039BE">
        <w:tc>
          <w:tcPr>
            <w:tcW w:w="4844" w:type="dxa"/>
            <w:shd w:val="clear" w:color="auto" w:fill="EAF2F8"/>
            <w:vAlign w:val="center"/>
          </w:tcPr>
          <w:p w:rsidR="0099789B" w:rsidRPr="00A039BE" w:rsidRDefault="006E0B9A" w:rsidP="00A039BE">
            <w:pPr>
              <w:spacing w:line="240" w:lineRule="auto"/>
              <w:ind w:firstLine="720"/>
              <w:jc w:val="both"/>
              <w:rPr>
                <w:rFonts w:cs="Times New Roman"/>
                <w:szCs w:val="28"/>
              </w:rPr>
            </w:pPr>
            <w:proofErr w:type="spellStart"/>
            <w:r w:rsidRPr="00A039BE">
              <w:rPr>
                <w:rFonts w:cs="Times New Roman"/>
                <w:b/>
                <w:szCs w:val="28"/>
              </w:rPr>
              <w:t>Хранитель</w:t>
            </w:r>
            <w:proofErr w:type="spellEnd"/>
            <w:r w:rsidRPr="00A039BE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A039BE">
              <w:rPr>
                <w:rFonts w:cs="Times New Roman"/>
                <w:b/>
                <w:szCs w:val="28"/>
              </w:rPr>
              <w:t>безопасности</w:t>
            </w:r>
            <w:proofErr w:type="spellEnd"/>
          </w:p>
        </w:tc>
        <w:tc>
          <w:tcPr>
            <w:tcW w:w="4844" w:type="dxa"/>
            <w:vAlign w:val="center"/>
          </w:tcPr>
          <w:p w:rsidR="0099789B" w:rsidRPr="00A039BE" w:rsidRDefault="006E0B9A" w:rsidP="00A039BE">
            <w:pPr>
              <w:spacing w:line="240" w:lineRule="auto"/>
              <w:ind w:firstLine="720"/>
              <w:jc w:val="both"/>
              <w:rPr>
                <w:rFonts w:cs="Times New Roman"/>
                <w:szCs w:val="28"/>
                <w:lang w:val="ru-RU"/>
              </w:rPr>
            </w:pPr>
            <w:r w:rsidRPr="00A039BE">
              <w:rPr>
                <w:rFonts w:cs="Times New Roman"/>
                <w:szCs w:val="28"/>
                <w:lang w:val="ru-RU"/>
              </w:rPr>
              <w:t>Напоминает о правилах и сообщает взрослому, если что-то небезопасно.</w:t>
            </w:r>
          </w:p>
        </w:tc>
      </w:tr>
      <w:tr w:rsidR="0099789B" w:rsidRPr="00A039BE">
        <w:tc>
          <w:tcPr>
            <w:tcW w:w="4844" w:type="dxa"/>
            <w:shd w:val="clear" w:color="auto" w:fill="EAF2F8"/>
            <w:vAlign w:val="center"/>
          </w:tcPr>
          <w:p w:rsidR="0099789B" w:rsidRPr="00A039BE" w:rsidRDefault="006E0B9A" w:rsidP="00A039BE">
            <w:pPr>
              <w:spacing w:line="240" w:lineRule="auto"/>
              <w:ind w:firstLine="720"/>
              <w:jc w:val="both"/>
              <w:rPr>
                <w:rFonts w:cs="Times New Roman"/>
                <w:szCs w:val="28"/>
              </w:rPr>
            </w:pPr>
            <w:proofErr w:type="spellStart"/>
            <w:r w:rsidRPr="00A039BE">
              <w:rPr>
                <w:rFonts w:cs="Times New Roman"/>
                <w:b/>
                <w:szCs w:val="28"/>
              </w:rPr>
              <w:lastRenderedPageBreak/>
              <w:t>Рассказчик</w:t>
            </w:r>
            <w:proofErr w:type="spellEnd"/>
          </w:p>
        </w:tc>
        <w:tc>
          <w:tcPr>
            <w:tcW w:w="4844" w:type="dxa"/>
            <w:vAlign w:val="center"/>
          </w:tcPr>
          <w:p w:rsidR="0099789B" w:rsidRPr="00A039BE" w:rsidRDefault="006E0B9A" w:rsidP="00A039BE">
            <w:pPr>
              <w:spacing w:line="240" w:lineRule="auto"/>
              <w:ind w:firstLine="720"/>
              <w:jc w:val="both"/>
              <w:rPr>
                <w:rFonts w:cs="Times New Roman"/>
                <w:szCs w:val="28"/>
                <w:lang w:val="ru-RU"/>
              </w:rPr>
            </w:pPr>
            <w:r w:rsidRPr="00A039BE">
              <w:rPr>
                <w:rFonts w:cs="Times New Roman"/>
                <w:szCs w:val="28"/>
                <w:lang w:val="ru-RU"/>
              </w:rPr>
              <w:t>Готовит короткий рассказ о деле и его результате.</w:t>
            </w:r>
          </w:p>
        </w:tc>
      </w:tr>
    </w:tbl>
    <w:p w:rsidR="00492F2E" w:rsidRDefault="00492F2E" w:rsidP="00A039BE">
      <w:pPr>
        <w:pStyle w:val="1"/>
        <w:spacing w:before="0" w:line="240" w:lineRule="auto"/>
        <w:ind w:firstLine="720"/>
        <w:jc w:val="both"/>
        <w:rPr>
          <w:rFonts w:ascii="Times New Roman" w:hAnsi="Times New Roman" w:cs="Times New Roman"/>
          <w:sz w:val="28"/>
          <w:lang w:val="ru-RU"/>
        </w:rPr>
      </w:pPr>
    </w:p>
    <w:p w:rsidR="0099789B" w:rsidRDefault="006E0B9A" w:rsidP="00492F2E">
      <w:pPr>
        <w:pStyle w:val="1"/>
        <w:spacing w:before="0" w:line="240" w:lineRule="auto"/>
        <w:ind w:firstLine="720"/>
        <w:jc w:val="right"/>
        <w:rPr>
          <w:rFonts w:ascii="Times New Roman" w:hAnsi="Times New Roman" w:cs="Times New Roman"/>
          <w:sz w:val="28"/>
          <w:lang w:val="ru-RU"/>
        </w:rPr>
      </w:pPr>
      <w:r w:rsidRPr="00A039BE">
        <w:rPr>
          <w:rFonts w:ascii="Times New Roman" w:hAnsi="Times New Roman" w:cs="Times New Roman"/>
          <w:sz w:val="28"/>
          <w:lang w:val="ru-RU"/>
        </w:rPr>
        <w:t>ПРИЛОЖЕНИЕ 3. КАРТОЧКА РЕФЛЕКСИИ «СЛЕД ДОБРОТЫ»</w:t>
      </w:r>
    </w:p>
    <w:p w:rsidR="00492F2E" w:rsidRPr="00492F2E" w:rsidRDefault="00492F2E" w:rsidP="00492F2E">
      <w:pPr>
        <w:rPr>
          <w:lang w:val="ru-RU"/>
        </w:rPr>
      </w:pPr>
    </w:p>
    <w:p w:rsidR="0099789B" w:rsidRPr="00A039BE" w:rsidRDefault="006E0B9A" w:rsidP="00492F2E">
      <w:pPr>
        <w:spacing w:line="240" w:lineRule="auto"/>
        <w:ind w:firstLine="720"/>
        <w:rPr>
          <w:rFonts w:cs="Times New Roman"/>
          <w:szCs w:val="28"/>
          <w:lang w:val="ru-RU"/>
        </w:rPr>
      </w:pPr>
      <w:r w:rsidRPr="00A039BE">
        <w:rPr>
          <w:rFonts w:cs="Times New Roman"/>
          <w:b/>
          <w:szCs w:val="28"/>
          <w:lang w:val="ru-RU"/>
        </w:rPr>
        <w:t>Сегодня наша команда сделала…</w:t>
      </w:r>
      <w:r w:rsidRPr="00A039BE">
        <w:rPr>
          <w:rFonts w:cs="Times New Roman"/>
          <w:szCs w:val="28"/>
          <w:lang w:val="ru-RU"/>
        </w:rPr>
        <w:br/>
      </w:r>
      <w:r w:rsidRPr="00A039BE">
        <w:rPr>
          <w:rFonts w:cs="Times New Roman"/>
          <w:szCs w:val="28"/>
          <w:lang w:val="ru-RU"/>
        </w:rPr>
        <w:t>_____________________________________________________________________</w:t>
      </w:r>
    </w:p>
    <w:p w:rsidR="0099789B" w:rsidRPr="00A039BE" w:rsidRDefault="006E0B9A" w:rsidP="00492F2E">
      <w:pPr>
        <w:spacing w:line="240" w:lineRule="auto"/>
        <w:ind w:firstLine="720"/>
        <w:rPr>
          <w:rFonts w:cs="Times New Roman"/>
          <w:szCs w:val="28"/>
          <w:lang w:val="ru-RU"/>
        </w:rPr>
      </w:pPr>
      <w:r w:rsidRPr="00A039BE">
        <w:rPr>
          <w:rFonts w:cs="Times New Roman"/>
          <w:b/>
          <w:szCs w:val="28"/>
          <w:lang w:val="ru-RU"/>
        </w:rPr>
        <w:t>Это было важно, потому что…</w:t>
      </w:r>
      <w:r w:rsidRPr="00A039BE">
        <w:rPr>
          <w:rFonts w:cs="Times New Roman"/>
          <w:szCs w:val="28"/>
          <w:lang w:val="ru-RU"/>
        </w:rPr>
        <w:br/>
        <w:t>_____________________________________________________________________</w:t>
      </w:r>
    </w:p>
    <w:p w:rsidR="0099789B" w:rsidRPr="00A039BE" w:rsidRDefault="006E0B9A" w:rsidP="00492F2E">
      <w:pPr>
        <w:spacing w:line="240" w:lineRule="auto"/>
        <w:ind w:firstLine="720"/>
        <w:rPr>
          <w:rFonts w:cs="Times New Roman"/>
          <w:szCs w:val="28"/>
          <w:lang w:val="ru-RU"/>
        </w:rPr>
      </w:pPr>
      <w:r w:rsidRPr="00A039BE">
        <w:rPr>
          <w:rFonts w:cs="Times New Roman"/>
          <w:b/>
          <w:szCs w:val="28"/>
          <w:lang w:val="ru-RU"/>
        </w:rPr>
        <w:t>Мой вклад был таким…</w:t>
      </w:r>
      <w:r w:rsidRPr="00A039BE">
        <w:rPr>
          <w:rFonts w:cs="Times New Roman"/>
          <w:szCs w:val="28"/>
          <w:lang w:val="ru-RU"/>
        </w:rPr>
        <w:br/>
        <w:t>_____________________________________________</w:t>
      </w:r>
      <w:r w:rsidRPr="00A039BE">
        <w:rPr>
          <w:rFonts w:cs="Times New Roman"/>
          <w:szCs w:val="28"/>
          <w:lang w:val="ru-RU"/>
        </w:rPr>
        <w:t>________________________</w:t>
      </w:r>
    </w:p>
    <w:p w:rsidR="0099789B" w:rsidRPr="00A039BE" w:rsidRDefault="006E0B9A" w:rsidP="00492F2E">
      <w:pPr>
        <w:spacing w:line="240" w:lineRule="auto"/>
        <w:ind w:firstLine="720"/>
        <w:rPr>
          <w:rFonts w:cs="Times New Roman"/>
          <w:szCs w:val="28"/>
          <w:lang w:val="ru-RU"/>
        </w:rPr>
      </w:pPr>
      <w:r w:rsidRPr="00A039BE">
        <w:rPr>
          <w:rFonts w:cs="Times New Roman"/>
          <w:b/>
          <w:szCs w:val="28"/>
          <w:lang w:val="ru-RU"/>
        </w:rPr>
        <w:t>Самым трудным оказалось…</w:t>
      </w:r>
      <w:r w:rsidRPr="00A039BE">
        <w:rPr>
          <w:rFonts w:cs="Times New Roman"/>
          <w:szCs w:val="28"/>
          <w:lang w:val="ru-RU"/>
        </w:rPr>
        <w:br/>
        <w:t>_____________________________________________________________________</w:t>
      </w:r>
    </w:p>
    <w:p w:rsidR="0099789B" w:rsidRPr="00A039BE" w:rsidRDefault="006E0B9A" w:rsidP="00492F2E">
      <w:pPr>
        <w:spacing w:line="240" w:lineRule="auto"/>
        <w:ind w:firstLine="720"/>
        <w:rPr>
          <w:rFonts w:cs="Times New Roman"/>
          <w:szCs w:val="28"/>
          <w:lang w:val="ru-RU"/>
        </w:rPr>
      </w:pPr>
      <w:r w:rsidRPr="00A039BE">
        <w:rPr>
          <w:rFonts w:cs="Times New Roman"/>
          <w:b/>
          <w:szCs w:val="28"/>
          <w:lang w:val="ru-RU"/>
        </w:rPr>
        <w:t>В следующий раз мы попробуем…</w:t>
      </w:r>
      <w:r w:rsidRPr="00A039BE">
        <w:rPr>
          <w:rFonts w:cs="Times New Roman"/>
          <w:szCs w:val="28"/>
          <w:lang w:val="ru-RU"/>
        </w:rPr>
        <w:br/>
        <w:t>_____________________________________________________________________</w:t>
      </w:r>
    </w:p>
    <w:p w:rsidR="0099789B" w:rsidRPr="00A039BE" w:rsidRDefault="006E0B9A" w:rsidP="00492F2E">
      <w:pPr>
        <w:spacing w:line="240" w:lineRule="auto"/>
        <w:ind w:firstLine="720"/>
        <w:rPr>
          <w:rFonts w:cs="Times New Roman"/>
          <w:szCs w:val="28"/>
          <w:lang w:val="ru-RU"/>
        </w:rPr>
      </w:pPr>
      <w:r w:rsidRPr="00A039BE">
        <w:rPr>
          <w:rFonts w:cs="Times New Roman"/>
          <w:b/>
          <w:szCs w:val="28"/>
          <w:lang w:val="ru-RU"/>
        </w:rPr>
        <w:t>Воп</w:t>
      </w:r>
      <w:r w:rsidRPr="00A039BE">
        <w:rPr>
          <w:rFonts w:cs="Times New Roman"/>
          <w:b/>
          <w:szCs w:val="28"/>
          <w:lang w:val="ru-RU"/>
        </w:rPr>
        <w:t>рос о людях, природе или истории нашего края, который у меня появился…</w:t>
      </w:r>
      <w:r w:rsidRPr="00A039BE">
        <w:rPr>
          <w:rFonts w:cs="Times New Roman"/>
          <w:szCs w:val="28"/>
          <w:lang w:val="ru-RU"/>
        </w:rPr>
        <w:br/>
        <w:t>_____________________________________________________________________</w:t>
      </w:r>
    </w:p>
    <w:p w:rsidR="00492F2E" w:rsidRDefault="00492F2E" w:rsidP="00A039BE">
      <w:pPr>
        <w:pStyle w:val="1"/>
        <w:spacing w:before="0" w:line="240" w:lineRule="auto"/>
        <w:ind w:firstLine="720"/>
        <w:jc w:val="both"/>
        <w:rPr>
          <w:rFonts w:ascii="Times New Roman" w:hAnsi="Times New Roman" w:cs="Times New Roman"/>
          <w:sz w:val="28"/>
          <w:lang w:val="ru-RU"/>
        </w:rPr>
      </w:pPr>
    </w:p>
    <w:p w:rsidR="0099789B" w:rsidRDefault="006E0B9A" w:rsidP="00492F2E">
      <w:pPr>
        <w:pStyle w:val="1"/>
        <w:spacing w:before="0" w:line="240" w:lineRule="auto"/>
        <w:ind w:firstLine="720"/>
        <w:jc w:val="right"/>
        <w:rPr>
          <w:rFonts w:ascii="Times New Roman" w:hAnsi="Times New Roman" w:cs="Times New Roman"/>
          <w:sz w:val="28"/>
          <w:lang w:val="ru-RU"/>
        </w:rPr>
      </w:pPr>
      <w:proofErr w:type="gramStart"/>
      <w:r w:rsidRPr="00A039BE">
        <w:rPr>
          <w:rFonts w:ascii="Times New Roman" w:hAnsi="Times New Roman" w:cs="Times New Roman"/>
          <w:sz w:val="28"/>
        </w:rPr>
        <w:t>ПРИЛОЖЕНИЕ 5.</w:t>
      </w:r>
      <w:proofErr w:type="gramEnd"/>
      <w:r w:rsidRPr="00A039BE">
        <w:rPr>
          <w:rFonts w:ascii="Times New Roman" w:hAnsi="Times New Roman" w:cs="Times New Roman"/>
          <w:sz w:val="28"/>
        </w:rPr>
        <w:t xml:space="preserve"> МАКЕТ КОЛЛЕКТИВНОЙ КАРТЫ</w:t>
      </w:r>
    </w:p>
    <w:p w:rsidR="00492F2E" w:rsidRPr="00492F2E" w:rsidRDefault="002D5126" w:rsidP="00492F2E">
      <w:pPr>
        <w:rPr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-41910</wp:posOffset>
            </wp:positionH>
            <wp:positionV relativeFrom="paragraph">
              <wp:posOffset>307975</wp:posOffset>
            </wp:positionV>
            <wp:extent cx="6152515" cy="3362325"/>
            <wp:effectExtent l="19050" t="0" r="635" b="0"/>
            <wp:wrapTopAndBottom/>
            <wp:docPr id="1" name="Рисунок 0" descr="IMG_3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443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D5126" w:rsidRDefault="002D5126" w:rsidP="00492F2E">
      <w:pPr>
        <w:pStyle w:val="1"/>
        <w:spacing w:before="0" w:line="240" w:lineRule="auto"/>
        <w:ind w:firstLine="720"/>
        <w:jc w:val="right"/>
        <w:rPr>
          <w:rFonts w:ascii="Times New Roman" w:hAnsi="Times New Roman" w:cs="Times New Roman"/>
          <w:sz w:val="28"/>
          <w:lang w:val="ru-RU"/>
        </w:rPr>
      </w:pPr>
    </w:p>
    <w:p w:rsidR="002D5126" w:rsidRDefault="002D5126" w:rsidP="00492F2E">
      <w:pPr>
        <w:pStyle w:val="1"/>
        <w:spacing w:before="0" w:line="240" w:lineRule="auto"/>
        <w:ind w:firstLine="720"/>
        <w:jc w:val="right"/>
        <w:rPr>
          <w:rFonts w:ascii="Times New Roman" w:hAnsi="Times New Roman" w:cs="Times New Roman"/>
          <w:sz w:val="28"/>
          <w:lang w:val="ru-RU"/>
        </w:rPr>
      </w:pPr>
    </w:p>
    <w:p w:rsidR="0099789B" w:rsidRDefault="006E0B9A" w:rsidP="00492F2E">
      <w:pPr>
        <w:pStyle w:val="1"/>
        <w:spacing w:before="0" w:line="240" w:lineRule="auto"/>
        <w:ind w:firstLine="720"/>
        <w:jc w:val="right"/>
        <w:rPr>
          <w:rFonts w:ascii="Times New Roman" w:hAnsi="Times New Roman" w:cs="Times New Roman"/>
          <w:sz w:val="28"/>
          <w:lang w:val="ru-RU"/>
        </w:rPr>
      </w:pPr>
      <w:r w:rsidRPr="00A039BE">
        <w:rPr>
          <w:rFonts w:ascii="Times New Roman" w:hAnsi="Times New Roman" w:cs="Times New Roman"/>
          <w:sz w:val="28"/>
        </w:rPr>
        <w:t>ПРИЛОЖЕНИЕ 6. ПАМЯТКА ДЛЯ СЕМЬИ</w:t>
      </w:r>
    </w:p>
    <w:p w:rsidR="00492F2E" w:rsidRPr="00492F2E" w:rsidRDefault="00492F2E" w:rsidP="00492F2E">
      <w:pPr>
        <w:rPr>
          <w:lang w:val="ru-RU"/>
        </w:rPr>
      </w:pPr>
    </w:p>
    <w:p w:rsidR="0099789B" w:rsidRPr="00A039BE" w:rsidRDefault="006E0B9A" w:rsidP="00A039BE">
      <w:pPr>
        <w:pStyle w:val="a0"/>
        <w:spacing w:line="240" w:lineRule="auto"/>
        <w:ind w:left="0"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>Спросите ребёнка, какую потребность он заметил и почему она кажется ему важной.</w:t>
      </w:r>
    </w:p>
    <w:p w:rsidR="0099789B" w:rsidRPr="00A039BE" w:rsidRDefault="006E0B9A" w:rsidP="00A039BE">
      <w:pPr>
        <w:pStyle w:val="a0"/>
        <w:spacing w:line="240" w:lineRule="auto"/>
        <w:ind w:left="0"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>Помогите проверить факты о местной истории или традиции, если ребёнок выбрал краеведческую те</w:t>
      </w:r>
      <w:r w:rsidRPr="00A039BE">
        <w:rPr>
          <w:rFonts w:cs="Times New Roman"/>
          <w:szCs w:val="28"/>
          <w:lang w:val="ru-RU"/>
        </w:rPr>
        <w:t>му.</w:t>
      </w:r>
    </w:p>
    <w:p w:rsidR="0099789B" w:rsidRPr="00A039BE" w:rsidRDefault="006E0B9A" w:rsidP="00A039BE">
      <w:pPr>
        <w:pStyle w:val="a0"/>
        <w:spacing w:line="240" w:lineRule="auto"/>
        <w:ind w:left="0"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>Не выполняйте за ребёнка его часть проекта: лучше задайте вопрос или помогите спланировать шаги.</w:t>
      </w:r>
    </w:p>
    <w:p w:rsidR="0099789B" w:rsidRPr="00A039BE" w:rsidRDefault="006E0B9A" w:rsidP="00A039BE">
      <w:pPr>
        <w:pStyle w:val="a0"/>
        <w:spacing w:line="240" w:lineRule="auto"/>
        <w:ind w:left="0"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>Не требуется покупать материалы или организовывать отдельные поездки; участие семьи добровольно.</w:t>
      </w:r>
    </w:p>
    <w:p w:rsidR="0099789B" w:rsidRPr="00A039BE" w:rsidRDefault="006E0B9A" w:rsidP="00A039BE">
      <w:pPr>
        <w:pStyle w:val="a0"/>
        <w:spacing w:line="240" w:lineRule="auto"/>
        <w:ind w:left="0"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 xml:space="preserve">Обсудите, что изменилось благодаря делу и что можно </w:t>
      </w:r>
      <w:r w:rsidRPr="00A039BE">
        <w:rPr>
          <w:rFonts w:cs="Times New Roman"/>
          <w:szCs w:val="28"/>
          <w:lang w:val="ru-RU"/>
        </w:rPr>
        <w:t>продолжить в повседневной жизни.</w:t>
      </w:r>
    </w:p>
    <w:p w:rsidR="0099789B" w:rsidRPr="00A039BE" w:rsidRDefault="006E0B9A" w:rsidP="00A039BE">
      <w:pPr>
        <w:pStyle w:val="a0"/>
        <w:spacing w:line="240" w:lineRule="auto"/>
        <w:ind w:left="0" w:firstLine="720"/>
        <w:jc w:val="both"/>
        <w:rPr>
          <w:rFonts w:cs="Times New Roman"/>
          <w:szCs w:val="28"/>
          <w:lang w:val="ru-RU"/>
        </w:rPr>
      </w:pPr>
      <w:r w:rsidRPr="00A039BE">
        <w:rPr>
          <w:rFonts w:cs="Times New Roman"/>
          <w:szCs w:val="28"/>
          <w:lang w:val="ru-RU"/>
        </w:rPr>
        <w:t>Соблюдайте правила безопасности, конфиденциальности и согласия на фото/публикацию.</w:t>
      </w:r>
    </w:p>
    <w:p w:rsidR="00492F2E" w:rsidRDefault="00492F2E" w:rsidP="00492F2E">
      <w:pPr>
        <w:pStyle w:val="1"/>
        <w:spacing w:before="0" w:line="240" w:lineRule="auto"/>
        <w:ind w:firstLine="720"/>
        <w:jc w:val="right"/>
        <w:rPr>
          <w:rFonts w:ascii="Times New Roman" w:hAnsi="Times New Roman" w:cs="Times New Roman"/>
          <w:sz w:val="28"/>
          <w:lang w:val="ru-RU"/>
        </w:rPr>
      </w:pPr>
    </w:p>
    <w:sectPr w:rsidR="00492F2E" w:rsidSect="00034616">
      <w:footerReference w:type="default" r:id="rId9"/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B9A" w:rsidRDefault="006E0B9A" w:rsidP="0099789B">
      <w:pPr>
        <w:spacing w:line="240" w:lineRule="auto"/>
      </w:pPr>
      <w:r>
        <w:separator/>
      </w:r>
    </w:p>
  </w:endnote>
  <w:endnote w:type="continuationSeparator" w:id="0">
    <w:p w:rsidR="006E0B9A" w:rsidRDefault="006E0B9A" w:rsidP="0099789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89B" w:rsidRDefault="0099789B">
    <w:pPr>
      <w:pStyle w:val="a7"/>
      <w:ind w:firstLine="0"/>
      <w:jc w:val="center"/>
    </w:pPr>
    <w:r>
      <w:fldChar w:fldCharType="begin"/>
    </w:r>
    <w:r w:rsidR="006E0B9A">
      <w:instrText xml:space="preserve"> PAGE </w:instrText>
    </w:r>
    <w:r w:rsidR="00A039BE">
      <w:fldChar w:fldCharType="separate"/>
    </w:r>
    <w:r w:rsidR="002D5126">
      <w:rPr>
        <w:noProof/>
      </w:rPr>
      <w:t>10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B9A" w:rsidRDefault="006E0B9A" w:rsidP="0099789B">
      <w:pPr>
        <w:spacing w:line="240" w:lineRule="auto"/>
      </w:pPr>
      <w:r>
        <w:separator/>
      </w:r>
    </w:p>
  </w:footnote>
  <w:footnote w:type="continuationSeparator" w:id="0">
    <w:p w:rsidR="006E0B9A" w:rsidRDefault="006E0B9A" w:rsidP="0099789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47730"/>
    <w:rsid w:val="00034616"/>
    <w:rsid w:val="0006063C"/>
    <w:rsid w:val="0015074B"/>
    <w:rsid w:val="0029639D"/>
    <w:rsid w:val="002D5126"/>
    <w:rsid w:val="00326F90"/>
    <w:rsid w:val="00492F2E"/>
    <w:rsid w:val="006E0B9A"/>
    <w:rsid w:val="0099789B"/>
    <w:rsid w:val="00A039BE"/>
    <w:rsid w:val="00AA1D8D"/>
    <w:rsid w:val="00B47730"/>
    <w:rsid w:val="00CB0664"/>
    <w:rsid w:val="00FC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pPr>
      <w:spacing w:after="0" w:line="360" w:lineRule="auto"/>
      <w:ind w:firstLine="709"/>
    </w:pPr>
    <w:rPr>
      <w:rFonts w:ascii="Times New Roman" w:eastAsia="Times New Roman" w:hAnsi="Times New Roman"/>
      <w:sz w:val="2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1F4E79"/>
      <w:sz w:val="32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F4E79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40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2D512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2D512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241312B-EA24-442E-A1EF-5B6CBE892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1935</Words>
  <Characters>11034</Characters>
  <Application>Microsoft Office Word</Application>
  <DocSecurity>0</DocSecurity>
  <Lines>91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12944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Юлия</cp:lastModifiedBy>
  <cp:revision>3</cp:revision>
  <dcterms:created xsi:type="dcterms:W3CDTF">2013-12-23T23:15:00Z</dcterms:created>
  <dcterms:modified xsi:type="dcterms:W3CDTF">2026-10-14T19:47:00Z</dcterms:modified>
  <cp:category/>
</cp:coreProperties>
</file>