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7352" w:rsidRDefault="00957352" w:rsidP="00615281">
      <w:pPr>
        <w:jc w:val="center"/>
        <w:rPr>
          <w:b/>
          <w:lang w:val="ru-RU"/>
        </w:rPr>
      </w:pPr>
      <w:bookmarkStart w:id="0" w:name="_Hlk235264683"/>
      <w:bookmarkEnd w:id="0"/>
      <w:r>
        <w:rPr>
          <w:b/>
          <w:lang w:val="ru-RU"/>
        </w:rPr>
        <w:t xml:space="preserve">Государственное бюджетное профессиональное образовательное учреждение </w:t>
      </w:r>
      <w:proofErr w:type="spellStart"/>
      <w:r>
        <w:rPr>
          <w:b/>
          <w:lang w:val="ru-RU"/>
        </w:rPr>
        <w:t>Кумертауский</w:t>
      </w:r>
      <w:proofErr w:type="spellEnd"/>
      <w:r>
        <w:rPr>
          <w:b/>
          <w:lang w:val="ru-RU"/>
        </w:rPr>
        <w:t xml:space="preserve"> педагогический колледж</w:t>
      </w:r>
    </w:p>
    <w:p w:rsidR="00957352" w:rsidRDefault="00957352" w:rsidP="00615281">
      <w:pPr>
        <w:jc w:val="center"/>
        <w:rPr>
          <w:b/>
          <w:lang w:val="ru-RU"/>
        </w:rPr>
      </w:pPr>
    </w:p>
    <w:p w:rsidR="00957352" w:rsidRDefault="00957352" w:rsidP="00957352">
      <w:pPr>
        <w:ind w:right="425"/>
        <w:jc w:val="right"/>
        <w:rPr>
          <w:lang w:val="ru-RU"/>
        </w:rPr>
      </w:pPr>
      <w:r>
        <w:rPr>
          <w:b/>
          <w:lang w:val="ru-RU"/>
        </w:rPr>
        <w:t>Утверждаю</w:t>
      </w:r>
      <w:r w:rsidR="00615281" w:rsidRPr="00615281">
        <w:rPr>
          <w:lang w:val="ru-RU"/>
        </w:rPr>
        <w:br/>
      </w:r>
      <w:r>
        <w:rPr>
          <w:lang w:val="ru-RU"/>
        </w:rPr>
        <w:t>Директор ГБПОУ КПК</w:t>
      </w:r>
    </w:p>
    <w:p w:rsidR="00615281" w:rsidRDefault="00957352" w:rsidP="00957352">
      <w:pPr>
        <w:ind w:right="425"/>
        <w:jc w:val="right"/>
        <w:rPr>
          <w:b/>
          <w:lang w:val="ru-RU"/>
        </w:rPr>
      </w:pPr>
      <w:r>
        <w:rPr>
          <w:lang w:val="ru-RU"/>
        </w:rPr>
        <w:t>____________________ Маркова С.В.</w:t>
      </w:r>
      <w:r w:rsidR="00615281" w:rsidRPr="00615281">
        <w:rPr>
          <w:lang w:val="ru-RU"/>
        </w:rPr>
        <w:br/>
      </w:r>
    </w:p>
    <w:p w:rsidR="00615281" w:rsidRDefault="00615281" w:rsidP="00957352">
      <w:pPr>
        <w:jc w:val="right"/>
        <w:rPr>
          <w:b/>
          <w:lang w:val="ru-RU"/>
        </w:rPr>
      </w:pPr>
    </w:p>
    <w:p w:rsidR="00615281" w:rsidRDefault="00615281" w:rsidP="00615281">
      <w:pPr>
        <w:jc w:val="center"/>
        <w:rPr>
          <w:b/>
          <w:lang w:val="ru-RU"/>
        </w:rPr>
      </w:pPr>
    </w:p>
    <w:p w:rsidR="00957352" w:rsidRDefault="00957352" w:rsidP="00615281">
      <w:pPr>
        <w:jc w:val="center"/>
        <w:rPr>
          <w:b/>
          <w:lang w:val="ru-RU"/>
        </w:rPr>
      </w:pPr>
    </w:p>
    <w:p w:rsidR="00957352" w:rsidRDefault="00957352" w:rsidP="00615281">
      <w:pPr>
        <w:jc w:val="center"/>
        <w:rPr>
          <w:b/>
          <w:lang w:val="ru-RU"/>
        </w:rPr>
      </w:pPr>
    </w:p>
    <w:p w:rsidR="00615281" w:rsidRDefault="00615281" w:rsidP="00615281">
      <w:pPr>
        <w:jc w:val="center"/>
        <w:rPr>
          <w:b/>
          <w:lang w:val="ru-RU"/>
        </w:rPr>
      </w:pPr>
    </w:p>
    <w:p w:rsidR="00615281" w:rsidRDefault="00615281" w:rsidP="00615281">
      <w:pPr>
        <w:jc w:val="center"/>
        <w:rPr>
          <w:lang w:val="ru-RU"/>
        </w:rPr>
      </w:pPr>
      <w:r w:rsidRPr="00615281">
        <w:rPr>
          <w:b/>
          <w:lang w:val="ru-RU"/>
        </w:rPr>
        <w:t>ПРОГРАММА</w:t>
      </w:r>
      <w:r w:rsidR="00957352">
        <w:rPr>
          <w:b/>
          <w:lang w:val="ru-RU"/>
        </w:rPr>
        <w:t xml:space="preserve"> ПРОФЕССИОНАЛЬНОЙ ПРОБЫ</w:t>
      </w:r>
      <w:r w:rsidRPr="00615281">
        <w:rPr>
          <w:b/>
          <w:lang w:val="ru-RU"/>
        </w:rPr>
        <w:br/>
        <w:t>«ГРАФИЧЕСКИЙ ДИЗАЙНЕР»</w:t>
      </w:r>
      <w:r w:rsidRPr="00615281">
        <w:rPr>
          <w:b/>
          <w:lang w:val="ru-RU"/>
        </w:rPr>
        <w:br/>
      </w:r>
      <w:r w:rsidRPr="00615281">
        <w:rPr>
          <w:lang w:val="ru-RU"/>
        </w:rPr>
        <w:t xml:space="preserve">для обучающихся </w:t>
      </w:r>
      <w:r w:rsidR="00AD3CD8">
        <w:rPr>
          <w:lang w:val="ru-RU"/>
        </w:rPr>
        <w:t>6</w:t>
      </w:r>
      <w:r w:rsidRPr="00615281">
        <w:rPr>
          <w:lang w:val="ru-RU"/>
        </w:rPr>
        <w:t>–11 классов</w:t>
      </w:r>
      <w:r w:rsidRPr="00615281">
        <w:rPr>
          <w:lang w:val="ru-RU"/>
        </w:rPr>
        <w:br/>
      </w:r>
      <w:r w:rsidRPr="00615281">
        <w:rPr>
          <w:lang w:val="ru-RU"/>
        </w:rPr>
        <w:br/>
        <w:t>в рамках Единой модели профессиональной ориентации</w:t>
      </w:r>
      <w:r w:rsidRPr="00615281">
        <w:rPr>
          <w:lang w:val="ru-RU"/>
        </w:rPr>
        <w:br/>
        <w:t>«Билет в будущее»</w:t>
      </w:r>
    </w:p>
    <w:p w:rsidR="00AD3CD8" w:rsidRDefault="000C3C4B" w:rsidP="00AD3CD8">
      <w:pPr>
        <w:spacing w:after="0"/>
        <w:jc w:val="center"/>
        <w:rPr>
          <w:i/>
          <w:iCs/>
          <w:color w:val="000000"/>
          <w:sz w:val="26"/>
          <w:szCs w:val="26"/>
          <w:shd w:val="clear" w:color="auto" w:fill="FFFFFF"/>
          <w:lang w:val="ru-RU"/>
        </w:rPr>
      </w:pPr>
      <w:r w:rsidRPr="00CC6E95">
        <w:rPr>
          <w:i/>
          <w:iCs/>
          <w:color w:val="000000"/>
          <w:sz w:val="26"/>
          <w:szCs w:val="26"/>
          <w:shd w:val="clear" w:color="auto" w:fill="FFFFFF"/>
          <w:lang w:val="ru-RU"/>
        </w:rPr>
        <w:t>Игровая интерактивная профессиональная проба</w:t>
      </w:r>
    </w:p>
    <w:p w:rsidR="00AD3CD8" w:rsidRDefault="00AD3CD8" w:rsidP="00AD3CD8">
      <w:pPr>
        <w:spacing w:after="0"/>
        <w:jc w:val="center"/>
        <w:rPr>
          <w:i/>
          <w:iCs/>
          <w:color w:val="000000"/>
          <w:sz w:val="26"/>
          <w:szCs w:val="26"/>
          <w:shd w:val="clear" w:color="auto" w:fill="FFFFFF"/>
          <w:lang w:val="ru-RU"/>
        </w:rPr>
      </w:pPr>
      <w:r>
        <w:rPr>
          <w:i/>
          <w:iCs/>
          <w:color w:val="000000"/>
          <w:sz w:val="26"/>
          <w:szCs w:val="26"/>
          <w:shd w:val="clear" w:color="auto" w:fill="FFFFFF"/>
          <w:lang w:val="ru-RU"/>
        </w:rPr>
        <w:t xml:space="preserve">Авторская разработка </w:t>
      </w:r>
    </w:p>
    <w:p w:rsidR="00615281" w:rsidRPr="00615281" w:rsidRDefault="00AD3CD8" w:rsidP="00AD3CD8">
      <w:pPr>
        <w:spacing w:after="0"/>
        <w:jc w:val="center"/>
        <w:rPr>
          <w:lang w:val="ru-RU"/>
        </w:rPr>
      </w:pPr>
      <w:r>
        <w:rPr>
          <w:i/>
          <w:iCs/>
          <w:color w:val="000000"/>
          <w:sz w:val="26"/>
          <w:szCs w:val="26"/>
          <w:shd w:val="clear" w:color="auto" w:fill="FFFFFF"/>
          <w:lang w:val="ru-RU"/>
        </w:rPr>
        <w:t xml:space="preserve">члена </w:t>
      </w:r>
      <w:proofErr w:type="gramStart"/>
      <w:r>
        <w:rPr>
          <w:i/>
          <w:iCs/>
          <w:color w:val="000000"/>
          <w:sz w:val="26"/>
          <w:szCs w:val="26"/>
          <w:shd w:val="clear" w:color="auto" w:fill="FFFFFF"/>
          <w:lang w:val="ru-RU"/>
        </w:rPr>
        <w:t>Союза дизайнеров России Попова Дмитрия Вячеславовича</w:t>
      </w:r>
      <w:proofErr w:type="gramEnd"/>
      <w:r w:rsidR="00615281" w:rsidRPr="00615281">
        <w:rPr>
          <w:lang w:val="ru-RU"/>
        </w:rPr>
        <w:br/>
      </w:r>
      <w:r w:rsidR="00615281" w:rsidRPr="00615281">
        <w:rPr>
          <w:lang w:val="ru-RU"/>
        </w:rPr>
        <w:br/>
      </w:r>
    </w:p>
    <w:p w:rsidR="00615281" w:rsidRPr="00957352" w:rsidRDefault="00615281" w:rsidP="00615281">
      <w:pPr>
        <w:rPr>
          <w:lang w:val="ru-RU"/>
        </w:rPr>
      </w:pPr>
      <w:r w:rsidRPr="00957352">
        <w:rPr>
          <w:lang w:val="ru-RU"/>
        </w:rPr>
        <w:br/>
      </w:r>
    </w:p>
    <w:p w:rsidR="00957352" w:rsidRDefault="00957352" w:rsidP="00615281">
      <w:pPr>
        <w:rPr>
          <w:lang w:val="ru-RU"/>
        </w:rPr>
      </w:pPr>
    </w:p>
    <w:p w:rsidR="00957352" w:rsidRDefault="00957352" w:rsidP="00615281">
      <w:pPr>
        <w:rPr>
          <w:lang w:val="ru-RU"/>
        </w:rPr>
      </w:pPr>
    </w:p>
    <w:p w:rsidR="00615281" w:rsidRPr="00957352" w:rsidRDefault="00615281" w:rsidP="00615281">
      <w:pPr>
        <w:rPr>
          <w:lang w:val="ru-RU"/>
        </w:rPr>
      </w:pPr>
      <w:r w:rsidRPr="00957352">
        <w:rPr>
          <w:lang w:val="ru-RU"/>
        </w:rPr>
        <w:br/>
      </w:r>
    </w:p>
    <w:p w:rsidR="00615281" w:rsidRDefault="00957352" w:rsidP="00615281">
      <w:pPr>
        <w:jc w:val="center"/>
        <w:rPr>
          <w:lang w:val="ru-RU"/>
        </w:rPr>
      </w:pPr>
      <w:r>
        <w:rPr>
          <w:lang w:val="ru-RU"/>
        </w:rPr>
        <w:t xml:space="preserve">г. Кумертау  </w:t>
      </w:r>
      <w:r w:rsidR="00615281" w:rsidRPr="00957352">
        <w:rPr>
          <w:lang w:val="ru-RU"/>
        </w:rPr>
        <w:t>202</w:t>
      </w:r>
      <w:r w:rsidR="00615281">
        <w:rPr>
          <w:lang w:val="ru-RU"/>
        </w:rPr>
        <w:t>6</w:t>
      </w:r>
    </w:p>
    <w:p w:rsidR="00432CFC" w:rsidRDefault="00432CFC" w:rsidP="00615281">
      <w:pPr>
        <w:jc w:val="center"/>
        <w:rPr>
          <w:lang w:val="ru-RU"/>
        </w:rPr>
      </w:pPr>
    </w:p>
    <w:p w:rsidR="00DB3B3C" w:rsidRDefault="00DB3B3C" w:rsidP="00DB3B3C">
      <w:pPr>
        <w:shd w:val="clear" w:color="auto" w:fill="FFFFFF"/>
        <w:spacing w:after="0" w:line="240" w:lineRule="auto"/>
        <w:jc w:val="center"/>
        <w:rPr>
          <w:rFonts w:eastAsia="Times New Roman" w:cs="Times New Roman"/>
          <w:b/>
          <w:bCs/>
          <w:color w:val="000000"/>
          <w:szCs w:val="28"/>
          <w:lang w:val="ru-RU" w:eastAsia="ru-RU"/>
        </w:rPr>
      </w:pPr>
      <w:r w:rsidRPr="00DB3B3C">
        <w:rPr>
          <w:rFonts w:eastAsia="Times New Roman" w:cs="Times New Roman"/>
          <w:b/>
          <w:bCs/>
          <w:color w:val="000000"/>
          <w:szCs w:val="28"/>
          <w:lang w:val="ru-RU" w:eastAsia="ru-RU"/>
        </w:rPr>
        <w:t>СОДЕРЖАНИЕ</w:t>
      </w:r>
    </w:p>
    <w:p w:rsidR="00DB3B3C" w:rsidRPr="00DB3B3C" w:rsidRDefault="00DB3B3C" w:rsidP="00DB3B3C">
      <w:pPr>
        <w:shd w:val="clear" w:color="auto" w:fill="FFFFFF"/>
        <w:spacing w:after="0" w:line="240" w:lineRule="auto"/>
        <w:jc w:val="center"/>
        <w:rPr>
          <w:rFonts w:eastAsia="Times New Roman" w:cs="Times New Roman"/>
          <w:color w:val="000000"/>
          <w:szCs w:val="28"/>
          <w:lang w:val="ru-RU" w:eastAsia="ru-RU"/>
        </w:rPr>
      </w:pPr>
    </w:p>
    <w:tbl>
      <w:tblPr>
        <w:tblW w:w="9912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tblBorders>
        <w:shd w:val="clear" w:color="auto" w:fill="FFFFFF"/>
        <w:tblLook w:val="04A0"/>
      </w:tblPr>
      <w:tblGrid>
        <w:gridCol w:w="8217"/>
        <w:gridCol w:w="1695"/>
      </w:tblGrid>
      <w:tr w:rsidR="00DB3B3C" w:rsidRPr="00DB3B3C" w:rsidTr="00931E52">
        <w:tc>
          <w:tcPr>
            <w:tcW w:w="8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DB3B3C" w:rsidRPr="00DB3B3C" w:rsidRDefault="00DB3B3C" w:rsidP="00DB3B3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8"/>
                <w:lang w:val="ru-RU" w:eastAsia="ru-RU"/>
              </w:rPr>
            </w:pPr>
            <w:r w:rsidRPr="00DB3B3C">
              <w:rPr>
                <w:rFonts w:eastAsia="Times New Roman" w:cs="Times New Roman"/>
                <w:b/>
                <w:bCs/>
                <w:color w:val="000000"/>
                <w:szCs w:val="28"/>
                <w:lang w:val="ru-RU" w:eastAsia="ru-RU"/>
              </w:rPr>
              <w:t>Наименование раздела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DB3B3C" w:rsidRPr="00DB3B3C" w:rsidRDefault="00DB3B3C" w:rsidP="00DB3B3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8"/>
                <w:lang w:val="ru-RU" w:eastAsia="ru-RU"/>
              </w:rPr>
            </w:pPr>
            <w:r w:rsidRPr="00DB3B3C">
              <w:rPr>
                <w:rFonts w:eastAsia="Times New Roman" w:cs="Times New Roman"/>
                <w:b/>
                <w:bCs/>
                <w:color w:val="000000"/>
                <w:szCs w:val="28"/>
                <w:lang w:val="ru-RU" w:eastAsia="ru-RU"/>
              </w:rPr>
              <w:t>Стр.</w:t>
            </w:r>
          </w:p>
        </w:tc>
      </w:tr>
      <w:tr w:rsidR="00DB3B3C" w:rsidRPr="00DB3B3C" w:rsidTr="00931E52">
        <w:tc>
          <w:tcPr>
            <w:tcW w:w="8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DB3B3C" w:rsidRPr="00DB3B3C" w:rsidRDefault="00DB3B3C" w:rsidP="00DB3B3C">
            <w:pPr>
              <w:spacing w:after="0" w:line="240" w:lineRule="auto"/>
              <w:rPr>
                <w:rFonts w:eastAsia="Times New Roman" w:cs="Times New Roman"/>
                <w:color w:val="000000"/>
                <w:szCs w:val="28"/>
                <w:lang w:val="ru-RU" w:eastAsia="ru-RU"/>
              </w:rPr>
            </w:pPr>
            <w:r w:rsidRPr="00DB3B3C">
              <w:rPr>
                <w:rFonts w:eastAsia="Times New Roman" w:cs="Times New Roman"/>
                <w:b/>
                <w:bCs/>
                <w:color w:val="000000"/>
                <w:szCs w:val="28"/>
                <w:lang w:val="ru-RU" w:eastAsia="ru-RU"/>
              </w:rPr>
              <w:t>Паспорт программы профессиональной пробы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DB3B3C" w:rsidRPr="00DF4F3A" w:rsidRDefault="00931E52" w:rsidP="00DF4F3A">
            <w:pPr>
              <w:spacing w:after="0" w:line="240" w:lineRule="auto"/>
              <w:ind w:firstLine="603"/>
              <w:rPr>
                <w:rFonts w:eastAsia="Times New Roman" w:cs="Times New Roman"/>
                <w:color w:val="000000"/>
                <w:szCs w:val="28"/>
                <w:lang w:val="ru-RU" w:eastAsia="ru-RU"/>
              </w:rPr>
            </w:pPr>
            <w:r w:rsidRPr="00DF4F3A">
              <w:rPr>
                <w:rFonts w:eastAsia="Times New Roman" w:cs="Times New Roman"/>
                <w:color w:val="000000"/>
                <w:szCs w:val="28"/>
                <w:lang w:val="ru-RU" w:eastAsia="ru-RU"/>
              </w:rPr>
              <w:t>4</w:t>
            </w:r>
          </w:p>
        </w:tc>
      </w:tr>
      <w:tr w:rsidR="00DB3B3C" w:rsidRPr="00DB3B3C" w:rsidTr="00931E52">
        <w:tc>
          <w:tcPr>
            <w:tcW w:w="8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DB3B3C" w:rsidRPr="00DB3B3C" w:rsidRDefault="00DB3B3C" w:rsidP="00DB3B3C">
            <w:pPr>
              <w:spacing w:after="0" w:line="240" w:lineRule="auto"/>
              <w:rPr>
                <w:rFonts w:eastAsia="Times New Roman" w:cs="Times New Roman"/>
                <w:color w:val="000000"/>
                <w:szCs w:val="28"/>
                <w:lang w:val="ru-RU" w:eastAsia="ru-RU"/>
              </w:rPr>
            </w:pPr>
            <w:r w:rsidRPr="00DB3B3C">
              <w:rPr>
                <w:rFonts w:eastAsia="Times New Roman" w:cs="Times New Roman"/>
                <w:b/>
                <w:bCs/>
                <w:color w:val="000000"/>
                <w:szCs w:val="28"/>
                <w:lang w:val="ru-RU" w:eastAsia="ru-RU"/>
              </w:rPr>
              <w:t>1. Пояснительная записка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DB3B3C" w:rsidRPr="00DF4F3A" w:rsidRDefault="00DB3B3C" w:rsidP="00DF4F3A">
            <w:pPr>
              <w:spacing w:after="0" w:line="240" w:lineRule="auto"/>
              <w:ind w:firstLine="603"/>
              <w:rPr>
                <w:rFonts w:eastAsia="Times New Roman" w:cs="Times New Roman"/>
                <w:color w:val="000000"/>
                <w:szCs w:val="28"/>
                <w:lang w:val="ru-RU" w:eastAsia="ru-RU"/>
              </w:rPr>
            </w:pPr>
          </w:p>
        </w:tc>
      </w:tr>
      <w:tr w:rsidR="00DB3B3C" w:rsidRPr="00DB3B3C" w:rsidTr="00931E52">
        <w:tc>
          <w:tcPr>
            <w:tcW w:w="8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DB3B3C" w:rsidRPr="00DB3B3C" w:rsidRDefault="00DB3B3C" w:rsidP="00DB3B3C">
            <w:pPr>
              <w:spacing w:after="0" w:line="240" w:lineRule="auto"/>
              <w:rPr>
                <w:rFonts w:eastAsia="Times New Roman" w:cs="Times New Roman"/>
                <w:color w:val="000000"/>
                <w:szCs w:val="28"/>
                <w:lang w:val="ru-RU" w:eastAsia="ru-RU"/>
              </w:rPr>
            </w:pPr>
            <w:r w:rsidRPr="00DB3B3C">
              <w:rPr>
                <w:rFonts w:eastAsia="Times New Roman" w:cs="Times New Roman"/>
                <w:color w:val="000000"/>
                <w:szCs w:val="28"/>
                <w:lang w:val="ru-RU" w:eastAsia="ru-RU"/>
              </w:rPr>
              <w:t>1.1. Актуальность программы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DB3B3C" w:rsidRPr="00DF4F3A" w:rsidRDefault="00DF4F3A" w:rsidP="00DF4F3A">
            <w:pPr>
              <w:spacing w:after="0" w:line="240" w:lineRule="auto"/>
              <w:ind w:firstLine="603"/>
              <w:rPr>
                <w:rFonts w:eastAsia="Times New Roman" w:cs="Times New Roman"/>
                <w:color w:val="000000"/>
                <w:szCs w:val="28"/>
                <w:lang w:val="ru-RU" w:eastAsia="ru-RU"/>
              </w:rPr>
            </w:pPr>
            <w:r w:rsidRPr="00DF4F3A">
              <w:rPr>
                <w:rFonts w:eastAsia="Times New Roman" w:cs="Times New Roman"/>
                <w:color w:val="000000"/>
                <w:szCs w:val="28"/>
                <w:lang w:val="ru-RU" w:eastAsia="ru-RU"/>
              </w:rPr>
              <w:t>5</w:t>
            </w:r>
          </w:p>
        </w:tc>
      </w:tr>
      <w:tr w:rsidR="00DB3B3C" w:rsidRPr="00DB3B3C" w:rsidTr="00931E52">
        <w:tc>
          <w:tcPr>
            <w:tcW w:w="8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DB3B3C" w:rsidRPr="00DB3B3C" w:rsidRDefault="00DB3B3C" w:rsidP="00DB3B3C">
            <w:pPr>
              <w:spacing w:after="0" w:line="240" w:lineRule="auto"/>
              <w:rPr>
                <w:rFonts w:eastAsia="Times New Roman" w:cs="Times New Roman"/>
                <w:color w:val="000000"/>
                <w:szCs w:val="28"/>
                <w:lang w:val="ru-RU" w:eastAsia="ru-RU"/>
              </w:rPr>
            </w:pPr>
            <w:r w:rsidRPr="00DB3B3C">
              <w:rPr>
                <w:rFonts w:eastAsia="Times New Roman" w:cs="Times New Roman"/>
                <w:color w:val="000000"/>
                <w:szCs w:val="28"/>
                <w:lang w:val="ru-RU" w:eastAsia="ru-RU"/>
              </w:rPr>
              <w:t>1.2. Новизна программы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DB3B3C" w:rsidRPr="00DF4F3A" w:rsidRDefault="00DF4F3A" w:rsidP="00DF4F3A">
            <w:pPr>
              <w:spacing w:after="0" w:line="240" w:lineRule="auto"/>
              <w:ind w:firstLine="603"/>
              <w:rPr>
                <w:rFonts w:eastAsia="Times New Roman" w:cs="Times New Roman"/>
                <w:color w:val="000000"/>
                <w:szCs w:val="28"/>
                <w:lang w:val="ru-RU" w:eastAsia="ru-RU"/>
              </w:rPr>
            </w:pPr>
            <w:r w:rsidRPr="00DF4F3A">
              <w:rPr>
                <w:rFonts w:eastAsia="Times New Roman" w:cs="Times New Roman"/>
                <w:color w:val="000000"/>
                <w:szCs w:val="28"/>
                <w:lang w:val="ru-RU" w:eastAsia="ru-RU"/>
              </w:rPr>
              <w:t>5</w:t>
            </w:r>
          </w:p>
        </w:tc>
      </w:tr>
      <w:tr w:rsidR="00DB3B3C" w:rsidRPr="00DB3B3C" w:rsidTr="00931E52">
        <w:tc>
          <w:tcPr>
            <w:tcW w:w="8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DB3B3C" w:rsidRPr="00DB3B3C" w:rsidRDefault="00DB3B3C" w:rsidP="00DB3B3C">
            <w:pPr>
              <w:spacing w:after="0" w:line="240" w:lineRule="auto"/>
              <w:rPr>
                <w:rFonts w:eastAsia="Times New Roman" w:cs="Times New Roman"/>
                <w:color w:val="000000"/>
                <w:szCs w:val="28"/>
                <w:lang w:val="ru-RU" w:eastAsia="ru-RU"/>
              </w:rPr>
            </w:pPr>
            <w:r w:rsidRPr="00DB3B3C">
              <w:rPr>
                <w:rFonts w:eastAsia="Times New Roman" w:cs="Times New Roman"/>
                <w:color w:val="000000"/>
                <w:szCs w:val="28"/>
                <w:lang w:val="ru-RU" w:eastAsia="ru-RU"/>
              </w:rPr>
              <w:t>1.3. Практическая значимость программы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DB3B3C" w:rsidRPr="00DF4F3A" w:rsidRDefault="00DF4F3A" w:rsidP="00DF4F3A">
            <w:pPr>
              <w:spacing w:after="0" w:line="240" w:lineRule="auto"/>
              <w:ind w:firstLine="603"/>
              <w:rPr>
                <w:rFonts w:eastAsia="Times New Roman" w:cs="Times New Roman"/>
                <w:color w:val="000000"/>
                <w:szCs w:val="28"/>
                <w:lang w:val="ru-RU" w:eastAsia="ru-RU"/>
              </w:rPr>
            </w:pPr>
            <w:r w:rsidRPr="00DF4F3A">
              <w:rPr>
                <w:rFonts w:eastAsia="Times New Roman" w:cs="Times New Roman"/>
                <w:color w:val="000000"/>
                <w:szCs w:val="28"/>
                <w:lang w:val="ru-RU" w:eastAsia="ru-RU"/>
              </w:rPr>
              <w:t>5</w:t>
            </w:r>
          </w:p>
        </w:tc>
      </w:tr>
      <w:tr w:rsidR="00DB3B3C" w:rsidRPr="00DB3B3C" w:rsidTr="00931E52">
        <w:tc>
          <w:tcPr>
            <w:tcW w:w="8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DB3B3C" w:rsidRPr="00DB3B3C" w:rsidRDefault="00DB3B3C" w:rsidP="00DB3B3C">
            <w:pPr>
              <w:spacing w:after="0" w:line="240" w:lineRule="auto"/>
              <w:rPr>
                <w:rFonts w:eastAsia="Times New Roman" w:cs="Times New Roman"/>
                <w:color w:val="000000"/>
                <w:szCs w:val="28"/>
                <w:lang w:val="ru-RU" w:eastAsia="ru-RU"/>
              </w:rPr>
            </w:pPr>
            <w:r w:rsidRPr="00DB3B3C">
              <w:rPr>
                <w:rFonts w:eastAsia="Times New Roman" w:cs="Times New Roman"/>
                <w:color w:val="000000"/>
                <w:szCs w:val="28"/>
                <w:lang w:val="ru-RU" w:eastAsia="ru-RU"/>
              </w:rPr>
              <w:t>1.4. Цель программы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DB3B3C" w:rsidRPr="00DF4F3A" w:rsidRDefault="00DF4F3A" w:rsidP="00DF4F3A">
            <w:pPr>
              <w:spacing w:after="0" w:line="240" w:lineRule="auto"/>
              <w:ind w:firstLine="603"/>
              <w:rPr>
                <w:rFonts w:eastAsia="Times New Roman" w:cs="Times New Roman"/>
                <w:color w:val="000000"/>
                <w:szCs w:val="28"/>
                <w:lang w:val="ru-RU" w:eastAsia="ru-RU"/>
              </w:rPr>
            </w:pPr>
            <w:r w:rsidRPr="00DF4F3A">
              <w:rPr>
                <w:rFonts w:eastAsia="Times New Roman" w:cs="Times New Roman"/>
                <w:color w:val="000000"/>
                <w:szCs w:val="28"/>
                <w:lang w:val="ru-RU" w:eastAsia="ru-RU"/>
              </w:rPr>
              <w:t>5</w:t>
            </w:r>
          </w:p>
        </w:tc>
      </w:tr>
      <w:tr w:rsidR="00DB3B3C" w:rsidRPr="00DB3B3C" w:rsidTr="00931E52">
        <w:tc>
          <w:tcPr>
            <w:tcW w:w="8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DB3B3C" w:rsidRPr="00DB3B3C" w:rsidRDefault="00DB3B3C" w:rsidP="00DB3B3C">
            <w:pPr>
              <w:spacing w:after="0" w:line="240" w:lineRule="auto"/>
              <w:rPr>
                <w:rFonts w:eastAsia="Times New Roman" w:cs="Times New Roman"/>
                <w:color w:val="000000"/>
                <w:szCs w:val="28"/>
                <w:lang w:val="ru-RU" w:eastAsia="ru-RU"/>
              </w:rPr>
            </w:pPr>
            <w:r w:rsidRPr="00DB3B3C">
              <w:rPr>
                <w:rFonts w:eastAsia="Times New Roman" w:cs="Times New Roman"/>
                <w:color w:val="000000"/>
                <w:szCs w:val="28"/>
                <w:lang w:val="ru-RU" w:eastAsia="ru-RU"/>
              </w:rPr>
              <w:t>1.5. Задачи программы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DB3B3C" w:rsidRPr="00DF4F3A" w:rsidRDefault="00DF4F3A" w:rsidP="00DF4F3A">
            <w:pPr>
              <w:spacing w:after="0" w:line="240" w:lineRule="auto"/>
              <w:ind w:firstLine="603"/>
              <w:rPr>
                <w:rFonts w:eastAsia="Times New Roman" w:cs="Times New Roman"/>
                <w:color w:val="000000"/>
                <w:szCs w:val="28"/>
                <w:lang w:val="ru-RU" w:eastAsia="ru-RU"/>
              </w:rPr>
            </w:pPr>
            <w:r w:rsidRPr="00DF4F3A">
              <w:rPr>
                <w:rFonts w:eastAsia="Times New Roman" w:cs="Times New Roman"/>
                <w:color w:val="000000"/>
                <w:szCs w:val="28"/>
                <w:lang w:val="ru-RU" w:eastAsia="ru-RU"/>
              </w:rPr>
              <w:t>5</w:t>
            </w:r>
          </w:p>
        </w:tc>
      </w:tr>
      <w:tr w:rsidR="00DB3B3C" w:rsidRPr="00DB3B3C" w:rsidTr="00931E52">
        <w:tc>
          <w:tcPr>
            <w:tcW w:w="8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DB3B3C" w:rsidRPr="00DB3B3C" w:rsidRDefault="00DB3B3C" w:rsidP="00DB3B3C">
            <w:pPr>
              <w:spacing w:after="0" w:line="240" w:lineRule="auto"/>
              <w:rPr>
                <w:rFonts w:eastAsia="Times New Roman" w:cs="Times New Roman"/>
                <w:color w:val="000000"/>
                <w:szCs w:val="28"/>
                <w:lang w:val="ru-RU" w:eastAsia="ru-RU"/>
              </w:rPr>
            </w:pPr>
            <w:r w:rsidRPr="00DB3B3C">
              <w:rPr>
                <w:rFonts w:eastAsia="Times New Roman" w:cs="Times New Roman"/>
                <w:color w:val="000000"/>
                <w:szCs w:val="28"/>
                <w:lang w:val="ru-RU" w:eastAsia="ru-RU"/>
              </w:rPr>
              <w:t>1.6. Планируемые результаты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DB3B3C" w:rsidRPr="00DF4F3A" w:rsidRDefault="00DF4F3A" w:rsidP="00DF4F3A">
            <w:pPr>
              <w:spacing w:after="0" w:line="240" w:lineRule="auto"/>
              <w:ind w:firstLine="603"/>
              <w:rPr>
                <w:rFonts w:eastAsia="Times New Roman" w:cs="Times New Roman"/>
                <w:color w:val="000000"/>
                <w:szCs w:val="28"/>
                <w:lang w:val="ru-RU" w:eastAsia="ru-RU"/>
              </w:rPr>
            </w:pPr>
            <w:r w:rsidRPr="00DF4F3A">
              <w:rPr>
                <w:rFonts w:eastAsia="Times New Roman" w:cs="Times New Roman"/>
                <w:color w:val="000000"/>
                <w:szCs w:val="28"/>
                <w:lang w:val="ru-RU" w:eastAsia="ru-RU"/>
              </w:rPr>
              <w:t>6</w:t>
            </w:r>
          </w:p>
        </w:tc>
      </w:tr>
      <w:tr w:rsidR="00DB3B3C" w:rsidRPr="00E532B8" w:rsidTr="00931E52">
        <w:tc>
          <w:tcPr>
            <w:tcW w:w="8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DB3B3C" w:rsidRPr="00DB3B3C" w:rsidRDefault="00DB3B3C" w:rsidP="00DB3B3C">
            <w:pPr>
              <w:spacing w:after="0" w:line="240" w:lineRule="auto"/>
              <w:rPr>
                <w:rFonts w:eastAsia="Times New Roman" w:cs="Times New Roman"/>
                <w:color w:val="000000"/>
                <w:szCs w:val="28"/>
                <w:lang w:val="ru-RU" w:eastAsia="ru-RU"/>
              </w:rPr>
            </w:pPr>
            <w:r w:rsidRPr="00DB3B3C">
              <w:rPr>
                <w:rFonts w:eastAsia="Times New Roman" w:cs="Times New Roman"/>
                <w:b/>
                <w:bCs/>
                <w:color w:val="000000"/>
                <w:szCs w:val="28"/>
                <w:lang w:val="ru-RU" w:eastAsia="ru-RU"/>
              </w:rPr>
              <w:t>2. Общая характеристика профессии «Графический дизайнер»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DB3B3C" w:rsidRPr="00DF4F3A" w:rsidRDefault="00DB3B3C" w:rsidP="00DF4F3A">
            <w:pPr>
              <w:spacing w:after="0" w:line="240" w:lineRule="auto"/>
              <w:ind w:firstLine="603"/>
              <w:rPr>
                <w:rFonts w:eastAsia="Times New Roman" w:cs="Times New Roman"/>
                <w:color w:val="000000"/>
                <w:szCs w:val="28"/>
                <w:lang w:val="ru-RU" w:eastAsia="ru-RU"/>
              </w:rPr>
            </w:pPr>
          </w:p>
        </w:tc>
      </w:tr>
      <w:tr w:rsidR="00DB3B3C" w:rsidRPr="00AD3CD8" w:rsidTr="00931E52">
        <w:tc>
          <w:tcPr>
            <w:tcW w:w="8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DB3B3C" w:rsidRPr="00DB3B3C" w:rsidRDefault="00DB3B3C" w:rsidP="00DB3B3C">
            <w:pPr>
              <w:spacing w:after="0" w:line="240" w:lineRule="auto"/>
              <w:rPr>
                <w:rFonts w:eastAsia="Times New Roman" w:cs="Times New Roman"/>
                <w:color w:val="000000"/>
                <w:szCs w:val="28"/>
                <w:lang w:val="ru-RU" w:eastAsia="ru-RU"/>
              </w:rPr>
            </w:pPr>
            <w:r w:rsidRPr="00DB3B3C">
              <w:rPr>
                <w:rFonts w:eastAsia="Times New Roman" w:cs="Times New Roman"/>
                <w:color w:val="000000"/>
                <w:szCs w:val="28"/>
                <w:lang w:val="ru-RU" w:eastAsia="ru-RU"/>
              </w:rPr>
              <w:t>2.1. Содержание и особенности профессиональной деятельности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DB3B3C" w:rsidRPr="00DF4F3A" w:rsidRDefault="00DF4F3A" w:rsidP="00DF4F3A">
            <w:pPr>
              <w:spacing w:after="0" w:line="240" w:lineRule="auto"/>
              <w:ind w:firstLine="603"/>
              <w:rPr>
                <w:rFonts w:eastAsia="Times New Roman" w:cs="Times New Roman"/>
                <w:color w:val="000000"/>
                <w:szCs w:val="28"/>
                <w:lang w:val="ru-RU" w:eastAsia="ru-RU"/>
              </w:rPr>
            </w:pPr>
            <w:r w:rsidRPr="00DF4F3A">
              <w:rPr>
                <w:rFonts w:eastAsia="Times New Roman" w:cs="Times New Roman"/>
                <w:color w:val="000000"/>
                <w:szCs w:val="28"/>
                <w:lang w:val="ru-RU" w:eastAsia="ru-RU"/>
              </w:rPr>
              <w:t>7</w:t>
            </w:r>
          </w:p>
        </w:tc>
      </w:tr>
      <w:tr w:rsidR="00DB3B3C" w:rsidRPr="00DB3B3C" w:rsidTr="00931E52">
        <w:tc>
          <w:tcPr>
            <w:tcW w:w="8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DB3B3C" w:rsidRPr="00DB3B3C" w:rsidRDefault="00DB3B3C" w:rsidP="00DB3B3C">
            <w:pPr>
              <w:spacing w:after="0" w:line="240" w:lineRule="auto"/>
              <w:rPr>
                <w:rFonts w:eastAsia="Times New Roman" w:cs="Times New Roman"/>
                <w:color w:val="000000"/>
                <w:szCs w:val="28"/>
                <w:lang w:val="ru-RU" w:eastAsia="ru-RU"/>
              </w:rPr>
            </w:pPr>
            <w:r w:rsidRPr="00DB3B3C">
              <w:rPr>
                <w:rFonts w:eastAsia="Times New Roman" w:cs="Times New Roman"/>
                <w:color w:val="000000"/>
                <w:szCs w:val="28"/>
                <w:lang w:val="ru-RU" w:eastAsia="ru-RU"/>
              </w:rPr>
              <w:t>2.2. Основные направления графического дизайна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DB3B3C" w:rsidRPr="00DF4F3A" w:rsidRDefault="00DF4F3A" w:rsidP="00DF4F3A">
            <w:pPr>
              <w:spacing w:after="0" w:line="240" w:lineRule="auto"/>
              <w:ind w:firstLine="603"/>
              <w:rPr>
                <w:rFonts w:eastAsia="Times New Roman" w:cs="Times New Roman"/>
                <w:color w:val="000000"/>
                <w:szCs w:val="28"/>
                <w:lang w:val="ru-RU" w:eastAsia="ru-RU"/>
              </w:rPr>
            </w:pPr>
            <w:r w:rsidRPr="00DF4F3A">
              <w:rPr>
                <w:rFonts w:eastAsia="Times New Roman" w:cs="Times New Roman"/>
                <w:color w:val="000000"/>
                <w:szCs w:val="28"/>
                <w:lang w:val="ru-RU" w:eastAsia="ru-RU"/>
              </w:rPr>
              <w:t>7</w:t>
            </w:r>
          </w:p>
        </w:tc>
      </w:tr>
      <w:tr w:rsidR="00DB3B3C" w:rsidRPr="00AD3CD8" w:rsidTr="00931E52">
        <w:tc>
          <w:tcPr>
            <w:tcW w:w="8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DB3B3C" w:rsidRPr="00DB3B3C" w:rsidRDefault="00DB3B3C" w:rsidP="00DB3B3C">
            <w:pPr>
              <w:spacing w:after="0" w:line="240" w:lineRule="auto"/>
              <w:rPr>
                <w:rFonts w:eastAsia="Times New Roman" w:cs="Times New Roman"/>
                <w:color w:val="000000"/>
                <w:szCs w:val="28"/>
                <w:lang w:val="ru-RU" w:eastAsia="ru-RU"/>
              </w:rPr>
            </w:pPr>
            <w:r w:rsidRPr="00DB3B3C">
              <w:rPr>
                <w:rFonts w:eastAsia="Times New Roman" w:cs="Times New Roman"/>
                <w:color w:val="000000"/>
                <w:szCs w:val="28"/>
                <w:lang w:val="ru-RU" w:eastAsia="ru-RU"/>
              </w:rPr>
              <w:t>2.3. Профессионально важные качества и способности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DB3B3C" w:rsidRPr="00DF4F3A" w:rsidRDefault="00DF4F3A" w:rsidP="00DF4F3A">
            <w:pPr>
              <w:spacing w:after="0" w:line="240" w:lineRule="auto"/>
              <w:ind w:firstLine="603"/>
              <w:rPr>
                <w:rFonts w:eastAsia="Times New Roman" w:cs="Times New Roman"/>
                <w:color w:val="000000"/>
                <w:szCs w:val="28"/>
                <w:lang w:val="ru-RU" w:eastAsia="ru-RU"/>
              </w:rPr>
            </w:pPr>
            <w:r w:rsidRPr="00DF4F3A">
              <w:rPr>
                <w:rFonts w:eastAsia="Times New Roman" w:cs="Times New Roman"/>
                <w:color w:val="000000"/>
                <w:szCs w:val="28"/>
                <w:lang w:val="ru-RU" w:eastAsia="ru-RU"/>
              </w:rPr>
              <w:t>7</w:t>
            </w:r>
          </w:p>
        </w:tc>
      </w:tr>
      <w:tr w:rsidR="00DB3B3C" w:rsidRPr="00AD3CD8" w:rsidTr="00931E52">
        <w:tc>
          <w:tcPr>
            <w:tcW w:w="8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DB3B3C" w:rsidRPr="00DB3B3C" w:rsidRDefault="00DB3B3C" w:rsidP="00DB3B3C">
            <w:pPr>
              <w:spacing w:after="0" w:line="240" w:lineRule="auto"/>
              <w:rPr>
                <w:rFonts w:eastAsia="Times New Roman" w:cs="Times New Roman"/>
                <w:color w:val="000000"/>
                <w:szCs w:val="28"/>
                <w:lang w:val="ru-RU" w:eastAsia="ru-RU"/>
              </w:rPr>
            </w:pPr>
            <w:r w:rsidRPr="00DB3B3C">
              <w:rPr>
                <w:rFonts w:eastAsia="Times New Roman" w:cs="Times New Roman"/>
                <w:color w:val="000000"/>
                <w:szCs w:val="28"/>
                <w:lang w:val="ru-RU" w:eastAsia="ru-RU"/>
              </w:rPr>
              <w:t>2.4. Современные цифровые инструменты и технологии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DB3B3C" w:rsidRPr="00DF4F3A" w:rsidRDefault="00DF4F3A" w:rsidP="00DF4F3A">
            <w:pPr>
              <w:spacing w:after="0" w:line="240" w:lineRule="auto"/>
              <w:ind w:firstLine="603"/>
              <w:rPr>
                <w:rFonts w:eastAsia="Times New Roman" w:cs="Times New Roman"/>
                <w:color w:val="000000"/>
                <w:szCs w:val="28"/>
                <w:lang w:val="ru-RU" w:eastAsia="ru-RU"/>
              </w:rPr>
            </w:pPr>
            <w:r w:rsidRPr="00DF4F3A">
              <w:rPr>
                <w:rFonts w:eastAsia="Times New Roman" w:cs="Times New Roman"/>
                <w:color w:val="000000"/>
                <w:szCs w:val="28"/>
                <w:lang w:val="ru-RU" w:eastAsia="ru-RU"/>
              </w:rPr>
              <w:t>7</w:t>
            </w:r>
          </w:p>
        </w:tc>
      </w:tr>
      <w:tr w:rsidR="00DB3B3C" w:rsidRPr="00AD3CD8" w:rsidTr="00931E52">
        <w:tc>
          <w:tcPr>
            <w:tcW w:w="8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DB3B3C" w:rsidRPr="00DB3B3C" w:rsidRDefault="00DB3B3C" w:rsidP="00DB3B3C">
            <w:pPr>
              <w:spacing w:after="0" w:line="240" w:lineRule="auto"/>
              <w:rPr>
                <w:rFonts w:eastAsia="Times New Roman" w:cs="Times New Roman"/>
                <w:color w:val="000000"/>
                <w:szCs w:val="28"/>
                <w:lang w:val="ru-RU" w:eastAsia="ru-RU"/>
              </w:rPr>
            </w:pPr>
            <w:r w:rsidRPr="00DB3B3C">
              <w:rPr>
                <w:rFonts w:eastAsia="Times New Roman" w:cs="Times New Roman"/>
                <w:color w:val="000000"/>
                <w:szCs w:val="28"/>
                <w:lang w:val="ru-RU" w:eastAsia="ru-RU"/>
              </w:rPr>
              <w:t>2.5. Возможности обучения и профессионального развития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DB3B3C" w:rsidRPr="00DF4F3A" w:rsidRDefault="00DF4F3A" w:rsidP="00DF4F3A">
            <w:pPr>
              <w:spacing w:after="0" w:line="240" w:lineRule="auto"/>
              <w:ind w:firstLine="603"/>
              <w:rPr>
                <w:rFonts w:eastAsia="Times New Roman" w:cs="Times New Roman"/>
                <w:color w:val="000000"/>
                <w:szCs w:val="28"/>
                <w:lang w:val="ru-RU" w:eastAsia="ru-RU"/>
              </w:rPr>
            </w:pPr>
            <w:r w:rsidRPr="00DF4F3A">
              <w:rPr>
                <w:rFonts w:eastAsia="Times New Roman" w:cs="Times New Roman"/>
                <w:color w:val="000000"/>
                <w:szCs w:val="28"/>
                <w:lang w:val="ru-RU" w:eastAsia="ru-RU"/>
              </w:rPr>
              <w:t>7</w:t>
            </w:r>
          </w:p>
        </w:tc>
      </w:tr>
      <w:tr w:rsidR="00DB3B3C" w:rsidRPr="00DB3B3C" w:rsidTr="00931E52">
        <w:tc>
          <w:tcPr>
            <w:tcW w:w="8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DB3B3C" w:rsidRPr="00DB3B3C" w:rsidRDefault="00DB3B3C" w:rsidP="00DB3B3C">
            <w:pPr>
              <w:spacing w:after="0" w:line="240" w:lineRule="auto"/>
              <w:rPr>
                <w:rFonts w:eastAsia="Times New Roman" w:cs="Times New Roman"/>
                <w:color w:val="000000"/>
                <w:szCs w:val="28"/>
                <w:lang w:val="ru-RU" w:eastAsia="ru-RU"/>
              </w:rPr>
            </w:pPr>
            <w:r w:rsidRPr="00DB3B3C">
              <w:rPr>
                <w:rFonts w:eastAsia="Times New Roman" w:cs="Times New Roman"/>
                <w:b/>
                <w:bCs/>
                <w:color w:val="000000"/>
                <w:szCs w:val="28"/>
                <w:lang w:val="ru-RU" w:eastAsia="ru-RU"/>
              </w:rPr>
              <w:t>3. Организация профессиональной пробы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DB3B3C" w:rsidRPr="00DF4F3A" w:rsidRDefault="00DB3B3C" w:rsidP="00DF4F3A">
            <w:pPr>
              <w:spacing w:after="0" w:line="240" w:lineRule="auto"/>
              <w:ind w:firstLine="603"/>
              <w:rPr>
                <w:rFonts w:eastAsia="Times New Roman" w:cs="Times New Roman"/>
                <w:color w:val="000000"/>
                <w:szCs w:val="28"/>
                <w:lang w:val="ru-RU" w:eastAsia="ru-RU"/>
              </w:rPr>
            </w:pPr>
          </w:p>
        </w:tc>
      </w:tr>
      <w:tr w:rsidR="00DB3B3C" w:rsidRPr="00AD3CD8" w:rsidTr="00931E52">
        <w:tc>
          <w:tcPr>
            <w:tcW w:w="8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DB3B3C" w:rsidRPr="00DB3B3C" w:rsidRDefault="00DB3B3C" w:rsidP="00DB3B3C">
            <w:pPr>
              <w:spacing w:after="0" w:line="240" w:lineRule="auto"/>
              <w:rPr>
                <w:rFonts w:eastAsia="Times New Roman" w:cs="Times New Roman"/>
                <w:color w:val="000000"/>
                <w:szCs w:val="28"/>
                <w:lang w:val="ru-RU" w:eastAsia="ru-RU"/>
              </w:rPr>
            </w:pPr>
            <w:r w:rsidRPr="00DB3B3C">
              <w:rPr>
                <w:rFonts w:eastAsia="Times New Roman" w:cs="Times New Roman"/>
                <w:color w:val="000000"/>
                <w:szCs w:val="28"/>
                <w:lang w:val="ru-RU" w:eastAsia="ru-RU"/>
              </w:rPr>
              <w:t>3.1. Целевая аудитория и условия участия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DB3B3C" w:rsidRPr="00DF4F3A" w:rsidRDefault="00DF4F3A" w:rsidP="00DF4F3A">
            <w:pPr>
              <w:spacing w:after="0" w:line="240" w:lineRule="auto"/>
              <w:ind w:firstLine="603"/>
              <w:rPr>
                <w:rFonts w:eastAsia="Times New Roman" w:cs="Times New Roman"/>
                <w:color w:val="000000"/>
                <w:szCs w:val="28"/>
                <w:lang w:val="ru-RU" w:eastAsia="ru-RU"/>
              </w:rPr>
            </w:pPr>
            <w:r>
              <w:rPr>
                <w:rFonts w:eastAsia="Times New Roman" w:cs="Times New Roman"/>
                <w:color w:val="000000"/>
                <w:szCs w:val="28"/>
                <w:lang w:val="ru-RU" w:eastAsia="ru-RU"/>
              </w:rPr>
              <w:t>9</w:t>
            </w:r>
          </w:p>
        </w:tc>
      </w:tr>
      <w:tr w:rsidR="00DB3B3C" w:rsidRPr="00AD3CD8" w:rsidTr="00931E52">
        <w:tc>
          <w:tcPr>
            <w:tcW w:w="8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DB3B3C" w:rsidRPr="00DB3B3C" w:rsidRDefault="00DB3B3C" w:rsidP="00DB3B3C">
            <w:pPr>
              <w:spacing w:after="0" w:line="240" w:lineRule="auto"/>
              <w:rPr>
                <w:rFonts w:eastAsia="Times New Roman" w:cs="Times New Roman"/>
                <w:color w:val="000000"/>
                <w:szCs w:val="28"/>
                <w:lang w:val="ru-RU" w:eastAsia="ru-RU"/>
              </w:rPr>
            </w:pPr>
            <w:r w:rsidRPr="00DB3B3C">
              <w:rPr>
                <w:rFonts w:eastAsia="Times New Roman" w:cs="Times New Roman"/>
                <w:color w:val="000000"/>
                <w:szCs w:val="28"/>
                <w:lang w:val="ru-RU" w:eastAsia="ru-RU"/>
              </w:rPr>
              <w:t>3.2. Формат, продолжительность и количество участников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DB3B3C" w:rsidRPr="00DF4F3A" w:rsidRDefault="00DF4F3A" w:rsidP="00DF4F3A">
            <w:pPr>
              <w:spacing w:after="0" w:line="240" w:lineRule="auto"/>
              <w:ind w:firstLine="603"/>
              <w:rPr>
                <w:rFonts w:eastAsia="Times New Roman" w:cs="Times New Roman"/>
                <w:color w:val="000000"/>
                <w:szCs w:val="28"/>
                <w:lang w:val="ru-RU" w:eastAsia="ru-RU"/>
              </w:rPr>
            </w:pPr>
            <w:r>
              <w:rPr>
                <w:rFonts w:eastAsia="Times New Roman" w:cs="Times New Roman"/>
                <w:color w:val="000000"/>
                <w:szCs w:val="28"/>
                <w:lang w:val="ru-RU" w:eastAsia="ru-RU"/>
              </w:rPr>
              <w:t>9</w:t>
            </w:r>
          </w:p>
        </w:tc>
      </w:tr>
      <w:tr w:rsidR="00DB3B3C" w:rsidRPr="00DB3B3C" w:rsidTr="00931E52">
        <w:tc>
          <w:tcPr>
            <w:tcW w:w="8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DB3B3C" w:rsidRPr="00DB3B3C" w:rsidRDefault="00DB3B3C" w:rsidP="00DB3B3C">
            <w:pPr>
              <w:spacing w:after="0" w:line="240" w:lineRule="auto"/>
              <w:rPr>
                <w:rFonts w:eastAsia="Times New Roman" w:cs="Times New Roman"/>
                <w:color w:val="000000"/>
                <w:szCs w:val="28"/>
                <w:lang w:val="ru-RU" w:eastAsia="ru-RU"/>
              </w:rPr>
            </w:pPr>
            <w:r w:rsidRPr="00DB3B3C">
              <w:rPr>
                <w:rFonts w:eastAsia="Times New Roman" w:cs="Times New Roman"/>
                <w:color w:val="000000"/>
                <w:szCs w:val="28"/>
                <w:lang w:val="ru-RU" w:eastAsia="ru-RU"/>
              </w:rPr>
              <w:t>3.3. Этапы проведения профессиональной пробы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DB3B3C" w:rsidRPr="00DF4F3A" w:rsidRDefault="00DF4F3A" w:rsidP="00DF4F3A">
            <w:pPr>
              <w:spacing w:after="0" w:line="240" w:lineRule="auto"/>
              <w:ind w:firstLine="603"/>
              <w:rPr>
                <w:rFonts w:eastAsia="Times New Roman" w:cs="Times New Roman"/>
                <w:color w:val="000000"/>
                <w:szCs w:val="28"/>
                <w:lang w:val="ru-RU" w:eastAsia="ru-RU"/>
              </w:rPr>
            </w:pPr>
            <w:r>
              <w:rPr>
                <w:rFonts w:eastAsia="Times New Roman" w:cs="Times New Roman"/>
                <w:color w:val="000000"/>
                <w:szCs w:val="28"/>
                <w:lang w:val="ru-RU" w:eastAsia="ru-RU"/>
              </w:rPr>
              <w:t>9</w:t>
            </w:r>
          </w:p>
        </w:tc>
      </w:tr>
      <w:tr w:rsidR="00DB3B3C" w:rsidRPr="00DB3B3C" w:rsidTr="00931E52">
        <w:tc>
          <w:tcPr>
            <w:tcW w:w="8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DB3B3C" w:rsidRPr="00DB3B3C" w:rsidRDefault="00DB3B3C" w:rsidP="00DB3B3C">
            <w:pPr>
              <w:spacing w:after="0" w:line="240" w:lineRule="auto"/>
              <w:rPr>
                <w:rFonts w:eastAsia="Times New Roman" w:cs="Times New Roman"/>
                <w:color w:val="000000"/>
                <w:szCs w:val="28"/>
                <w:lang w:val="ru-RU" w:eastAsia="ru-RU"/>
              </w:rPr>
            </w:pPr>
            <w:r w:rsidRPr="00DB3B3C">
              <w:rPr>
                <w:rFonts w:eastAsia="Times New Roman" w:cs="Times New Roman"/>
                <w:color w:val="000000"/>
                <w:szCs w:val="28"/>
                <w:lang w:val="ru-RU" w:eastAsia="ru-RU"/>
              </w:rPr>
              <w:t>3.4. Функции наставника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DB3B3C" w:rsidRPr="00DB3B3C" w:rsidRDefault="00DF4F3A" w:rsidP="00DF4F3A">
            <w:pPr>
              <w:spacing w:after="0" w:line="240" w:lineRule="auto"/>
              <w:ind w:firstLine="603"/>
              <w:rPr>
                <w:rFonts w:eastAsia="Times New Roman" w:cs="Times New Roman"/>
                <w:color w:val="000000"/>
                <w:szCs w:val="28"/>
                <w:lang w:val="ru-RU" w:eastAsia="ru-RU"/>
              </w:rPr>
            </w:pPr>
            <w:r>
              <w:rPr>
                <w:rFonts w:eastAsia="Times New Roman" w:cs="Times New Roman"/>
                <w:color w:val="000000"/>
                <w:szCs w:val="28"/>
                <w:lang w:val="ru-RU" w:eastAsia="ru-RU"/>
              </w:rPr>
              <w:t>9</w:t>
            </w:r>
          </w:p>
        </w:tc>
      </w:tr>
      <w:tr w:rsidR="00DB3B3C" w:rsidRPr="00AD3CD8" w:rsidTr="00931E52">
        <w:tc>
          <w:tcPr>
            <w:tcW w:w="8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DB3B3C" w:rsidRPr="00DB3B3C" w:rsidRDefault="00DB3B3C" w:rsidP="00DB3B3C">
            <w:pPr>
              <w:spacing w:after="0" w:line="240" w:lineRule="auto"/>
              <w:rPr>
                <w:rFonts w:eastAsia="Times New Roman" w:cs="Times New Roman"/>
                <w:color w:val="000000"/>
                <w:szCs w:val="28"/>
                <w:lang w:val="ru-RU" w:eastAsia="ru-RU"/>
              </w:rPr>
            </w:pPr>
            <w:r w:rsidRPr="00DB3B3C">
              <w:rPr>
                <w:rFonts w:eastAsia="Times New Roman" w:cs="Times New Roman"/>
                <w:color w:val="000000"/>
                <w:szCs w:val="28"/>
                <w:lang w:val="ru-RU" w:eastAsia="ru-RU"/>
              </w:rPr>
              <w:t>3.5. Требования техники безопасности и организации рабочего места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DB3B3C" w:rsidRPr="00DB3B3C" w:rsidRDefault="00DF4F3A" w:rsidP="00DF4F3A">
            <w:pPr>
              <w:spacing w:after="0" w:line="240" w:lineRule="auto"/>
              <w:ind w:firstLine="603"/>
              <w:rPr>
                <w:rFonts w:eastAsia="Times New Roman" w:cs="Times New Roman"/>
                <w:color w:val="000000"/>
                <w:szCs w:val="28"/>
                <w:lang w:val="ru-RU" w:eastAsia="ru-RU"/>
              </w:rPr>
            </w:pPr>
            <w:r>
              <w:rPr>
                <w:rFonts w:eastAsia="Times New Roman" w:cs="Times New Roman"/>
                <w:color w:val="000000"/>
                <w:szCs w:val="28"/>
                <w:lang w:val="ru-RU" w:eastAsia="ru-RU"/>
              </w:rPr>
              <w:t>9</w:t>
            </w:r>
          </w:p>
        </w:tc>
      </w:tr>
      <w:tr w:rsidR="00DF4F3A" w:rsidRPr="00AD3CD8" w:rsidTr="00931E52">
        <w:tc>
          <w:tcPr>
            <w:tcW w:w="8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DF4F3A" w:rsidRPr="00DB3B3C" w:rsidRDefault="00DF4F3A" w:rsidP="00DB3B3C">
            <w:pPr>
              <w:spacing w:after="0" w:line="240" w:lineRule="auto"/>
              <w:rPr>
                <w:rFonts w:eastAsia="Times New Roman" w:cs="Times New Roman"/>
                <w:color w:val="000000"/>
                <w:szCs w:val="28"/>
                <w:lang w:val="ru-RU" w:eastAsia="ru-RU"/>
              </w:rPr>
            </w:pPr>
            <w:r w:rsidRPr="00DF4F3A">
              <w:rPr>
                <w:rFonts w:eastAsia="Times New Roman" w:cs="Times New Roman"/>
                <w:color w:val="000000"/>
                <w:szCs w:val="28"/>
                <w:lang w:val="ru-RU" w:eastAsia="ru-RU"/>
              </w:rPr>
              <w:t>3.6. Примерный регламент проведения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DF4F3A" w:rsidRDefault="00DF4F3A" w:rsidP="00DF4F3A">
            <w:pPr>
              <w:spacing w:after="0" w:line="240" w:lineRule="auto"/>
              <w:ind w:firstLine="603"/>
              <w:rPr>
                <w:rFonts w:eastAsia="Times New Roman" w:cs="Times New Roman"/>
                <w:color w:val="000000"/>
                <w:szCs w:val="28"/>
                <w:lang w:val="ru-RU" w:eastAsia="ru-RU"/>
              </w:rPr>
            </w:pPr>
            <w:r>
              <w:rPr>
                <w:rFonts w:eastAsia="Times New Roman" w:cs="Times New Roman"/>
                <w:color w:val="000000"/>
                <w:szCs w:val="28"/>
                <w:lang w:val="ru-RU" w:eastAsia="ru-RU"/>
              </w:rPr>
              <w:t>10</w:t>
            </w:r>
          </w:p>
        </w:tc>
      </w:tr>
      <w:tr w:rsidR="00DB3B3C" w:rsidRPr="00DB3B3C" w:rsidTr="00931E52">
        <w:tc>
          <w:tcPr>
            <w:tcW w:w="8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DB3B3C" w:rsidRPr="00DB3B3C" w:rsidRDefault="00DB3B3C" w:rsidP="00DB3B3C">
            <w:pPr>
              <w:spacing w:after="0" w:line="240" w:lineRule="auto"/>
              <w:rPr>
                <w:rFonts w:eastAsia="Times New Roman" w:cs="Times New Roman"/>
                <w:color w:val="000000"/>
                <w:szCs w:val="28"/>
                <w:lang w:val="ru-RU" w:eastAsia="ru-RU"/>
              </w:rPr>
            </w:pPr>
            <w:r w:rsidRPr="00DB3B3C">
              <w:rPr>
                <w:rFonts w:eastAsia="Times New Roman" w:cs="Times New Roman"/>
                <w:b/>
                <w:bCs/>
                <w:color w:val="000000"/>
                <w:szCs w:val="28"/>
                <w:lang w:val="ru-RU" w:eastAsia="ru-RU"/>
              </w:rPr>
              <w:t>4. Сценарий игровой профессиональной пробы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DB3B3C" w:rsidRPr="00DB3B3C" w:rsidRDefault="00DB3B3C" w:rsidP="00DF4F3A">
            <w:pPr>
              <w:spacing w:after="0" w:line="240" w:lineRule="auto"/>
              <w:ind w:firstLine="603"/>
              <w:rPr>
                <w:rFonts w:eastAsia="Times New Roman" w:cs="Times New Roman"/>
                <w:color w:val="000000"/>
                <w:szCs w:val="28"/>
                <w:lang w:val="ru-RU" w:eastAsia="ru-RU"/>
              </w:rPr>
            </w:pPr>
          </w:p>
        </w:tc>
      </w:tr>
      <w:tr w:rsidR="00DB3B3C" w:rsidRPr="00AD3CD8" w:rsidTr="00931E52">
        <w:tc>
          <w:tcPr>
            <w:tcW w:w="8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DB3B3C" w:rsidRPr="00DB3B3C" w:rsidRDefault="00DB3B3C" w:rsidP="00DB3B3C">
            <w:pPr>
              <w:spacing w:after="0" w:line="240" w:lineRule="auto"/>
              <w:rPr>
                <w:rFonts w:eastAsia="Times New Roman" w:cs="Times New Roman"/>
                <w:color w:val="000000"/>
                <w:szCs w:val="28"/>
                <w:lang w:val="ru-RU" w:eastAsia="ru-RU"/>
              </w:rPr>
            </w:pPr>
            <w:r w:rsidRPr="00DB3B3C">
              <w:rPr>
                <w:rFonts w:eastAsia="Times New Roman" w:cs="Times New Roman"/>
                <w:color w:val="000000"/>
                <w:szCs w:val="28"/>
                <w:lang w:val="ru-RU" w:eastAsia="ru-RU"/>
              </w:rPr>
              <w:t>4.1. Организационный этап и вводный инструктаж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DB3B3C" w:rsidRPr="00DB3B3C" w:rsidRDefault="00590DF0" w:rsidP="00DF4F3A">
            <w:pPr>
              <w:spacing w:after="0" w:line="240" w:lineRule="auto"/>
              <w:ind w:firstLine="603"/>
              <w:rPr>
                <w:rFonts w:eastAsia="Times New Roman" w:cs="Times New Roman"/>
                <w:color w:val="000000"/>
                <w:szCs w:val="28"/>
                <w:lang w:val="ru-RU" w:eastAsia="ru-RU"/>
              </w:rPr>
            </w:pPr>
            <w:r>
              <w:rPr>
                <w:rFonts w:eastAsia="Times New Roman" w:cs="Times New Roman"/>
                <w:color w:val="000000"/>
                <w:szCs w:val="28"/>
                <w:lang w:val="ru-RU" w:eastAsia="ru-RU"/>
              </w:rPr>
              <w:t>11</w:t>
            </w:r>
          </w:p>
        </w:tc>
      </w:tr>
      <w:tr w:rsidR="00DB3B3C" w:rsidRPr="00AD3CD8" w:rsidTr="00931E52">
        <w:tc>
          <w:tcPr>
            <w:tcW w:w="8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DB3B3C" w:rsidRPr="00DB3B3C" w:rsidRDefault="00DB3B3C" w:rsidP="00DB3B3C">
            <w:pPr>
              <w:spacing w:after="0" w:line="240" w:lineRule="auto"/>
              <w:rPr>
                <w:rFonts w:eastAsia="Times New Roman" w:cs="Times New Roman"/>
                <w:color w:val="000000"/>
                <w:szCs w:val="28"/>
                <w:lang w:val="ru-RU" w:eastAsia="ru-RU"/>
              </w:rPr>
            </w:pPr>
            <w:r w:rsidRPr="00DB3B3C">
              <w:rPr>
                <w:rFonts w:eastAsia="Times New Roman" w:cs="Times New Roman"/>
                <w:color w:val="000000"/>
                <w:szCs w:val="28"/>
                <w:lang w:val="ru-RU" w:eastAsia="ru-RU"/>
              </w:rPr>
              <w:t xml:space="preserve">4.2. Приветствие и знакомство с </w:t>
            </w:r>
            <w:proofErr w:type="spellStart"/>
            <w:r w:rsidRPr="00DB3B3C">
              <w:rPr>
                <w:rFonts w:eastAsia="Times New Roman" w:cs="Times New Roman"/>
                <w:color w:val="000000"/>
                <w:szCs w:val="28"/>
                <w:lang w:val="ru-RU" w:eastAsia="ru-RU"/>
              </w:rPr>
              <w:t>ДизайнКОТом</w:t>
            </w:r>
            <w:proofErr w:type="spellEnd"/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DB3B3C" w:rsidRPr="00DB3B3C" w:rsidRDefault="00590DF0" w:rsidP="00DF4F3A">
            <w:pPr>
              <w:spacing w:after="0" w:line="240" w:lineRule="auto"/>
              <w:ind w:firstLine="603"/>
              <w:rPr>
                <w:rFonts w:eastAsia="Times New Roman" w:cs="Times New Roman"/>
                <w:color w:val="000000"/>
                <w:szCs w:val="28"/>
                <w:lang w:val="ru-RU" w:eastAsia="ru-RU"/>
              </w:rPr>
            </w:pPr>
            <w:r>
              <w:rPr>
                <w:rFonts w:eastAsia="Times New Roman" w:cs="Times New Roman"/>
                <w:color w:val="000000"/>
                <w:szCs w:val="28"/>
                <w:lang w:val="ru-RU" w:eastAsia="ru-RU"/>
              </w:rPr>
              <w:t>12</w:t>
            </w:r>
          </w:p>
        </w:tc>
      </w:tr>
      <w:tr w:rsidR="00DB3B3C" w:rsidRPr="00AD3CD8" w:rsidTr="00931E52">
        <w:tc>
          <w:tcPr>
            <w:tcW w:w="8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DB3B3C" w:rsidRPr="00DB3B3C" w:rsidRDefault="00DB3B3C" w:rsidP="00DB3B3C">
            <w:pPr>
              <w:spacing w:after="0" w:line="240" w:lineRule="auto"/>
              <w:rPr>
                <w:rFonts w:eastAsia="Times New Roman" w:cs="Times New Roman"/>
                <w:color w:val="000000"/>
                <w:szCs w:val="28"/>
                <w:lang w:val="ru-RU" w:eastAsia="ru-RU"/>
              </w:rPr>
            </w:pPr>
            <w:r w:rsidRPr="00DB3B3C">
              <w:rPr>
                <w:rFonts w:eastAsia="Times New Roman" w:cs="Times New Roman"/>
                <w:color w:val="000000"/>
                <w:szCs w:val="28"/>
                <w:lang w:val="ru-RU" w:eastAsia="ru-RU"/>
              </w:rPr>
              <w:t>4.3. Ввод имени участника и выбор игрового профиля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DB3B3C" w:rsidRPr="00DB3B3C" w:rsidRDefault="00590DF0" w:rsidP="00DF4F3A">
            <w:pPr>
              <w:spacing w:after="0" w:line="240" w:lineRule="auto"/>
              <w:ind w:firstLine="603"/>
              <w:rPr>
                <w:rFonts w:eastAsia="Times New Roman" w:cs="Times New Roman"/>
                <w:color w:val="000000"/>
                <w:szCs w:val="28"/>
                <w:lang w:val="ru-RU" w:eastAsia="ru-RU"/>
              </w:rPr>
            </w:pPr>
            <w:r>
              <w:rPr>
                <w:rFonts w:eastAsia="Times New Roman" w:cs="Times New Roman"/>
                <w:color w:val="000000"/>
                <w:szCs w:val="28"/>
                <w:lang w:val="ru-RU" w:eastAsia="ru-RU"/>
              </w:rPr>
              <w:t>13</w:t>
            </w:r>
          </w:p>
        </w:tc>
      </w:tr>
      <w:tr w:rsidR="00DB3B3C" w:rsidRPr="00DB3B3C" w:rsidTr="00931E52">
        <w:tc>
          <w:tcPr>
            <w:tcW w:w="8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DB3B3C" w:rsidRPr="00DB3B3C" w:rsidRDefault="00DB3B3C" w:rsidP="00DB3B3C">
            <w:pPr>
              <w:spacing w:after="0" w:line="240" w:lineRule="auto"/>
              <w:rPr>
                <w:rFonts w:eastAsia="Times New Roman" w:cs="Times New Roman"/>
                <w:color w:val="000000"/>
                <w:szCs w:val="28"/>
                <w:lang w:val="ru-RU" w:eastAsia="ru-RU"/>
              </w:rPr>
            </w:pPr>
            <w:r w:rsidRPr="00DB3B3C">
              <w:rPr>
                <w:rFonts w:eastAsia="Times New Roman" w:cs="Times New Roman"/>
                <w:color w:val="000000"/>
                <w:szCs w:val="28"/>
                <w:lang w:val="ru-RU" w:eastAsia="ru-RU"/>
              </w:rPr>
              <w:t>4.4. Викторина «Кто здесь дизайнер?»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DB3B3C" w:rsidRPr="00DB3B3C" w:rsidRDefault="00590DF0" w:rsidP="00DF4F3A">
            <w:pPr>
              <w:spacing w:after="0" w:line="240" w:lineRule="auto"/>
              <w:ind w:firstLine="603"/>
              <w:rPr>
                <w:rFonts w:eastAsia="Times New Roman" w:cs="Times New Roman"/>
                <w:color w:val="000000"/>
                <w:szCs w:val="28"/>
                <w:lang w:val="ru-RU" w:eastAsia="ru-RU"/>
              </w:rPr>
            </w:pPr>
            <w:r>
              <w:rPr>
                <w:rFonts w:eastAsia="Times New Roman" w:cs="Times New Roman"/>
                <w:color w:val="000000"/>
                <w:szCs w:val="28"/>
                <w:lang w:val="ru-RU" w:eastAsia="ru-RU"/>
              </w:rPr>
              <w:t>14</w:t>
            </w:r>
          </w:p>
        </w:tc>
      </w:tr>
      <w:tr w:rsidR="00DB3B3C" w:rsidRPr="00DB3B3C" w:rsidTr="00931E52">
        <w:tc>
          <w:tcPr>
            <w:tcW w:w="8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DB3B3C" w:rsidRPr="00DB3B3C" w:rsidRDefault="00DB3B3C" w:rsidP="00DB3B3C">
            <w:pPr>
              <w:spacing w:after="0" w:line="240" w:lineRule="auto"/>
              <w:rPr>
                <w:rFonts w:eastAsia="Times New Roman" w:cs="Times New Roman"/>
                <w:color w:val="000000"/>
                <w:szCs w:val="28"/>
                <w:lang w:val="ru-RU" w:eastAsia="ru-RU"/>
              </w:rPr>
            </w:pPr>
            <w:r w:rsidRPr="00DB3B3C">
              <w:rPr>
                <w:rFonts w:eastAsia="Times New Roman" w:cs="Times New Roman"/>
                <w:color w:val="000000"/>
                <w:szCs w:val="28"/>
                <w:lang w:val="ru-RU" w:eastAsia="ru-RU"/>
              </w:rPr>
              <w:t>4.5. Теоретический блок «Основы профессии»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DB3B3C" w:rsidRPr="00DB3B3C" w:rsidRDefault="00590DF0" w:rsidP="00DF4F3A">
            <w:pPr>
              <w:spacing w:after="0" w:line="240" w:lineRule="auto"/>
              <w:ind w:firstLine="603"/>
              <w:rPr>
                <w:rFonts w:eastAsia="Times New Roman" w:cs="Times New Roman"/>
                <w:color w:val="000000"/>
                <w:szCs w:val="28"/>
                <w:lang w:val="ru-RU" w:eastAsia="ru-RU"/>
              </w:rPr>
            </w:pPr>
            <w:r>
              <w:rPr>
                <w:rFonts w:eastAsia="Times New Roman" w:cs="Times New Roman"/>
                <w:color w:val="000000"/>
                <w:szCs w:val="28"/>
                <w:lang w:val="ru-RU" w:eastAsia="ru-RU"/>
              </w:rPr>
              <w:t>15</w:t>
            </w:r>
          </w:p>
        </w:tc>
      </w:tr>
      <w:tr w:rsidR="00DB3B3C" w:rsidRPr="00DB3B3C" w:rsidTr="00931E52">
        <w:tc>
          <w:tcPr>
            <w:tcW w:w="8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DB3B3C" w:rsidRPr="00DB3B3C" w:rsidRDefault="00DB3B3C" w:rsidP="00DB3B3C">
            <w:pPr>
              <w:spacing w:after="0" w:line="240" w:lineRule="auto"/>
              <w:rPr>
                <w:rFonts w:eastAsia="Times New Roman" w:cs="Times New Roman"/>
                <w:color w:val="000000"/>
                <w:szCs w:val="28"/>
                <w:lang w:val="ru-RU" w:eastAsia="ru-RU"/>
              </w:rPr>
            </w:pPr>
            <w:r w:rsidRPr="00DB3B3C">
              <w:rPr>
                <w:rFonts w:eastAsia="Times New Roman" w:cs="Times New Roman"/>
                <w:color w:val="000000"/>
                <w:szCs w:val="28"/>
                <w:lang w:val="ru-RU" w:eastAsia="ru-RU"/>
              </w:rPr>
              <w:t>4.6. Игровой блок «7 правил дизайна»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DB3B3C" w:rsidRPr="00DB3B3C" w:rsidRDefault="00590DF0" w:rsidP="00DF4F3A">
            <w:pPr>
              <w:spacing w:after="0" w:line="240" w:lineRule="auto"/>
              <w:ind w:firstLine="603"/>
              <w:rPr>
                <w:rFonts w:eastAsia="Times New Roman" w:cs="Times New Roman"/>
                <w:color w:val="000000"/>
                <w:szCs w:val="28"/>
                <w:lang w:val="ru-RU" w:eastAsia="ru-RU"/>
              </w:rPr>
            </w:pPr>
            <w:r>
              <w:rPr>
                <w:rFonts w:eastAsia="Times New Roman" w:cs="Times New Roman"/>
                <w:color w:val="000000"/>
                <w:szCs w:val="28"/>
                <w:lang w:val="ru-RU" w:eastAsia="ru-RU"/>
              </w:rPr>
              <w:t>16</w:t>
            </w:r>
          </w:p>
        </w:tc>
      </w:tr>
      <w:tr w:rsidR="00DB3B3C" w:rsidRPr="00DB3B3C" w:rsidTr="00931E52">
        <w:tc>
          <w:tcPr>
            <w:tcW w:w="8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DB3B3C" w:rsidRPr="00DB3B3C" w:rsidRDefault="00DB3B3C" w:rsidP="00DB3B3C">
            <w:pPr>
              <w:spacing w:after="0" w:line="240" w:lineRule="auto"/>
              <w:rPr>
                <w:rFonts w:eastAsia="Times New Roman" w:cs="Times New Roman"/>
                <w:color w:val="000000"/>
                <w:szCs w:val="28"/>
                <w:lang w:val="ru-RU" w:eastAsia="ru-RU"/>
              </w:rPr>
            </w:pPr>
            <w:r w:rsidRPr="00DB3B3C">
              <w:rPr>
                <w:rFonts w:eastAsia="Times New Roman" w:cs="Times New Roman"/>
                <w:color w:val="000000"/>
                <w:szCs w:val="28"/>
                <w:lang w:val="ru-RU" w:eastAsia="ru-RU"/>
              </w:rPr>
              <w:t>4.7. Практические миссии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DB3B3C" w:rsidRPr="00DB3B3C" w:rsidRDefault="00590DF0" w:rsidP="00DF4F3A">
            <w:pPr>
              <w:spacing w:after="0" w:line="240" w:lineRule="auto"/>
              <w:ind w:firstLine="603"/>
              <w:rPr>
                <w:rFonts w:eastAsia="Times New Roman" w:cs="Times New Roman"/>
                <w:color w:val="000000"/>
                <w:szCs w:val="28"/>
                <w:lang w:val="ru-RU" w:eastAsia="ru-RU"/>
              </w:rPr>
            </w:pPr>
            <w:r>
              <w:rPr>
                <w:rFonts w:eastAsia="Times New Roman" w:cs="Times New Roman"/>
                <w:color w:val="000000"/>
                <w:szCs w:val="28"/>
                <w:lang w:val="ru-RU" w:eastAsia="ru-RU"/>
              </w:rPr>
              <w:t>17</w:t>
            </w:r>
          </w:p>
        </w:tc>
      </w:tr>
      <w:tr w:rsidR="00DB3B3C" w:rsidRPr="00DB3B3C" w:rsidTr="00931E52">
        <w:tc>
          <w:tcPr>
            <w:tcW w:w="8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DB3B3C" w:rsidRPr="00DB3B3C" w:rsidRDefault="00DB3B3C" w:rsidP="00DB3B3C">
            <w:pPr>
              <w:spacing w:after="0" w:line="240" w:lineRule="auto"/>
              <w:rPr>
                <w:rFonts w:eastAsia="Times New Roman" w:cs="Times New Roman"/>
                <w:color w:val="000000"/>
                <w:szCs w:val="28"/>
                <w:lang w:val="ru-RU" w:eastAsia="ru-RU"/>
              </w:rPr>
            </w:pPr>
            <w:r w:rsidRPr="00DB3B3C">
              <w:rPr>
                <w:rFonts w:eastAsia="Times New Roman" w:cs="Times New Roman"/>
                <w:color w:val="000000"/>
                <w:szCs w:val="28"/>
                <w:lang w:val="ru-RU" w:eastAsia="ru-RU"/>
              </w:rPr>
              <w:t>4.8. Творческая мастерская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DB3B3C" w:rsidRPr="00DB3B3C" w:rsidRDefault="00590DF0" w:rsidP="00DF4F3A">
            <w:pPr>
              <w:spacing w:after="0" w:line="240" w:lineRule="auto"/>
              <w:ind w:firstLine="603"/>
              <w:rPr>
                <w:rFonts w:eastAsia="Times New Roman" w:cs="Times New Roman"/>
                <w:color w:val="000000"/>
                <w:szCs w:val="28"/>
                <w:lang w:val="ru-RU" w:eastAsia="ru-RU"/>
              </w:rPr>
            </w:pPr>
            <w:r>
              <w:rPr>
                <w:rFonts w:eastAsia="Times New Roman" w:cs="Times New Roman"/>
                <w:color w:val="000000"/>
                <w:szCs w:val="28"/>
                <w:lang w:val="ru-RU" w:eastAsia="ru-RU"/>
              </w:rPr>
              <w:t>18</w:t>
            </w:r>
          </w:p>
        </w:tc>
      </w:tr>
      <w:tr w:rsidR="00DB3B3C" w:rsidRPr="00DB3B3C" w:rsidTr="00931E52">
        <w:tc>
          <w:tcPr>
            <w:tcW w:w="8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DB3B3C" w:rsidRPr="00DB3B3C" w:rsidRDefault="00DB3B3C" w:rsidP="00DB3B3C">
            <w:pPr>
              <w:spacing w:after="0" w:line="240" w:lineRule="auto"/>
              <w:rPr>
                <w:rFonts w:eastAsia="Times New Roman" w:cs="Times New Roman"/>
                <w:color w:val="000000"/>
                <w:szCs w:val="28"/>
                <w:lang w:val="ru-RU" w:eastAsia="ru-RU"/>
              </w:rPr>
            </w:pPr>
            <w:r w:rsidRPr="00DB3B3C">
              <w:rPr>
                <w:rFonts w:eastAsia="Times New Roman" w:cs="Times New Roman"/>
                <w:color w:val="000000"/>
                <w:szCs w:val="28"/>
                <w:lang w:val="ru-RU" w:eastAsia="ru-RU"/>
              </w:rPr>
              <w:t>4.9. Блок «Профессия графического дизайнера»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DB3B3C" w:rsidRPr="00DB3B3C" w:rsidRDefault="00664C5C" w:rsidP="00DF4F3A">
            <w:pPr>
              <w:spacing w:after="0" w:line="240" w:lineRule="auto"/>
              <w:ind w:firstLine="603"/>
              <w:rPr>
                <w:rFonts w:eastAsia="Times New Roman" w:cs="Times New Roman"/>
                <w:color w:val="000000"/>
                <w:szCs w:val="28"/>
                <w:lang w:val="ru-RU" w:eastAsia="ru-RU"/>
              </w:rPr>
            </w:pPr>
            <w:r>
              <w:rPr>
                <w:rFonts w:eastAsia="Times New Roman" w:cs="Times New Roman"/>
                <w:color w:val="000000"/>
                <w:szCs w:val="28"/>
                <w:lang w:val="ru-RU" w:eastAsia="ru-RU"/>
              </w:rPr>
              <w:t>19</w:t>
            </w:r>
          </w:p>
        </w:tc>
      </w:tr>
      <w:tr w:rsidR="00DB3B3C" w:rsidRPr="00DB3B3C" w:rsidTr="00931E52">
        <w:tc>
          <w:tcPr>
            <w:tcW w:w="8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DB3B3C" w:rsidRPr="00DB3B3C" w:rsidRDefault="00DB3B3C" w:rsidP="00DB3B3C">
            <w:pPr>
              <w:spacing w:after="0" w:line="240" w:lineRule="auto"/>
              <w:rPr>
                <w:rFonts w:eastAsia="Times New Roman" w:cs="Times New Roman"/>
                <w:color w:val="000000"/>
                <w:szCs w:val="28"/>
                <w:lang w:val="ru-RU" w:eastAsia="ru-RU"/>
              </w:rPr>
            </w:pPr>
            <w:r w:rsidRPr="00DB3B3C">
              <w:rPr>
                <w:rFonts w:eastAsia="Times New Roman" w:cs="Times New Roman"/>
                <w:color w:val="000000"/>
                <w:szCs w:val="28"/>
                <w:lang w:val="ru-RU" w:eastAsia="ru-RU"/>
              </w:rPr>
              <w:t>4.10. Итоговая рефлексия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DB3B3C" w:rsidRPr="00DB3B3C" w:rsidRDefault="00664C5C" w:rsidP="00DF4F3A">
            <w:pPr>
              <w:spacing w:after="0" w:line="240" w:lineRule="auto"/>
              <w:ind w:firstLine="603"/>
              <w:rPr>
                <w:rFonts w:eastAsia="Times New Roman" w:cs="Times New Roman"/>
                <w:color w:val="000000"/>
                <w:szCs w:val="28"/>
                <w:lang w:val="ru-RU" w:eastAsia="ru-RU"/>
              </w:rPr>
            </w:pPr>
            <w:r>
              <w:rPr>
                <w:rFonts w:eastAsia="Times New Roman" w:cs="Times New Roman"/>
                <w:color w:val="000000"/>
                <w:szCs w:val="28"/>
                <w:lang w:val="ru-RU" w:eastAsia="ru-RU"/>
              </w:rPr>
              <w:t>20</w:t>
            </w:r>
          </w:p>
        </w:tc>
      </w:tr>
      <w:tr w:rsidR="00DB3B3C" w:rsidRPr="00DB3B3C" w:rsidTr="00931E52">
        <w:tc>
          <w:tcPr>
            <w:tcW w:w="8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DB3B3C" w:rsidRPr="00DB3B3C" w:rsidRDefault="00DB3B3C" w:rsidP="00DB3B3C">
            <w:pPr>
              <w:spacing w:after="0" w:line="240" w:lineRule="auto"/>
              <w:rPr>
                <w:rFonts w:eastAsia="Times New Roman" w:cs="Times New Roman"/>
                <w:color w:val="000000"/>
                <w:szCs w:val="28"/>
                <w:lang w:val="ru-RU" w:eastAsia="ru-RU"/>
              </w:rPr>
            </w:pPr>
            <w:r w:rsidRPr="00DB3B3C">
              <w:rPr>
                <w:rFonts w:eastAsia="Times New Roman" w:cs="Times New Roman"/>
                <w:color w:val="000000"/>
                <w:szCs w:val="28"/>
                <w:lang w:val="ru-RU" w:eastAsia="ru-RU"/>
              </w:rPr>
              <w:t>4.11. Получение результата и сертификата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DB3B3C" w:rsidRPr="00DB3B3C" w:rsidRDefault="00664C5C" w:rsidP="00DF4F3A">
            <w:pPr>
              <w:spacing w:after="0" w:line="240" w:lineRule="auto"/>
              <w:ind w:firstLine="603"/>
              <w:rPr>
                <w:rFonts w:eastAsia="Times New Roman" w:cs="Times New Roman"/>
                <w:color w:val="000000"/>
                <w:szCs w:val="28"/>
                <w:lang w:val="ru-RU" w:eastAsia="ru-RU"/>
              </w:rPr>
            </w:pPr>
            <w:r>
              <w:rPr>
                <w:rFonts w:eastAsia="Times New Roman" w:cs="Times New Roman"/>
                <w:color w:val="000000"/>
                <w:szCs w:val="28"/>
                <w:lang w:val="ru-RU" w:eastAsia="ru-RU"/>
              </w:rPr>
              <w:t>21</w:t>
            </w:r>
          </w:p>
        </w:tc>
      </w:tr>
      <w:tr w:rsidR="00664C5C" w:rsidRPr="00DB3B3C" w:rsidTr="00931E52">
        <w:tc>
          <w:tcPr>
            <w:tcW w:w="8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664C5C" w:rsidRPr="00664C5C" w:rsidRDefault="00664C5C" w:rsidP="00664C5C">
            <w:pPr>
              <w:ind w:firstLine="601"/>
              <w:rPr>
                <w:bCs/>
                <w:lang w:val="ru-RU"/>
              </w:rPr>
            </w:pPr>
            <w:r w:rsidRPr="00664C5C">
              <w:rPr>
                <w:bCs/>
                <w:lang w:val="ru-RU"/>
              </w:rPr>
              <w:t>Итоги раздела</w:t>
            </w:r>
          </w:p>
          <w:p w:rsidR="00664C5C" w:rsidRPr="00DB3B3C" w:rsidRDefault="00664C5C" w:rsidP="00DB3B3C">
            <w:pPr>
              <w:spacing w:after="0" w:line="240" w:lineRule="auto"/>
              <w:rPr>
                <w:rFonts w:eastAsia="Times New Roman" w:cs="Times New Roman"/>
                <w:color w:val="000000"/>
                <w:szCs w:val="28"/>
                <w:lang w:val="ru-RU" w:eastAsia="ru-RU"/>
              </w:rPr>
            </w:pP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664C5C" w:rsidRDefault="00664C5C" w:rsidP="00DF4F3A">
            <w:pPr>
              <w:spacing w:after="0" w:line="240" w:lineRule="auto"/>
              <w:ind w:firstLine="603"/>
              <w:rPr>
                <w:rFonts w:eastAsia="Times New Roman" w:cs="Times New Roman"/>
                <w:color w:val="000000"/>
                <w:szCs w:val="28"/>
                <w:lang w:val="ru-RU" w:eastAsia="ru-RU"/>
              </w:rPr>
            </w:pPr>
            <w:r>
              <w:rPr>
                <w:rFonts w:eastAsia="Times New Roman" w:cs="Times New Roman"/>
                <w:color w:val="000000"/>
                <w:szCs w:val="28"/>
                <w:lang w:val="ru-RU" w:eastAsia="ru-RU"/>
              </w:rPr>
              <w:lastRenderedPageBreak/>
              <w:t>21</w:t>
            </w:r>
          </w:p>
        </w:tc>
      </w:tr>
      <w:tr w:rsidR="00DB3B3C" w:rsidRPr="00DB3B3C" w:rsidTr="00931E52">
        <w:tc>
          <w:tcPr>
            <w:tcW w:w="8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DB3B3C" w:rsidRPr="00DB3B3C" w:rsidRDefault="00DB3B3C" w:rsidP="00DB3B3C">
            <w:pPr>
              <w:spacing w:after="0" w:line="240" w:lineRule="auto"/>
              <w:rPr>
                <w:rFonts w:eastAsia="Times New Roman" w:cs="Times New Roman"/>
                <w:color w:val="000000"/>
                <w:szCs w:val="28"/>
                <w:lang w:val="ru-RU" w:eastAsia="ru-RU"/>
              </w:rPr>
            </w:pPr>
            <w:r w:rsidRPr="00DB3B3C">
              <w:rPr>
                <w:rFonts w:eastAsia="Times New Roman" w:cs="Times New Roman"/>
                <w:b/>
                <w:bCs/>
                <w:color w:val="000000"/>
                <w:szCs w:val="28"/>
                <w:lang w:val="ru-RU" w:eastAsia="ru-RU"/>
              </w:rPr>
              <w:lastRenderedPageBreak/>
              <w:t>5. Методические рекомендации наставнику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DB3B3C" w:rsidRPr="00DB3B3C" w:rsidRDefault="00DB3B3C" w:rsidP="00DF4F3A">
            <w:pPr>
              <w:spacing w:after="0" w:line="240" w:lineRule="auto"/>
              <w:ind w:firstLine="603"/>
              <w:rPr>
                <w:rFonts w:eastAsia="Times New Roman" w:cs="Times New Roman"/>
                <w:color w:val="000000"/>
                <w:szCs w:val="28"/>
                <w:lang w:val="ru-RU" w:eastAsia="ru-RU"/>
              </w:rPr>
            </w:pPr>
          </w:p>
        </w:tc>
      </w:tr>
      <w:tr w:rsidR="00DB3B3C" w:rsidRPr="00AD3CD8" w:rsidTr="00931E52">
        <w:tc>
          <w:tcPr>
            <w:tcW w:w="8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DB3B3C" w:rsidRPr="00DB3B3C" w:rsidRDefault="00DB3B3C" w:rsidP="00DB3B3C">
            <w:pPr>
              <w:spacing w:after="0" w:line="240" w:lineRule="auto"/>
              <w:rPr>
                <w:rFonts w:eastAsia="Times New Roman" w:cs="Times New Roman"/>
                <w:color w:val="000000"/>
                <w:szCs w:val="28"/>
                <w:lang w:val="ru-RU" w:eastAsia="ru-RU"/>
              </w:rPr>
            </w:pPr>
            <w:r w:rsidRPr="00DB3B3C">
              <w:rPr>
                <w:rFonts w:eastAsia="Times New Roman" w:cs="Times New Roman"/>
                <w:color w:val="000000"/>
                <w:szCs w:val="28"/>
                <w:lang w:val="ru-RU" w:eastAsia="ru-RU"/>
              </w:rPr>
              <w:t>5.1. Подготовка к проведению профессиональной пробы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DB3B3C" w:rsidRPr="00DB3B3C" w:rsidRDefault="00664C5C" w:rsidP="00DF4F3A">
            <w:pPr>
              <w:spacing w:after="0" w:line="240" w:lineRule="auto"/>
              <w:ind w:firstLine="603"/>
              <w:rPr>
                <w:rFonts w:eastAsia="Times New Roman" w:cs="Times New Roman"/>
                <w:color w:val="000000"/>
                <w:szCs w:val="28"/>
                <w:lang w:val="ru-RU" w:eastAsia="ru-RU"/>
              </w:rPr>
            </w:pPr>
            <w:r>
              <w:rPr>
                <w:rFonts w:eastAsia="Times New Roman" w:cs="Times New Roman"/>
                <w:color w:val="000000"/>
                <w:szCs w:val="28"/>
                <w:lang w:val="ru-RU" w:eastAsia="ru-RU"/>
              </w:rPr>
              <w:t>22</w:t>
            </w:r>
          </w:p>
        </w:tc>
      </w:tr>
      <w:tr w:rsidR="00DB3B3C" w:rsidRPr="00AD3CD8" w:rsidTr="00931E52">
        <w:tc>
          <w:tcPr>
            <w:tcW w:w="8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DB3B3C" w:rsidRPr="00DB3B3C" w:rsidRDefault="00DB3B3C" w:rsidP="00DB3B3C">
            <w:pPr>
              <w:spacing w:after="0" w:line="240" w:lineRule="auto"/>
              <w:rPr>
                <w:rFonts w:eastAsia="Times New Roman" w:cs="Times New Roman"/>
                <w:color w:val="000000"/>
                <w:szCs w:val="28"/>
                <w:lang w:val="ru-RU" w:eastAsia="ru-RU"/>
              </w:rPr>
            </w:pPr>
            <w:r w:rsidRPr="00DB3B3C">
              <w:rPr>
                <w:rFonts w:eastAsia="Times New Roman" w:cs="Times New Roman"/>
                <w:color w:val="000000"/>
                <w:szCs w:val="28"/>
                <w:lang w:val="ru-RU" w:eastAsia="ru-RU"/>
              </w:rPr>
              <w:t>5.2. Рекомендации по сопровождению игровых этапов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DB3B3C" w:rsidRPr="00DB3B3C" w:rsidRDefault="00664C5C" w:rsidP="00DF4F3A">
            <w:pPr>
              <w:spacing w:after="0" w:line="240" w:lineRule="auto"/>
              <w:ind w:firstLine="603"/>
              <w:rPr>
                <w:rFonts w:eastAsia="Times New Roman" w:cs="Times New Roman"/>
                <w:color w:val="000000"/>
                <w:szCs w:val="28"/>
                <w:lang w:val="ru-RU" w:eastAsia="ru-RU"/>
              </w:rPr>
            </w:pPr>
            <w:r>
              <w:rPr>
                <w:rFonts w:eastAsia="Times New Roman" w:cs="Times New Roman"/>
                <w:color w:val="000000"/>
                <w:szCs w:val="28"/>
                <w:lang w:val="ru-RU" w:eastAsia="ru-RU"/>
              </w:rPr>
              <w:t>22</w:t>
            </w:r>
          </w:p>
        </w:tc>
      </w:tr>
      <w:tr w:rsidR="00DB3B3C" w:rsidRPr="00AD3CD8" w:rsidTr="00931E52">
        <w:tc>
          <w:tcPr>
            <w:tcW w:w="8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DB3B3C" w:rsidRPr="00DB3B3C" w:rsidRDefault="00DB3B3C" w:rsidP="00DB3B3C">
            <w:pPr>
              <w:spacing w:after="0" w:line="240" w:lineRule="auto"/>
              <w:rPr>
                <w:rFonts w:eastAsia="Times New Roman" w:cs="Times New Roman"/>
                <w:color w:val="000000"/>
                <w:szCs w:val="28"/>
                <w:lang w:val="ru-RU" w:eastAsia="ru-RU"/>
              </w:rPr>
            </w:pPr>
            <w:r w:rsidRPr="00DB3B3C">
              <w:rPr>
                <w:rFonts w:eastAsia="Times New Roman" w:cs="Times New Roman"/>
                <w:color w:val="000000"/>
                <w:szCs w:val="28"/>
                <w:lang w:val="ru-RU" w:eastAsia="ru-RU"/>
              </w:rPr>
              <w:t>5.3. Работа с участниками разного уровня подготовки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DB3B3C" w:rsidRPr="00DB3B3C" w:rsidRDefault="00664C5C" w:rsidP="00664C5C">
            <w:pPr>
              <w:spacing w:after="0" w:line="240" w:lineRule="auto"/>
              <w:ind w:firstLine="603"/>
              <w:rPr>
                <w:rFonts w:eastAsia="Times New Roman" w:cs="Times New Roman"/>
                <w:color w:val="000000"/>
                <w:szCs w:val="28"/>
                <w:lang w:val="ru-RU" w:eastAsia="ru-RU"/>
              </w:rPr>
            </w:pPr>
            <w:r>
              <w:rPr>
                <w:rFonts w:eastAsia="Times New Roman" w:cs="Times New Roman"/>
                <w:color w:val="000000"/>
                <w:szCs w:val="28"/>
                <w:lang w:val="ru-RU" w:eastAsia="ru-RU"/>
              </w:rPr>
              <w:t>22</w:t>
            </w:r>
          </w:p>
        </w:tc>
      </w:tr>
      <w:tr w:rsidR="00DB3B3C" w:rsidRPr="00AD3CD8" w:rsidTr="00931E52">
        <w:tc>
          <w:tcPr>
            <w:tcW w:w="8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DB3B3C" w:rsidRPr="00DB3B3C" w:rsidRDefault="00DB3B3C" w:rsidP="00DB3B3C">
            <w:pPr>
              <w:spacing w:after="0" w:line="240" w:lineRule="auto"/>
              <w:rPr>
                <w:rFonts w:eastAsia="Times New Roman" w:cs="Times New Roman"/>
                <w:color w:val="000000"/>
                <w:szCs w:val="28"/>
                <w:lang w:val="ru-RU" w:eastAsia="ru-RU"/>
              </w:rPr>
            </w:pPr>
            <w:r w:rsidRPr="00DB3B3C">
              <w:rPr>
                <w:rFonts w:eastAsia="Times New Roman" w:cs="Times New Roman"/>
                <w:color w:val="000000"/>
                <w:szCs w:val="28"/>
                <w:lang w:val="ru-RU" w:eastAsia="ru-RU"/>
              </w:rPr>
              <w:t>5.4. Организация обсуждения и обратной связи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DB3B3C" w:rsidRPr="00DB3B3C" w:rsidRDefault="00664C5C" w:rsidP="00664C5C">
            <w:pPr>
              <w:spacing w:after="0" w:line="240" w:lineRule="auto"/>
              <w:ind w:firstLine="603"/>
              <w:rPr>
                <w:rFonts w:eastAsia="Times New Roman" w:cs="Times New Roman"/>
                <w:color w:val="000000"/>
                <w:szCs w:val="28"/>
                <w:lang w:val="ru-RU" w:eastAsia="ru-RU"/>
              </w:rPr>
            </w:pPr>
            <w:r>
              <w:rPr>
                <w:rFonts w:eastAsia="Times New Roman" w:cs="Times New Roman"/>
                <w:color w:val="000000"/>
                <w:szCs w:val="28"/>
                <w:lang w:val="ru-RU" w:eastAsia="ru-RU"/>
              </w:rPr>
              <w:t>22</w:t>
            </w:r>
          </w:p>
        </w:tc>
      </w:tr>
      <w:tr w:rsidR="00DB3B3C" w:rsidRPr="00AD3CD8" w:rsidTr="00931E52">
        <w:tc>
          <w:tcPr>
            <w:tcW w:w="8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DB3B3C" w:rsidRPr="00DB3B3C" w:rsidRDefault="00DB3B3C" w:rsidP="00DB3B3C">
            <w:pPr>
              <w:spacing w:after="0" w:line="240" w:lineRule="auto"/>
              <w:rPr>
                <w:rFonts w:eastAsia="Times New Roman" w:cs="Times New Roman"/>
                <w:color w:val="000000"/>
                <w:szCs w:val="28"/>
                <w:lang w:val="ru-RU" w:eastAsia="ru-RU"/>
              </w:rPr>
            </w:pPr>
            <w:r w:rsidRPr="00DB3B3C">
              <w:rPr>
                <w:rFonts w:eastAsia="Times New Roman" w:cs="Times New Roman"/>
                <w:color w:val="000000"/>
                <w:szCs w:val="28"/>
                <w:lang w:val="ru-RU" w:eastAsia="ru-RU"/>
              </w:rPr>
              <w:t>5.5. Возможные трудности и способы их преодоления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DB3B3C" w:rsidRPr="00DB3B3C" w:rsidRDefault="00664C5C" w:rsidP="00664C5C">
            <w:pPr>
              <w:spacing w:after="0" w:line="240" w:lineRule="auto"/>
              <w:ind w:firstLine="603"/>
              <w:rPr>
                <w:rFonts w:eastAsia="Times New Roman" w:cs="Times New Roman"/>
                <w:color w:val="000000"/>
                <w:szCs w:val="28"/>
                <w:lang w:val="ru-RU" w:eastAsia="ru-RU"/>
              </w:rPr>
            </w:pPr>
            <w:r>
              <w:rPr>
                <w:rFonts w:eastAsia="Times New Roman" w:cs="Times New Roman"/>
                <w:color w:val="000000"/>
                <w:szCs w:val="28"/>
                <w:lang w:val="ru-RU" w:eastAsia="ru-RU"/>
              </w:rPr>
              <w:t>22</w:t>
            </w:r>
          </w:p>
        </w:tc>
      </w:tr>
      <w:tr w:rsidR="00DB3B3C" w:rsidRPr="00DB3B3C" w:rsidTr="00931E52">
        <w:tc>
          <w:tcPr>
            <w:tcW w:w="8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DB3B3C" w:rsidRPr="00DB3B3C" w:rsidRDefault="00DB3B3C" w:rsidP="00DB3B3C">
            <w:pPr>
              <w:spacing w:after="0" w:line="240" w:lineRule="auto"/>
              <w:rPr>
                <w:rFonts w:eastAsia="Times New Roman" w:cs="Times New Roman"/>
                <w:color w:val="000000"/>
                <w:szCs w:val="28"/>
                <w:lang w:val="ru-RU" w:eastAsia="ru-RU"/>
              </w:rPr>
            </w:pPr>
            <w:r w:rsidRPr="00DB3B3C">
              <w:rPr>
                <w:rFonts w:eastAsia="Times New Roman" w:cs="Times New Roman"/>
                <w:b/>
                <w:bCs/>
                <w:color w:val="000000"/>
                <w:szCs w:val="28"/>
                <w:lang w:val="ru-RU" w:eastAsia="ru-RU"/>
              </w:rPr>
              <w:t>6. Система оценки результатов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DB3B3C" w:rsidRPr="00DB3B3C" w:rsidRDefault="00DB3B3C" w:rsidP="00664C5C">
            <w:pPr>
              <w:spacing w:after="0" w:line="240" w:lineRule="auto"/>
              <w:ind w:firstLine="603"/>
              <w:rPr>
                <w:rFonts w:eastAsia="Times New Roman" w:cs="Times New Roman"/>
                <w:color w:val="000000"/>
                <w:szCs w:val="28"/>
                <w:lang w:val="ru-RU" w:eastAsia="ru-RU"/>
              </w:rPr>
            </w:pPr>
          </w:p>
        </w:tc>
      </w:tr>
      <w:tr w:rsidR="00DB3B3C" w:rsidRPr="00DB3B3C" w:rsidTr="00931E52">
        <w:tc>
          <w:tcPr>
            <w:tcW w:w="8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DB3B3C" w:rsidRPr="00DB3B3C" w:rsidRDefault="00DB3B3C" w:rsidP="00DB3B3C">
            <w:pPr>
              <w:spacing w:after="0" w:line="240" w:lineRule="auto"/>
              <w:rPr>
                <w:rFonts w:eastAsia="Times New Roman" w:cs="Times New Roman"/>
                <w:color w:val="000000"/>
                <w:szCs w:val="28"/>
                <w:lang w:val="ru-RU" w:eastAsia="ru-RU"/>
              </w:rPr>
            </w:pPr>
            <w:r w:rsidRPr="00DB3B3C">
              <w:rPr>
                <w:rFonts w:eastAsia="Times New Roman" w:cs="Times New Roman"/>
                <w:color w:val="000000"/>
                <w:szCs w:val="28"/>
                <w:lang w:val="ru-RU" w:eastAsia="ru-RU"/>
              </w:rPr>
              <w:t>6.1. Принципы оценивания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DB3B3C" w:rsidRPr="00DB3B3C" w:rsidRDefault="00B4762E" w:rsidP="00664C5C">
            <w:pPr>
              <w:spacing w:after="0" w:line="240" w:lineRule="auto"/>
              <w:ind w:firstLine="603"/>
              <w:rPr>
                <w:rFonts w:eastAsia="Times New Roman" w:cs="Times New Roman"/>
                <w:color w:val="000000"/>
                <w:szCs w:val="28"/>
                <w:lang w:val="ru-RU" w:eastAsia="ru-RU"/>
              </w:rPr>
            </w:pPr>
            <w:r>
              <w:rPr>
                <w:rFonts w:eastAsia="Times New Roman" w:cs="Times New Roman"/>
                <w:color w:val="000000"/>
                <w:szCs w:val="28"/>
                <w:lang w:val="ru-RU" w:eastAsia="ru-RU"/>
              </w:rPr>
              <w:t>23</w:t>
            </w:r>
          </w:p>
        </w:tc>
      </w:tr>
      <w:tr w:rsidR="00DB3B3C" w:rsidRPr="00DB3B3C" w:rsidTr="00931E52">
        <w:tc>
          <w:tcPr>
            <w:tcW w:w="8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DB3B3C" w:rsidRPr="00DB3B3C" w:rsidRDefault="00DB3B3C" w:rsidP="00DB3B3C">
            <w:pPr>
              <w:spacing w:after="0" w:line="240" w:lineRule="auto"/>
              <w:rPr>
                <w:rFonts w:eastAsia="Times New Roman" w:cs="Times New Roman"/>
                <w:color w:val="000000"/>
                <w:szCs w:val="28"/>
                <w:lang w:val="ru-RU" w:eastAsia="ru-RU"/>
              </w:rPr>
            </w:pPr>
            <w:r w:rsidRPr="00DB3B3C">
              <w:rPr>
                <w:rFonts w:eastAsia="Times New Roman" w:cs="Times New Roman"/>
                <w:color w:val="000000"/>
                <w:szCs w:val="28"/>
                <w:lang w:val="ru-RU" w:eastAsia="ru-RU"/>
              </w:rPr>
              <w:t>6.2. Критерии и показатели оценки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DB3B3C" w:rsidRPr="00DB3B3C" w:rsidRDefault="00B4762E" w:rsidP="00664C5C">
            <w:pPr>
              <w:spacing w:after="0" w:line="240" w:lineRule="auto"/>
              <w:ind w:firstLine="603"/>
              <w:rPr>
                <w:rFonts w:eastAsia="Times New Roman" w:cs="Times New Roman"/>
                <w:color w:val="000000"/>
                <w:szCs w:val="28"/>
                <w:lang w:val="ru-RU" w:eastAsia="ru-RU"/>
              </w:rPr>
            </w:pPr>
            <w:r>
              <w:rPr>
                <w:rFonts w:eastAsia="Times New Roman" w:cs="Times New Roman"/>
                <w:color w:val="000000"/>
                <w:szCs w:val="28"/>
                <w:lang w:val="ru-RU" w:eastAsia="ru-RU"/>
              </w:rPr>
              <w:t>23</w:t>
            </w:r>
          </w:p>
        </w:tc>
      </w:tr>
      <w:tr w:rsidR="00DB3B3C" w:rsidRPr="00AD3CD8" w:rsidTr="00931E52">
        <w:tc>
          <w:tcPr>
            <w:tcW w:w="8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DB3B3C" w:rsidRPr="00DB3B3C" w:rsidRDefault="00DB3B3C" w:rsidP="00DB3B3C">
            <w:pPr>
              <w:spacing w:after="0" w:line="240" w:lineRule="auto"/>
              <w:rPr>
                <w:rFonts w:eastAsia="Times New Roman" w:cs="Times New Roman"/>
                <w:color w:val="000000"/>
                <w:szCs w:val="28"/>
                <w:lang w:val="ru-RU" w:eastAsia="ru-RU"/>
              </w:rPr>
            </w:pPr>
            <w:r w:rsidRPr="00DB3B3C">
              <w:rPr>
                <w:rFonts w:eastAsia="Times New Roman" w:cs="Times New Roman"/>
                <w:color w:val="000000"/>
                <w:szCs w:val="28"/>
                <w:lang w:val="ru-RU" w:eastAsia="ru-RU"/>
              </w:rPr>
              <w:t>6.3. Карта соответствия игровых этапов профессиональным компетенциям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DB3B3C" w:rsidRPr="00DB3B3C" w:rsidRDefault="00B4762E" w:rsidP="00664C5C">
            <w:pPr>
              <w:spacing w:after="0" w:line="240" w:lineRule="auto"/>
              <w:ind w:firstLine="603"/>
              <w:rPr>
                <w:rFonts w:eastAsia="Times New Roman" w:cs="Times New Roman"/>
                <w:color w:val="000000"/>
                <w:szCs w:val="28"/>
                <w:lang w:val="ru-RU" w:eastAsia="ru-RU"/>
              </w:rPr>
            </w:pPr>
            <w:r>
              <w:rPr>
                <w:rFonts w:eastAsia="Times New Roman" w:cs="Times New Roman"/>
                <w:color w:val="000000"/>
                <w:szCs w:val="28"/>
                <w:lang w:val="ru-RU" w:eastAsia="ru-RU"/>
              </w:rPr>
              <w:t>23</w:t>
            </w:r>
          </w:p>
        </w:tc>
      </w:tr>
      <w:tr w:rsidR="00DB3B3C" w:rsidRPr="00DB3B3C" w:rsidTr="00931E52">
        <w:tc>
          <w:tcPr>
            <w:tcW w:w="8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DB3B3C" w:rsidRPr="00DB3B3C" w:rsidRDefault="00DB3B3C" w:rsidP="00DB3B3C">
            <w:pPr>
              <w:spacing w:after="0" w:line="240" w:lineRule="auto"/>
              <w:rPr>
                <w:rFonts w:eastAsia="Times New Roman" w:cs="Times New Roman"/>
                <w:color w:val="000000"/>
                <w:szCs w:val="28"/>
                <w:lang w:val="ru-RU" w:eastAsia="ru-RU"/>
              </w:rPr>
            </w:pPr>
            <w:r w:rsidRPr="00DB3B3C">
              <w:rPr>
                <w:rFonts w:eastAsia="Times New Roman" w:cs="Times New Roman"/>
                <w:color w:val="000000"/>
                <w:szCs w:val="28"/>
                <w:lang w:val="ru-RU" w:eastAsia="ru-RU"/>
              </w:rPr>
              <w:t xml:space="preserve">6.4. </w:t>
            </w:r>
            <w:r w:rsidR="00B4762E" w:rsidRPr="00B4762E">
              <w:rPr>
                <w:rFonts w:eastAsia="Times New Roman" w:cs="Times New Roman"/>
                <w:color w:val="000000"/>
                <w:szCs w:val="28"/>
                <w:lang w:val="ru-RU" w:eastAsia="ru-RU"/>
              </w:rPr>
              <w:t>Лист самооценки участника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DB3B3C" w:rsidRPr="00DB3B3C" w:rsidRDefault="00B4762E" w:rsidP="00664C5C">
            <w:pPr>
              <w:spacing w:after="0" w:line="240" w:lineRule="auto"/>
              <w:ind w:firstLine="603"/>
              <w:rPr>
                <w:rFonts w:eastAsia="Times New Roman" w:cs="Times New Roman"/>
                <w:color w:val="000000"/>
                <w:szCs w:val="28"/>
                <w:lang w:val="ru-RU" w:eastAsia="ru-RU"/>
              </w:rPr>
            </w:pPr>
            <w:r>
              <w:rPr>
                <w:rFonts w:eastAsia="Times New Roman" w:cs="Times New Roman"/>
                <w:color w:val="000000"/>
                <w:szCs w:val="28"/>
                <w:lang w:val="ru-RU" w:eastAsia="ru-RU"/>
              </w:rPr>
              <w:t>24</w:t>
            </w:r>
          </w:p>
        </w:tc>
      </w:tr>
      <w:tr w:rsidR="00DB3B3C" w:rsidRPr="00DB3B3C" w:rsidTr="00931E52">
        <w:tc>
          <w:tcPr>
            <w:tcW w:w="8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DB3B3C" w:rsidRPr="00DB3B3C" w:rsidRDefault="00DB3B3C" w:rsidP="00DB3B3C">
            <w:pPr>
              <w:spacing w:after="0" w:line="240" w:lineRule="auto"/>
              <w:rPr>
                <w:rFonts w:eastAsia="Times New Roman" w:cs="Times New Roman"/>
                <w:color w:val="000000"/>
                <w:szCs w:val="28"/>
                <w:lang w:val="ru-RU" w:eastAsia="ru-RU"/>
              </w:rPr>
            </w:pPr>
            <w:r w:rsidRPr="00DB3B3C">
              <w:rPr>
                <w:rFonts w:eastAsia="Times New Roman" w:cs="Times New Roman"/>
                <w:color w:val="000000"/>
                <w:szCs w:val="28"/>
                <w:lang w:val="ru-RU" w:eastAsia="ru-RU"/>
              </w:rPr>
              <w:t xml:space="preserve">6.5. </w:t>
            </w:r>
            <w:r w:rsidR="00B4762E" w:rsidRPr="00B4762E">
              <w:rPr>
                <w:rFonts w:eastAsia="Times New Roman" w:cs="Times New Roman"/>
                <w:color w:val="000000"/>
                <w:szCs w:val="28"/>
                <w:lang w:val="ru-RU" w:eastAsia="ru-RU"/>
              </w:rPr>
              <w:t>Интерпретация результатов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DB3B3C" w:rsidRPr="00DB3B3C" w:rsidRDefault="00B4762E" w:rsidP="00664C5C">
            <w:pPr>
              <w:spacing w:after="0" w:line="240" w:lineRule="auto"/>
              <w:ind w:firstLine="603"/>
              <w:rPr>
                <w:rFonts w:eastAsia="Times New Roman" w:cs="Times New Roman"/>
                <w:color w:val="000000"/>
                <w:szCs w:val="28"/>
                <w:lang w:val="ru-RU" w:eastAsia="ru-RU"/>
              </w:rPr>
            </w:pPr>
            <w:r>
              <w:rPr>
                <w:rFonts w:eastAsia="Times New Roman" w:cs="Times New Roman"/>
                <w:color w:val="000000"/>
                <w:szCs w:val="28"/>
                <w:lang w:val="ru-RU" w:eastAsia="ru-RU"/>
              </w:rPr>
              <w:t>24</w:t>
            </w:r>
          </w:p>
        </w:tc>
      </w:tr>
      <w:tr w:rsidR="00DB3B3C" w:rsidRPr="00DB3B3C" w:rsidTr="00931E52">
        <w:tc>
          <w:tcPr>
            <w:tcW w:w="8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DB3B3C" w:rsidRPr="00DB3B3C" w:rsidRDefault="00DB3B3C" w:rsidP="00DB3B3C">
            <w:pPr>
              <w:spacing w:after="0" w:line="240" w:lineRule="auto"/>
              <w:rPr>
                <w:rFonts w:eastAsia="Times New Roman" w:cs="Times New Roman"/>
                <w:color w:val="000000"/>
                <w:szCs w:val="28"/>
                <w:lang w:val="ru-RU" w:eastAsia="ru-RU"/>
              </w:rPr>
            </w:pPr>
            <w:r w:rsidRPr="00DB3B3C">
              <w:rPr>
                <w:rFonts w:eastAsia="Times New Roman" w:cs="Times New Roman"/>
                <w:b/>
                <w:bCs/>
                <w:color w:val="000000"/>
                <w:szCs w:val="28"/>
                <w:lang w:val="ru-RU" w:eastAsia="ru-RU"/>
              </w:rPr>
              <w:t>7. Инфраструктурный лист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DB3B3C" w:rsidRPr="00DB3B3C" w:rsidRDefault="00DB3B3C" w:rsidP="00664C5C">
            <w:pPr>
              <w:spacing w:after="0" w:line="240" w:lineRule="auto"/>
              <w:ind w:firstLine="603"/>
              <w:rPr>
                <w:rFonts w:eastAsia="Times New Roman" w:cs="Times New Roman"/>
                <w:color w:val="000000"/>
                <w:szCs w:val="28"/>
                <w:lang w:val="ru-RU" w:eastAsia="ru-RU"/>
              </w:rPr>
            </w:pPr>
          </w:p>
        </w:tc>
      </w:tr>
      <w:tr w:rsidR="00DB3B3C" w:rsidRPr="00DB3B3C" w:rsidTr="00931E52">
        <w:tc>
          <w:tcPr>
            <w:tcW w:w="8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DB3B3C" w:rsidRPr="00DB3B3C" w:rsidRDefault="00DB3B3C" w:rsidP="00DB3B3C">
            <w:pPr>
              <w:spacing w:after="0" w:line="240" w:lineRule="auto"/>
              <w:rPr>
                <w:rFonts w:eastAsia="Times New Roman" w:cs="Times New Roman"/>
                <w:color w:val="000000"/>
                <w:szCs w:val="28"/>
                <w:lang w:val="ru-RU" w:eastAsia="ru-RU"/>
              </w:rPr>
            </w:pPr>
            <w:r w:rsidRPr="00DB3B3C">
              <w:rPr>
                <w:rFonts w:eastAsia="Times New Roman" w:cs="Times New Roman"/>
                <w:color w:val="000000"/>
                <w:szCs w:val="28"/>
                <w:lang w:val="ru-RU" w:eastAsia="ru-RU"/>
              </w:rPr>
              <w:t>7.1. Требования к помещению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DB3B3C" w:rsidRPr="00DB3B3C" w:rsidRDefault="00B4762E" w:rsidP="00664C5C">
            <w:pPr>
              <w:spacing w:after="0" w:line="240" w:lineRule="auto"/>
              <w:ind w:firstLine="603"/>
              <w:rPr>
                <w:rFonts w:eastAsia="Times New Roman" w:cs="Times New Roman"/>
                <w:color w:val="000000"/>
                <w:szCs w:val="28"/>
                <w:lang w:val="ru-RU" w:eastAsia="ru-RU"/>
              </w:rPr>
            </w:pPr>
            <w:r>
              <w:rPr>
                <w:rFonts w:eastAsia="Times New Roman" w:cs="Times New Roman"/>
                <w:color w:val="000000"/>
                <w:szCs w:val="28"/>
                <w:lang w:val="ru-RU" w:eastAsia="ru-RU"/>
              </w:rPr>
              <w:t>24</w:t>
            </w:r>
          </w:p>
        </w:tc>
      </w:tr>
      <w:tr w:rsidR="00DB3B3C" w:rsidRPr="00DB3B3C" w:rsidTr="00931E52">
        <w:tc>
          <w:tcPr>
            <w:tcW w:w="8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DB3B3C" w:rsidRPr="00DB3B3C" w:rsidRDefault="00DB3B3C" w:rsidP="00DB3B3C">
            <w:pPr>
              <w:spacing w:after="0" w:line="240" w:lineRule="auto"/>
              <w:rPr>
                <w:rFonts w:eastAsia="Times New Roman" w:cs="Times New Roman"/>
                <w:color w:val="000000"/>
                <w:szCs w:val="28"/>
                <w:lang w:val="ru-RU" w:eastAsia="ru-RU"/>
              </w:rPr>
            </w:pPr>
            <w:r w:rsidRPr="00DB3B3C">
              <w:rPr>
                <w:rFonts w:eastAsia="Times New Roman" w:cs="Times New Roman"/>
                <w:color w:val="000000"/>
                <w:szCs w:val="28"/>
                <w:lang w:val="ru-RU" w:eastAsia="ru-RU"/>
              </w:rPr>
              <w:t>7.2. Оборудование и программное обеспечение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DB3B3C" w:rsidRPr="00DB3B3C" w:rsidRDefault="00B4762E" w:rsidP="00664C5C">
            <w:pPr>
              <w:spacing w:after="0" w:line="240" w:lineRule="auto"/>
              <w:ind w:firstLine="603"/>
              <w:rPr>
                <w:rFonts w:eastAsia="Times New Roman" w:cs="Times New Roman"/>
                <w:color w:val="000000"/>
                <w:szCs w:val="28"/>
                <w:lang w:val="ru-RU" w:eastAsia="ru-RU"/>
              </w:rPr>
            </w:pPr>
            <w:r>
              <w:rPr>
                <w:rFonts w:eastAsia="Times New Roman" w:cs="Times New Roman"/>
                <w:color w:val="000000"/>
                <w:szCs w:val="28"/>
                <w:lang w:val="ru-RU" w:eastAsia="ru-RU"/>
              </w:rPr>
              <w:t>24</w:t>
            </w:r>
          </w:p>
        </w:tc>
      </w:tr>
      <w:tr w:rsidR="00DB3B3C" w:rsidRPr="00DB3B3C" w:rsidTr="00931E52">
        <w:tc>
          <w:tcPr>
            <w:tcW w:w="8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DB3B3C" w:rsidRPr="00DB3B3C" w:rsidRDefault="00DB3B3C" w:rsidP="00DB3B3C">
            <w:pPr>
              <w:spacing w:after="0" w:line="240" w:lineRule="auto"/>
              <w:rPr>
                <w:rFonts w:eastAsia="Times New Roman" w:cs="Times New Roman"/>
                <w:color w:val="000000"/>
                <w:szCs w:val="28"/>
                <w:lang w:val="ru-RU" w:eastAsia="ru-RU"/>
              </w:rPr>
            </w:pPr>
            <w:r w:rsidRPr="00DB3B3C">
              <w:rPr>
                <w:rFonts w:eastAsia="Times New Roman" w:cs="Times New Roman"/>
                <w:color w:val="000000"/>
                <w:szCs w:val="28"/>
                <w:lang w:val="ru-RU" w:eastAsia="ru-RU"/>
              </w:rPr>
              <w:t>7.3. Расходные и раздаточные материалы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DB3B3C" w:rsidRPr="00DB3B3C" w:rsidRDefault="00B4762E" w:rsidP="00664C5C">
            <w:pPr>
              <w:spacing w:after="0" w:line="240" w:lineRule="auto"/>
              <w:ind w:firstLine="603"/>
              <w:rPr>
                <w:rFonts w:eastAsia="Times New Roman" w:cs="Times New Roman"/>
                <w:color w:val="000000"/>
                <w:szCs w:val="28"/>
                <w:lang w:val="ru-RU" w:eastAsia="ru-RU"/>
              </w:rPr>
            </w:pPr>
            <w:r>
              <w:rPr>
                <w:rFonts w:eastAsia="Times New Roman" w:cs="Times New Roman"/>
                <w:color w:val="000000"/>
                <w:szCs w:val="28"/>
                <w:lang w:val="ru-RU" w:eastAsia="ru-RU"/>
              </w:rPr>
              <w:t>25</w:t>
            </w:r>
          </w:p>
        </w:tc>
      </w:tr>
      <w:tr w:rsidR="00DB3B3C" w:rsidRPr="00DB3B3C" w:rsidTr="00931E52">
        <w:tc>
          <w:tcPr>
            <w:tcW w:w="8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DB3B3C" w:rsidRPr="00DB3B3C" w:rsidRDefault="00DB3B3C" w:rsidP="00DB3B3C">
            <w:pPr>
              <w:spacing w:after="0" w:line="240" w:lineRule="auto"/>
              <w:rPr>
                <w:rFonts w:eastAsia="Times New Roman" w:cs="Times New Roman"/>
                <w:color w:val="000000"/>
                <w:szCs w:val="28"/>
                <w:lang w:val="ru-RU" w:eastAsia="ru-RU"/>
              </w:rPr>
            </w:pPr>
            <w:r w:rsidRPr="00DB3B3C">
              <w:rPr>
                <w:rFonts w:eastAsia="Times New Roman" w:cs="Times New Roman"/>
                <w:color w:val="000000"/>
                <w:szCs w:val="28"/>
                <w:lang w:val="ru-RU" w:eastAsia="ru-RU"/>
              </w:rPr>
              <w:t>7.4. Подготовка рабочих мест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DB3B3C" w:rsidRPr="00DB3B3C" w:rsidRDefault="00B4762E" w:rsidP="00664C5C">
            <w:pPr>
              <w:spacing w:after="0" w:line="240" w:lineRule="auto"/>
              <w:ind w:firstLine="603"/>
              <w:rPr>
                <w:rFonts w:eastAsia="Times New Roman" w:cs="Times New Roman"/>
                <w:color w:val="000000"/>
                <w:szCs w:val="28"/>
                <w:lang w:val="ru-RU" w:eastAsia="ru-RU"/>
              </w:rPr>
            </w:pPr>
            <w:r>
              <w:rPr>
                <w:rFonts w:eastAsia="Times New Roman" w:cs="Times New Roman"/>
                <w:color w:val="000000"/>
                <w:szCs w:val="28"/>
                <w:lang w:val="ru-RU" w:eastAsia="ru-RU"/>
              </w:rPr>
              <w:t>25</w:t>
            </w:r>
          </w:p>
        </w:tc>
      </w:tr>
      <w:tr w:rsidR="00DB3B3C" w:rsidRPr="00DB3B3C" w:rsidTr="00931E52">
        <w:tc>
          <w:tcPr>
            <w:tcW w:w="8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DB3B3C" w:rsidRPr="00DB3B3C" w:rsidRDefault="00DB3B3C" w:rsidP="00DB3B3C">
            <w:pPr>
              <w:spacing w:after="0" w:line="240" w:lineRule="auto"/>
              <w:rPr>
                <w:rFonts w:eastAsia="Times New Roman" w:cs="Times New Roman"/>
                <w:color w:val="000000"/>
                <w:szCs w:val="28"/>
                <w:lang w:val="ru-RU" w:eastAsia="ru-RU"/>
              </w:rPr>
            </w:pPr>
            <w:r w:rsidRPr="00DB3B3C">
              <w:rPr>
                <w:rFonts w:eastAsia="Times New Roman" w:cs="Times New Roman"/>
                <w:b/>
                <w:bCs/>
                <w:color w:val="000000"/>
                <w:szCs w:val="28"/>
                <w:lang w:val="ru-RU" w:eastAsia="ru-RU"/>
              </w:rPr>
              <w:t>8. Заключение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DB3B3C" w:rsidRPr="00DB3B3C" w:rsidRDefault="00B4762E" w:rsidP="00664C5C">
            <w:pPr>
              <w:spacing w:after="0" w:line="240" w:lineRule="auto"/>
              <w:ind w:firstLine="603"/>
              <w:rPr>
                <w:rFonts w:eastAsia="Times New Roman" w:cs="Times New Roman"/>
                <w:color w:val="000000"/>
                <w:szCs w:val="28"/>
                <w:lang w:val="ru-RU" w:eastAsia="ru-RU"/>
              </w:rPr>
            </w:pPr>
            <w:r>
              <w:rPr>
                <w:rFonts w:eastAsia="Times New Roman" w:cs="Times New Roman"/>
                <w:color w:val="000000"/>
                <w:szCs w:val="28"/>
                <w:lang w:val="ru-RU" w:eastAsia="ru-RU"/>
              </w:rPr>
              <w:t>26</w:t>
            </w:r>
          </w:p>
        </w:tc>
      </w:tr>
      <w:tr w:rsidR="00DB3B3C" w:rsidRPr="00DB3B3C" w:rsidTr="00931E52">
        <w:tc>
          <w:tcPr>
            <w:tcW w:w="8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DB3B3C" w:rsidRPr="00DB3B3C" w:rsidRDefault="00DB3B3C" w:rsidP="00DB3B3C">
            <w:pPr>
              <w:spacing w:after="0" w:line="240" w:lineRule="auto"/>
              <w:rPr>
                <w:rFonts w:eastAsia="Times New Roman" w:cs="Times New Roman"/>
                <w:color w:val="000000"/>
                <w:szCs w:val="28"/>
                <w:lang w:val="ru-RU" w:eastAsia="ru-RU"/>
              </w:rPr>
            </w:pPr>
            <w:r w:rsidRPr="00DB3B3C">
              <w:rPr>
                <w:rFonts w:eastAsia="Times New Roman" w:cs="Times New Roman"/>
                <w:b/>
                <w:bCs/>
                <w:color w:val="000000"/>
                <w:szCs w:val="28"/>
                <w:lang w:val="ru-RU" w:eastAsia="ru-RU"/>
              </w:rPr>
              <w:t>Список использованных источников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DB3B3C" w:rsidRPr="00DB3B3C" w:rsidRDefault="00B4762E" w:rsidP="00664C5C">
            <w:pPr>
              <w:spacing w:after="0" w:line="240" w:lineRule="auto"/>
              <w:ind w:firstLine="603"/>
              <w:rPr>
                <w:rFonts w:eastAsia="Times New Roman" w:cs="Times New Roman"/>
                <w:color w:val="000000"/>
                <w:szCs w:val="28"/>
                <w:lang w:val="ru-RU" w:eastAsia="ru-RU"/>
              </w:rPr>
            </w:pPr>
            <w:r>
              <w:rPr>
                <w:rFonts w:eastAsia="Times New Roman" w:cs="Times New Roman"/>
                <w:color w:val="000000"/>
                <w:szCs w:val="28"/>
                <w:lang w:val="ru-RU" w:eastAsia="ru-RU"/>
              </w:rPr>
              <w:t>27</w:t>
            </w:r>
          </w:p>
        </w:tc>
      </w:tr>
      <w:tr w:rsidR="00DB3B3C" w:rsidRPr="00AD3CD8" w:rsidTr="00931E52">
        <w:tc>
          <w:tcPr>
            <w:tcW w:w="8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DB3B3C" w:rsidRPr="00B4762E" w:rsidRDefault="00DB3B3C" w:rsidP="00DB3B3C">
            <w:pPr>
              <w:spacing w:after="0" w:line="240" w:lineRule="auto"/>
              <w:rPr>
                <w:rFonts w:eastAsia="Times New Roman" w:cs="Times New Roman"/>
                <w:color w:val="000000"/>
                <w:szCs w:val="28"/>
                <w:lang w:val="ru-RU" w:eastAsia="ru-RU"/>
              </w:rPr>
            </w:pPr>
            <w:r w:rsidRPr="00B4762E">
              <w:rPr>
                <w:rFonts w:eastAsia="Times New Roman" w:cs="Times New Roman"/>
                <w:b/>
                <w:bCs/>
                <w:color w:val="000000"/>
                <w:szCs w:val="28"/>
                <w:lang w:val="ru-RU" w:eastAsia="ru-RU"/>
              </w:rPr>
              <w:t>Приложение А.</w:t>
            </w:r>
            <w:r w:rsidRPr="00B4762E">
              <w:rPr>
                <w:rFonts w:eastAsia="Times New Roman" w:cs="Times New Roman"/>
                <w:color w:val="000000"/>
                <w:szCs w:val="28"/>
                <w:lang w:val="ru-RU" w:eastAsia="ru-RU"/>
              </w:rPr>
              <w:t xml:space="preserve"> </w:t>
            </w:r>
            <w:r w:rsidR="00B4762E" w:rsidRPr="00B4762E">
              <w:rPr>
                <w:rFonts w:eastAsia="Times New Roman" w:cs="Times New Roman"/>
                <w:color w:val="000000"/>
                <w:szCs w:val="28"/>
                <w:lang w:val="ru-RU" w:eastAsia="ru-RU"/>
              </w:rPr>
              <w:t>Поминутный сценарий проведения профессиональной пробы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DB3B3C" w:rsidRPr="00DB3B3C" w:rsidRDefault="00B4762E" w:rsidP="00664C5C">
            <w:pPr>
              <w:spacing w:after="0" w:line="240" w:lineRule="auto"/>
              <w:ind w:firstLine="603"/>
              <w:rPr>
                <w:rFonts w:eastAsia="Times New Roman" w:cs="Times New Roman"/>
                <w:color w:val="000000"/>
                <w:szCs w:val="28"/>
                <w:lang w:val="ru-RU" w:eastAsia="ru-RU"/>
              </w:rPr>
            </w:pPr>
            <w:r>
              <w:rPr>
                <w:rFonts w:eastAsia="Times New Roman" w:cs="Times New Roman"/>
                <w:color w:val="000000"/>
                <w:szCs w:val="28"/>
                <w:lang w:val="ru-RU" w:eastAsia="ru-RU"/>
              </w:rPr>
              <w:t>29</w:t>
            </w:r>
          </w:p>
        </w:tc>
      </w:tr>
      <w:tr w:rsidR="00DB3B3C" w:rsidRPr="00AD3CD8" w:rsidTr="00931E52">
        <w:tc>
          <w:tcPr>
            <w:tcW w:w="8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DB3B3C" w:rsidRPr="00B4762E" w:rsidRDefault="00DB3B3C" w:rsidP="00DB3B3C">
            <w:pPr>
              <w:spacing w:after="0" w:line="240" w:lineRule="auto"/>
              <w:rPr>
                <w:rFonts w:eastAsia="Times New Roman" w:cs="Times New Roman"/>
                <w:color w:val="000000"/>
                <w:szCs w:val="28"/>
                <w:lang w:val="ru-RU" w:eastAsia="ru-RU"/>
              </w:rPr>
            </w:pPr>
            <w:r w:rsidRPr="00B4762E">
              <w:rPr>
                <w:rFonts w:eastAsia="Times New Roman" w:cs="Times New Roman"/>
                <w:b/>
                <w:bCs/>
                <w:color w:val="000000"/>
                <w:szCs w:val="28"/>
                <w:lang w:val="ru-RU" w:eastAsia="ru-RU"/>
              </w:rPr>
              <w:t>Приложение Б</w:t>
            </w:r>
            <w:r w:rsidRPr="00B4762E">
              <w:rPr>
                <w:rFonts w:eastAsia="Times New Roman" w:cs="Times New Roman"/>
                <w:color w:val="000000"/>
                <w:szCs w:val="28"/>
                <w:lang w:val="ru-RU" w:eastAsia="ru-RU"/>
              </w:rPr>
              <w:t xml:space="preserve">. </w:t>
            </w:r>
            <w:r w:rsidR="00B4762E" w:rsidRPr="00B4762E">
              <w:rPr>
                <w:rFonts w:eastAsia="Times New Roman" w:cs="Times New Roman"/>
                <w:color w:val="000000"/>
                <w:szCs w:val="28"/>
                <w:lang w:val="ru-RU" w:eastAsia="ru-RU"/>
              </w:rPr>
              <w:t>Перечень экранов игры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DB3B3C" w:rsidRPr="00DB3B3C" w:rsidRDefault="00B4762E" w:rsidP="00664C5C">
            <w:pPr>
              <w:spacing w:after="0" w:line="240" w:lineRule="auto"/>
              <w:ind w:firstLine="603"/>
              <w:rPr>
                <w:rFonts w:eastAsia="Times New Roman" w:cs="Times New Roman"/>
                <w:color w:val="000000"/>
                <w:szCs w:val="28"/>
                <w:lang w:val="ru-RU" w:eastAsia="ru-RU"/>
              </w:rPr>
            </w:pPr>
            <w:r>
              <w:rPr>
                <w:rFonts w:eastAsia="Times New Roman" w:cs="Times New Roman"/>
                <w:color w:val="000000"/>
                <w:szCs w:val="28"/>
                <w:lang w:val="ru-RU" w:eastAsia="ru-RU"/>
              </w:rPr>
              <w:t>30</w:t>
            </w:r>
          </w:p>
        </w:tc>
      </w:tr>
      <w:tr w:rsidR="00DB3B3C" w:rsidRPr="00B4762E" w:rsidTr="00931E52">
        <w:tc>
          <w:tcPr>
            <w:tcW w:w="8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DB3B3C" w:rsidRPr="00B4762E" w:rsidRDefault="00DB3B3C" w:rsidP="00DB3B3C">
            <w:pPr>
              <w:spacing w:after="0" w:line="240" w:lineRule="auto"/>
              <w:rPr>
                <w:rFonts w:eastAsia="Times New Roman" w:cs="Times New Roman"/>
                <w:color w:val="000000"/>
                <w:szCs w:val="28"/>
                <w:lang w:val="ru-RU" w:eastAsia="ru-RU"/>
              </w:rPr>
            </w:pPr>
            <w:r w:rsidRPr="00B4762E">
              <w:rPr>
                <w:rFonts w:eastAsia="Times New Roman" w:cs="Times New Roman"/>
                <w:b/>
                <w:bCs/>
                <w:color w:val="000000"/>
                <w:szCs w:val="28"/>
                <w:lang w:val="ru-RU" w:eastAsia="ru-RU"/>
              </w:rPr>
              <w:t>Приложение В</w:t>
            </w:r>
            <w:r w:rsidRPr="00B4762E">
              <w:rPr>
                <w:rFonts w:eastAsia="Times New Roman" w:cs="Times New Roman"/>
                <w:color w:val="000000"/>
                <w:szCs w:val="28"/>
                <w:lang w:val="ru-RU" w:eastAsia="ru-RU"/>
              </w:rPr>
              <w:t xml:space="preserve">. </w:t>
            </w:r>
            <w:r w:rsidR="00B4762E" w:rsidRPr="00B4762E">
              <w:rPr>
                <w:rFonts w:eastAsia="Times New Roman" w:cs="Times New Roman"/>
                <w:color w:val="000000"/>
                <w:szCs w:val="28"/>
                <w:lang w:val="ru-RU" w:eastAsia="ru-RU"/>
              </w:rPr>
              <w:t>Паспорт игровой миссии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DB3B3C" w:rsidRPr="00DB3B3C" w:rsidRDefault="00B4762E" w:rsidP="00664C5C">
            <w:pPr>
              <w:spacing w:after="0" w:line="240" w:lineRule="auto"/>
              <w:ind w:firstLine="603"/>
              <w:rPr>
                <w:rFonts w:eastAsia="Times New Roman" w:cs="Times New Roman"/>
                <w:color w:val="000000"/>
                <w:szCs w:val="28"/>
                <w:lang w:val="ru-RU" w:eastAsia="ru-RU"/>
              </w:rPr>
            </w:pPr>
            <w:r>
              <w:rPr>
                <w:rFonts w:eastAsia="Times New Roman" w:cs="Times New Roman"/>
                <w:color w:val="000000"/>
                <w:szCs w:val="28"/>
                <w:lang w:val="ru-RU" w:eastAsia="ru-RU"/>
              </w:rPr>
              <w:t>35</w:t>
            </w:r>
          </w:p>
        </w:tc>
      </w:tr>
      <w:tr w:rsidR="00DB3B3C" w:rsidRPr="00AD3CD8" w:rsidTr="00931E52">
        <w:tc>
          <w:tcPr>
            <w:tcW w:w="8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DB3B3C" w:rsidRDefault="00DB3B3C" w:rsidP="00DB3B3C">
            <w:pPr>
              <w:spacing w:after="0" w:line="240" w:lineRule="auto"/>
              <w:rPr>
                <w:rFonts w:eastAsia="Times New Roman" w:cs="Times New Roman"/>
                <w:color w:val="000000"/>
                <w:szCs w:val="28"/>
                <w:lang w:val="ru-RU" w:eastAsia="ru-RU"/>
              </w:rPr>
            </w:pPr>
            <w:r w:rsidRPr="00B4762E">
              <w:rPr>
                <w:rFonts w:eastAsia="Times New Roman" w:cs="Times New Roman"/>
                <w:b/>
                <w:bCs/>
                <w:color w:val="000000"/>
                <w:szCs w:val="28"/>
                <w:lang w:val="ru-RU" w:eastAsia="ru-RU"/>
              </w:rPr>
              <w:t>Приложение Г.</w:t>
            </w:r>
            <w:r w:rsidRPr="00B4762E">
              <w:rPr>
                <w:rFonts w:eastAsia="Times New Roman" w:cs="Times New Roman"/>
                <w:color w:val="000000"/>
                <w:szCs w:val="28"/>
                <w:lang w:val="ru-RU" w:eastAsia="ru-RU"/>
              </w:rPr>
              <w:t xml:space="preserve"> </w:t>
            </w:r>
            <w:r w:rsidR="00B4762E" w:rsidRPr="00B4762E">
              <w:rPr>
                <w:rFonts w:eastAsia="Times New Roman" w:cs="Times New Roman"/>
                <w:color w:val="000000"/>
                <w:szCs w:val="28"/>
                <w:lang w:val="ru-RU" w:eastAsia="ru-RU"/>
              </w:rPr>
              <w:t>Рабочие материалы</w:t>
            </w:r>
          </w:p>
          <w:p w:rsidR="00DE2475" w:rsidRDefault="00DE2475" w:rsidP="00DE2475">
            <w:pPr>
              <w:spacing w:after="0" w:line="240" w:lineRule="auto"/>
              <w:ind w:firstLine="743"/>
              <w:rPr>
                <w:rFonts w:eastAsia="Times New Roman" w:cs="Times New Roman"/>
                <w:color w:val="000000"/>
                <w:szCs w:val="28"/>
                <w:lang w:val="ru-RU" w:eastAsia="ru-RU"/>
              </w:rPr>
            </w:pPr>
            <w:r w:rsidRPr="00DE2475">
              <w:rPr>
                <w:rFonts w:eastAsia="Times New Roman" w:cs="Times New Roman"/>
                <w:color w:val="000000"/>
                <w:szCs w:val="28"/>
                <w:lang w:val="ru-RU" w:eastAsia="ru-RU"/>
              </w:rPr>
              <w:t>Г.1. Карта наблюдения наставника</w:t>
            </w:r>
          </w:p>
          <w:p w:rsidR="00DE2475" w:rsidRDefault="00DE2475" w:rsidP="00DE2475">
            <w:pPr>
              <w:spacing w:after="0" w:line="240" w:lineRule="auto"/>
              <w:ind w:firstLine="743"/>
              <w:rPr>
                <w:rFonts w:eastAsia="Times New Roman" w:cs="Times New Roman"/>
                <w:color w:val="000000"/>
                <w:szCs w:val="28"/>
                <w:lang w:val="ru-RU" w:eastAsia="ru-RU"/>
              </w:rPr>
            </w:pPr>
            <w:r w:rsidRPr="00DE2475">
              <w:rPr>
                <w:rFonts w:eastAsia="Times New Roman" w:cs="Times New Roman"/>
                <w:color w:val="000000"/>
                <w:szCs w:val="28"/>
                <w:lang w:val="ru-RU" w:eastAsia="ru-RU"/>
              </w:rPr>
              <w:t>Г.2. Лист самооценки участника</w:t>
            </w:r>
          </w:p>
          <w:p w:rsidR="00DE2475" w:rsidRDefault="00DE2475" w:rsidP="00DE2475">
            <w:pPr>
              <w:spacing w:after="0" w:line="240" w:lineRule="auto"/>
              <w:ind w:firstLine="743"/>
              <w:rPr>
                <w:rFonts w:eastAsia="Times New Roman" w:cs="Times New Roman"/>
                <w:color w:val="000000"/>
                <w:szCs w:val="28"/>
                <w:lang w:val="ru-RU" w:eastAsia="ru-RU"/>
              </w:rPr>
            </w:pPr>
            <w:r w:rsidRPr="00DE2475">
              <w:rPr>
                <w:rFonts w:eastAsia="Times New Roman" w:cs="Times New Roman"/>
                <w:color w:val="000000"/>
                <w:szCs w:val="28"/>
                <w:lang w:val="ru-RU" w:eastAsia="ru-RU"/>
              </w:rPr>
              <w:t>Г.3. Итоговый оценочный лист</w:t>
            </w:r>
          </w:p>
          <w:p w:rsidR="00DE2475" w:rsidRDefault="00DE2475" w:rsidP="00DE2475">
            <w:pPr>
              <w:spacing w:after="0" w:line="240" w:lineRule="auto"/>
              <w:ind w:firstLine="743"/>
              <w:rPr>
                <w:rFonts w:eastAsia="Times New Roman" w:cs="Times New Roman"/>
                <w:color w:val="000000"/>
                <w:szCs w:val="28"/>
                <w:lang w:val="ru-RU" w:eastAsia="ru-RU"/>
              </w:rPr>
            </w:pPr>
            <w:r w:rsidRPr="00DE2475">
              <w:rPr>
                <w:rFonts w:eastAsia="Times New Roman" w:cs="Times New Roman"/>
                <w:color w:val="000000"/>
                <w:szCs w:val="28"/>
                <w:lang w:val="ru-RU" w:eastAsia="ru-RU"/>
              </w:rPr>
              <w:t>Г.4. Ведомость выдачи сертификатов</w:t>
            </w:r>
          </w:p>
          <w:p w:rsidR="00DE2475" w:rsidRPr="00B4762E" w:rsidRDefault="00DE2475" w:rsidP="004635BB">
            <w:pPr>
              <w:spacing w:after="0" w:line="240" w:lineRule="auto"/>
              <w:ind w:firstLine="743"/>
              <w:rPr>
                <w:rFonts w:eastAsia="Times New Roman" w:cs="Times New Roman"/>
                <w:color w:val="000000"/>
                <w:szCs w:val="28"/>
                <w:lang w:val="ru-RU" w:eastAsia="ru-RU"/>
              </w:rPr>
            </w:pPr>
            <w:r w:rsidRPr="00DE2475">
              <w:rPr>
                <w:rFonts w:eastAsia="Times New Roman" w:cs="Times New Roman"/>
                <w:color w:val="000000"/>
                <w:szCs w:val="28"/>
                <w:lang w:val="ru-RU" w:eastAsia="ru-RU"/>
              </w:rPr>
              <w:t>Г.5. Индивидуальная карта профессиональных склонностей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DB3B3C" w:rsidRPr="00DB3B3C" w:rsidRDefault="00760B3F" w:rsidP="00664C5C">
            <w:pPr>
              <w:spacing w:after="0" w:line="240" w:lineRule="auto"/>
              <w:ind w:firstLine="603"/>
              <w:rPr>
                <w:rFonts w:eastAsia="Times New Roman" w:cs="Times New Roman"/>
                <w:color w:val="000000"/>
                <w:szCs w:val="28"/>
                <w:lang w:val="ru-RU" w:eastAsia="ru-RU"/>
              </w:rPr>
            </w:pPr>
            <w:r>
              <w:rPr>
                <w:rFonts w:eastAsia="Times New Roman" w:cs="Times New Roman"/>
                <w:color w:val="000000"/>
                <w:szCs w:val="28"/>
                <w:lang w:val="ru-RU" w:eastAsia="ru-RU"/>
              </w:rPr>
              <w:t>35</w:t>
            </w:r>
          </w:p>
        </w:tc>
      </w:tr>
      <w:tr w:rsidR="00760B3F" w:rsidRPr="00AD3CD8" w:rsidTr="00931E52">
        <w:tc>
          <w:tcPr>
            <w:tcW w:w="8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760B3F" w:rsidRPr="00B4762E" w:rsidRDefault="00760B3F" w:rsidP="00DB3B3C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Cs w:val="28"/>
                <w:lang w:val="ru-RU" w:eastAsia="ru-RU"/>
              </w:rPr>
            </w:pPr>
            <w:r w:rsidRPr="00B4762E">
              <w:rPr>
                <w:rFonts w:eastAsia="Times New Roman" w:cs="Times New Roman"/>
                <w:b/>
                <w:bCs/>
                <w:color w:val="000000"/>
                <w:szCs w:val="28"/>
                <w:lang w:val="ru-RU" w:eastAsia="ru-RU"/>
              </w:rPr>
              <w:t xml:space="preserve">Приложение </w:t>
            </w:r>
            <w:r>
              <w:rPr>
                <w:rFonts w:eastAsia="Times New Roman" w:cs="Times New Roman"/>
                <w:b/>
                <w:bCs/>
                <w:color w:val="000000"/>
                <w:szCs w:val="28"/>
                <w:lang w:val="ru-RU" w:eastAsia="ru-RU"/>
              </w:rPr>
              <w:t>Д</w:t>
            </w:r>
            <w:r w:rsidRPr="00B4762E">
              <w:rPr>
                <w:rFonts w:eastAsia="Times New Roman" w:cs="Times New Roman"/>
                <w:b/>
                <w:bCs/>
                <w:color w:val="000000"/>
                <w:szCs w:val="28"/>
                <w:lang w:val="ru-RU" w:eastAsia="ru-RU"/>
              </w:rPr>
              <w:t>.</w:t>
            </w:r>
            <w:r w:rsidRPr="00B4762E">
              <w:rPr>
                <w:rFonts w:eastAsia="Times New Roman" w:cs="Times New Roman"/>
                <w:color w:val="000000"/>
                <w:szCs w:val="28"/>
                <w:lang w:val="ru-RU" w:eastAsia="ru-RU"/>
              </w:rPr>
              <w:t xml:space="preserve"> </w:t>
            </w:r>
            <w:r>
              <w:rPr>
                <w:rFonts w:eastAsia="Times New Roman" w:cs="Times New Roman"/>
                <w:color w:val="000000"/>
                <w:szCs w:val="28"/>
                <w:lang w:val="ru-RU" w:eastAsia="ru-RU"/>
              </w:rPr>
              <w:t>Образец сертификата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760B3F" w:rsidRDefault="00760B3F" w:rsidP="00664C5C">
            <w:pPr>
              <w:spacing w:after="0" w:line="240" w:lineRule="auto"/>
              <w:ind w:firstLine="603"/>
              <w:rPr>
                <w:rFonts w:eastAsia="Times New Roman" w:cs="Times New Roman"/>
                <w:color w:val="000000"/>
                <w:szCs w:val="28"/>
                <w:lang w:val="ru-RU" w:eastAsia="ru-RU"/>
              </w:rPr>
            </w:pPr>
            <w:r>
              <w:rPr>
                <w:rFonts w:eastAsia="Times New Roman" w:cs="Times New Roman"/>
                <w:color w:val="000000"/>
                <w:szCs w:val="28"/>
                <w:lang w:val="ru-RU" w:eastAsia="ru-RU"/>
              </w:rPr>
              <w:t>39</w:t>
            </w:r>
          </w:p>
        </w:tc>
      </w:tr>
      <w:tr w:rsidR="00760B3F" w:rsidRPr="00AD3CD8" w:rsidTr="00931E52">
        <w:tc>
          <w:tcPr>
            <w:tcW w:w="8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760B3F" w:rsidRDefault="00760B3F" w:rsidP="00DB3B3C">
            <w:pPr>
              <w:spacing w:after="0" w:line="240" w:lineRule="auto"/>
              <w:rPr>
                <w:rFonts w:eastAsia="Times New Roman" w:cs="Times New Roman"/>
                <w:color w:val="000000"/>
                <w:szCs w:val="28"/>
                <w:lang w:val="ru-RU" w:eastAsia="ru-RU"/>
              </w:rPr>
            </w:pPr>
            <w:r w:rsidRPr="00B4762E">
              <w:rPr>
                <w:rFonts w:eastAsia="Times New Roman" w:cs="Times New Roman"/>
                <w:b/>
                <w:bCs/>
                <w:color w:val="000000"/>
                <w:szCs w:val="28"/>
                <w:lang w:val="ru-RU" w:eastAsia="ru-RU"/>
              </w:rPr>
              <w:t xml:space="preserve">Приложение </w:t>
            </w:r>
            <w:r>
              <w:rPr>
                <w:rFonts w:eastAsia="Times New Roman" w:cs="Times New Roman"/>
                <w:b/>
                <w:bCs/>
                <w:color w:val="000000"/>
                <w:szCs w:val="28"/>
                <w:lang w:val="ru-RU" w:eastAsia="ru-RU"/>
              </w:rPr>
              <w:t>Е</w:t>
            </w:r>
            <w:r w:rsidRPr="00B4762E">
              <w:rPr>
                <w:rFonts w:eastAsia="Times New Roman" w:cs="Times New Roman"/>
                <w:b/>
                <w:bCs/>
                <w:color w:val="000000"/>
                <w:szCs w:val="28"/>
                <w:lang w:val="ru-RU" w:eastAsia="ru-RU"/>
              </w:rPr>
              <w:t>.</w:t>
            </w:r>
            <w:r w:rsidRPr="00B4762E">
              <w:rPr>
                <w:rFonts w:eastAsia="Times New Roman" w:cs="Times New Roman"/>
                <w:color w:val="000000"/>
                <w:szCs w:val="28"/>
                <w:lang w:val="ru-RU" w:eastAsia="ru-RU"/>
              </w:rPr>
              <w:t xml:space="preserve"> </w:t>
            </w:r>
            <w:r>
              <w:rPr>
                <w:rFonts w:eastAsia="Times New Roman" w:cs="Times New Roman"/>
                <w:color w:val="000000"/>
                <w:szCs w:val="28"/>
                <w:lang w:val="ru-RU" w:eastAsia="ru-RU"/>
              </w:rPr>
              <w:t>Диагностический комплект наставника</w:t>
            </w:r>
          </w:p>
          <w:p w:rsidR="004635BB" w:rsidRDefault="004635BB" w:rsidP="004635BB">
            <w:pPr>
              <w:spacing w:after="0" w:line="240" w:lineRule="auto"/>
              <w:ind w:firstLine="743"/>
              <w:rPr>
                <w:rFonts w:eastAsia="Times New Roman" w:cs="Times New Roman"/>
                <w:color w:val="000000"/>
                <w:szCs w:val="28"/>
                <w:lang w:val="ru-RU" w:eastAsia="ru-RU"/>
              </w:rPr>
            </w:pPr>
            <w:r w:rsidRPr="004635BB">
              <w:rPr>
                <w:rFonts w:eastAsia="Times New Roman" w:cs="Times New Roman"/>
                <w:color w:val="000000"/>
                <w:szCs w:val="28"/>
                <w:lang w:val="ru-RU" w:eastAsia="ru-RU"/>
              </w:rPr>
              <w:t>Е.1. Рубрикатор оценивания игровых миссий</w:t>
            </w:r>
          </w:p>
          <w:p w:rsidR="004635BB" w:rsidRDefault="004635BB" w:rsidP="004635BB">
            <w:pPr>
              <w:spacing w:after="0" w:line="240" w:lineRule="auto"/>
              <w:ind w:firstLine="743"/>
              <w:rPr>
                <w:rFonts w:eastAsia="Times New Roman" w:cs="Times New Roman"/>
                <w:color w:val="000000"/>
                <w:szCs w:val="28"/>
                <w:lang w:val="ru-RU" w:eastAsia="ru-RU"/>
              </w:rPr>
            </w:pPr>
            <w:r w:rsidRPr="004635BB">
              <w:rPr>
                <w:rFonts w:eastAsia="Times New Roman" w:cs="Times New Roman"/>
                <w:color w:val="000000"/>
                <w:szCs w:val="28"/>
                <w:lang w:val="ru-RU" w:eastAsia="ru-RU"/>
              </w:rPr>
              <w:t>Е.2. Матрица формирования компетенций</w:t>
            </w:r>
          </w:p>
          <w:p w:rsidR="004635BB" w:rsidRDefault="004635BB" w:rsidP="004635BB">
            <w:pPr>
              <w:spacing w:after="0" w:line="240" w:lineRule="auto"/>
              <w:ind w:firstLine="743"/>
              <w:rPr>
                <w:rFonts w:eastAsia="Times New Roman" w:cs="Times New Roman"/>
                <w:color w:val="000000"/>
                <w:szCs w:val="28"/>
                <w:lang w:val="ru-RU" w:eastAsia="ru-RU"/>
              </w:rPr>
            </w:pPr>
            <w:r w:rsidRPr="004635BB">
              <w:rPr>
                <w:rFonts w:eastAsia="Times New Roman" w:cs="Times New Roman"/>
                <w:color w:val="000000"/>
                <w:szCs w:val="28"/>
                <w:lang w:val="ru-RU" w:eastAsia="ru-RU"/>
              </w:rPr>
              <w:t>Е.3. Индивидуальный профиль участника</w:t>
            </w:r>
          </w:p>
          <w:p w:rsidR="004635BB" w:rsidRDefault="004635BB" w:rsidP="004635BB">
            <w:pPr>
              <w:spacing w:after="0" w:line="240" w:lineRule="auto"/>
              <w:ind w:firstLine="743"/>
              <w:rPr>
                <w:rFonts w:eastAsia="Times New Roman" w:cs="Times New Roman"/>
                <w:color w:val="000000"/>
                <w:szCs w:val="28"/>
                <w:lang w:val="ru-RU" w:eastAsia="ru-RU"/>
              </w:rPr>
            </w:pPr>
            <w:r w:rsidRPr="004635BB">
              <w:rPr>
                <w:rFonts w:eastAsia="Times New Roman" w:cs="Times New Roman"/>
                <w:color w:val="000000"/>
                <w:szCs w:val="28"/>
                <w:lang w:val="ru-RU" w:eastAsia="ru-RU"/>
              </w:rPr>
              <w:t xml:space="preserve">Е.4. Индивидуальный </w:t>
            </w:r>
            <w:proofErr w:type="spellStart"/>
            <w:r w:rsidRPr="004635BB">
              <w:rPr>
                <w:rFonts w:eastAsia="Times New Roman" w:cs="Times New Roman"/>
                <w:color w:val="000000"/>
                <w:szCs w:val="28"/>
                <w:lang w:val="ru-RU" w:eastAsia="ru-RU"/>
              </w:rPr>
              <w:t>профориентационный</w:t>
            </w:r>
            <w:proofErr w:type="spellEnd"/>
            <w:r w:rsidRPr="004635BB">
              <w:rPr>
                <w:rFonts w:eastAsia="Times New Roman" w:cs="Times New Roman"/>
                <w:color w:val="000000"/>
                <w:szCs w:val="28"/>
                <w:lang w:val="ru-RU" w:eastAsia="ru-RU"/>
              </w:rPr>
              <w:t xml:space="preserve"> отчет</w:t>
            </w:r>
          </w:p>
          <w:p w:rsidR="004635BB" w:rsidRPr="004635BB" w:rsidRDefault="004635BB" w:rsidP="004635BB">
            <w:pPr>
              <w:spacing w:after="0" w:line="240" w:lineRule="auto"/>
              <w:ind w:firstLine="743"/>
              <w:rPr>
                <w:rFonts w:eastAsia="Times New Roman" w:cs="Times New Roman"/>
                <w:color w:val="000000"/>
                <w:szCs w:val="28"/>
                <w:lang w:val="ru-RU" w:eastAsia="ru-RU"/>
              </w:rPr>
            </w:pPr>
            <w:r w:rsidRPr="004635BB">
              <w:rPr>
                <w:rFonts w:eastAsia="Times New Roman" w:cs="Times New Roman"/>
                <w:color w:val="000000"/>
                <w:szCs w:val="28"/>
                <w:lang w:val="ru-RU" w:eastAsia="ru-RU"/>
              </w:rPr>
              <w:t>Е.5. Итоговое заключение наставника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760B3F" w:rsidRDefault="00760B3F" w:rsidP="00664C5C">
            <w:pPr>
              <w:spacing w:after="0" w:line="240" w:lineRule="auto"/>
              <w:ind w:firstLine="603"/>
              <w:rPr>
                <w:rFonts w:eastAsia="Times New Roman" w:cs="Times New Roman"/>
                <w:color w:val="000000"/>
                <w:szCs w:val="28"/>
                <w:lang w:val="ru-RU" w:eastAsia="ru-RU"/>
              </w:rPr>
            </w:pPr>
            <w:r>
              <w:rPr>
                <w:rFonts w:eastAsia="Times New Roman" w:cs="Times New Roman"/>
                <w:color w:val="000000"/>
                <w:szCs w:val="28"/>
                <w:lang w:val="ru-RU" w:eastAsia="ru-RU"/>
              </w:rPr>
              <w:t>39</w:t>
            </w:r>
          </w:p>
        </w:tc>
      </w:tr>
      <w:tr w:rsidR="00760B3F" w:rsidRPr="00AD3CD8" w:rsidTr="00931E52">
        <w:tc>
          <w:tcPr>
            <w:tcW w:w="8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760B3F" w:rsidRPr="00B4762E" w:rsidRDefault="00760B3F" w:rsidP="00DB3B3C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Cs w:val="28"/>
                <w:lang w:val="ru-RU" w:eastAsia="ru-RU"/>
              </w:rPr>
            </w:pPr>
            <w:r w:rsidRPr="00B4762E">
              <w:rPr>
                <w:rFonts w:eastAsia="Times New Roman" w:cs="Times New Roman"/>
                <w:b/>
                <w:bCs/>
                <w:color w:val="000000"/>
                <w:szCs w:val="28"/>
                <w:lang w:val="ru-RU" w:eastAsia="ru-RU"/>
              </w:rPr>
              <w:t xml:space="preserve">Приложение </w:t>
            </w:r>
            <w:r>
              <w:rPr>
                <w:rFonts w:eastAsia="Times New Roman" w:cs="Times New Roman"/>
                <w:b/>
                <w:bCs/>
                <w:color w:val="000000"/>
                <w:szCs w:val="28"/>
                <w:lang w:val="ru-RU" w:eastAsia="ru-RU"/>
              </w:rPr>
              <w:t>Ж</w:t>
            </w:r>
            <w:r w:rsidRPr="00B4762E">
              <w:rPr>
                <w:rFonts w:eastAsia="Times New Roman" w:cs="Times New Roman"/>
                <w:b/>
                <w:bCs/>
                <w:color w:val="000000"/>
                <w:szCs w:val="28"/>
                <w:lang w:val="ru-RU" w:eastAsia="ru-RU"/>
              </w:rPr>
              <w:t>.</w:t>
            </w:r>
            <w:r w:rsidRPr="00B4762E">
              <w:rPr>
                <w:rFonts w:eastAsia="Times New Roman" w:cs="Times New Roman"/>
                <w:color w:val="000000"/>
                <w:szCs w:val="28"/>
                <w:lang w:val="ru-RU" w:eastAsia="ru-RU"/>
              </w:rPr>
              <w:t xml:space="preserve"> </w:t>
            </w:r>
            <w:r>
              <w:rPr>
                <w:rFonts w:eastAsia="Times New Roman" w:cs="Times New Roman"/>
                <w:color w:val="000000"/>
                <w:szCs w:val="28"/>
                <w:lang w:val="ru-RU" w:eastAsia="ru-RU"/>
              </w:rPr>
              <w:t>Фонд оценочных средств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760B3F" w:rsidRDefault="00760B3F" w:rsidP="00664C5C">
            <w:pPr>
              <w:spacing w:after="0" w:line="240" w:lineRule="auto"/>
              <w:ind w:firstLine="603"/>
              <w:rPr>
                <w:rFonts w:eastAsia="Times New Roman" w:cs="Times New Roman"/>
                <w:color w:val="000000"/>
                <w:szCs w:val="28"/>
                <w:lang w:val="ru-RU" w:eastAsia="ru-RU"/>
              </w:rPr>
            </w:pPr>
            <w:r>
              <w:rPr>
                <w:rFonts w:eastAsia="Times New Roman" w:cs="Times New Roman"/>
                <w:color w:val="000000"/>
                <w:szCs w:val="28"/>
                <w:lang w:val="ru-RU" w:eastAsia="ru-RU"/>
              </w:rPr>
              <w:t>42</w:t>
            </w:r>
          </w:p>
        </w:tc>
      </w:tr>
    </w:tbl>
    <w:p w:rsidR="00DB3B3C" w:rsidRPr="00DB3B3C" w:rsidRDefault="00DB3B3C" w:rsidP="00DB3B3C">
      <w:pPr>
        <w:shd w:val="clear" w:color="auto" w:fill="FFFFFF"/>
        <w:spacing w:after="0" w:line="240" w:lineRule="auto"/>
        <w:rPr>
          <w:rFonts w:eastAsia="Times New Roman" w:cs="Times New Roman"/>
          <w:color w:val="000000"/>
          <w:szCs w:val="28"/>
          <w:lang w:val="ru-RU" w:eastAsia="ru-RU"/>
        </w:rPr>
      </w:pPr>
    </w:p>
    <w:p w:rsidR="00B423D3" w:rsidRPr="001B525B" w:rsidRDefault="00B423D3" w:rsidP="00B423D3">
      <w:pPr>
        <w:pStyle w:val="31"/>
        <w:spacing w:line="259" w:lineRule="auto"/>
        <w:jc w:val="center"/>
        <w:rPr>
          <w:rFonts w:ascii="Times New Roman" w:eastAsia="Arial Unicode MS" w:hAnsi="Times New Roman" w:cs="Times New Roman"/>
          <w:b w:val="0"/>
          <w:bCs w:val="0"/>
          <w:color w:val="auto"/>
          <w:sz w:val="24"/>
          <w:szCs w:val="24"/>
          <w:bdr w:val="nil"/>
          <w:lang w:val="ru-RU"/>
        </w:rPr>
      </w:pPr>
      <w:bookmarkStart w:id="1" w:name="_Toc134482799"/>
      <w:bookmarkStart w:id="2" w:name="_Toc134482829"/>
      <w:bookmarkStart w:id="3" w:name="_Toc136295695"/>
      <w:r w:rsidRPr="001B525B">
        <w:rPr>
          <w:rFonts w:ascii="Times New Roman" w:eastAsiaTheme="minorHAnsi" w:hAnsi="Times New Roman" w:cs="Times New Roman"/>
          <w:bCs w:val="0"/>
          <w:color w:val="auto"/>
          <w:lang w:val="ru-RU"/>
        </w:rPr>
        <w:lastRenderedPageBreak/>
        <w:t>ПАСПОРТ ПРОГРАММЫ ПРОФЕССИОНАЛЬНЫХ ПРОБ</w:t>
      </w:r>
    </w:p>
    <w:p w:rsidR="00B423D3" w:rsidRPr="001B525B" w:rsidRDefault="00B423D3" w:rsidP="00B423D3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contextualSpacing/>
        <w:jc w:val="center"/>
        <w:rPr>
          <w:rFonts w:eastAsia="Arial Unicode MS" w:cs="Times New Roman"/>
          <w:b/>
          <w:bCs/>
          <w:sz w:val="24"/>
          <w:szCs w:val="24"/>
          <w:bdr w:val="nil"/>
          <w:lang w:val="ru-RU"/>
        </w:rPr>
      </w:pPr>
      <w:r w:rsidRPr="00615281">
        <w:rPr>
          <w:b/>
          <w:lang w:val="ru-RU"/>
        </w:rPr>
        <w:t>«ГРАФИЧЕСКИЙ ДИЗАЙНЕР»</w:t>
      </w:r>
      <w:r w:rsidRPr="00615281">
        <w:rPr>
          <w:b/>
          <w:lang w:val="ru-RU"/>
        </w:rPr>
        <w:br/>
      </w:r>
    </w:p>
    <w:p w:rsidR="00B423D3" w:rsidRPr="001B525B" w:rsidRDefault="00B423D3" w:rsidP="00B423D3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rPr>
          <w:rFonts w:eastAsia="Arial Unicode MS" w:cs="Times New Roman"/>
          <w:sz w:val="24"/>
          <w:szCs w:val="24"/>
          <w:bdr w:val="nil"/>
          <w:lang w:val="ru-RU"/>
        </w:rPr>
      </w:pPr>
      <w:r w:rsidRPr="001B525B">
        <w:rPr>
          <w:rFonts w:eastAsia="Arial Unicode MS" w:cs="Times New Roman"/>
          <w:sz w:val="24"/>
          <w:szCs w:val="24"/>
          <w:bdr w:val="nil"/>
          <w:lang w:val="ru-RU"/>
        </w:rPr>
        <w:t xml:space="preserve">Сфера: </w:t>
      </w:r>
      <w:r w:rsidRPr="001B525B">
        <w:rPr>
          <w:rFonts w:eastAsia="Arial Unicode MS"/>
          <w:bCs/>
          <w:sz w:val="24"/>
          <w:szCs w:val="24"/>
          <w:bdr w:val="nil"/>
          <w:lang w:val="ru-RU"/>
        </w:rPr>
        <w:t>Умная среда</w:t>
      </w:r>
    </w:p>
    <w:p w:rsidR="00B423D3" w:rsidRPr="001B525B" w:rsidRDefault="00B423D3" w:rsidP="00B423D3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rPr>
          <w:rFonts w:eastAsia="Arial Unicode MS" w:cs="Times New Roman"/>
          <w:sz w:val="24"/>
          <w:szCs w:val="24"/>
          <w:bdr w:val="nil"/>
          <w:lang w:val="ru-RU"/>
        </w:rPr>
      </w:pPr>
      <w:r w:rsidRPr="001B525B">
        <w:rPr>
          <w:rFonts w:eastAsia="Arial Unicode MS" w:cs="Times New Roman"/>
          <w:sz w:val="24"/>
          <w:szCs w:val="24"/>
          <w:bdr w:val="nil"/>
          <w:lang w:val="ru-RU"/>
        </w:rPr>
        <w:t xml:space="preserve">Автор программы: </w:t>
      </w:r>
      <w:r>
        <w:rPr>
          <w:rFonts w:eastAsia="Arial Unicode MS" w:cs="Times New Roman"/>
          <w:sz w:val="24"/>
          <w:szCs w:val="24"/>
          <w:lang w:val="ru-RU"/>
        </w:rPr>
        <w:t>Попов Дмитрий Вячеславович</w:t>
      </w:r>
      <w:r w:rsidRPr="001B525B">
        <w:rPr>
          <w:rFonts w:eastAsia="Arial Unicode MS" w:cs="Times New Roman"/>
          <w:sz w:val="24"/>
          <w:szCs w:val="24"/>
          <w:lang w:val="ru-RU"/>
        </w:rPr>
        <w:t xml:space="preserve">, </w:t>
      </w:r>
      <w:r>
        <w:rPr>
          <w:rFonts w:eastAsia="Arial Unicode MS" w:cs="Times New Roman"/>
          <w:sz w:val="24"/>
          <w:szCs w:val="24"/>
          <w:lang w:val="ru-RU"/>
        </w:rPr>
        <w:t xml:space="preserve">член Союза дизайнеров России, </w:t>
      </w:r>
      <w:r w:rsidRPr="001B525B">
        <w:rPr>
          <w:rFonts w:eastAsia="Arial Unicode MS" w:cs="Times New Roman"/>
          <w:sz w:val="24"/>
          <w:szCs w:val="24"/>
          <w:lang w:val="ru-RU"/>
        </w:rPr>
        <w:t xml:space="preserve">преподаватель ГБПОУ </w:t>
      </w:r>
      <w:proofErr w:type="spellStart"/>
      <w:r w:rsidRPr="001B525B">
        <w:rPr>
          <w:rFonts w:eastAsia="Arial Unicode MS" w:cs="Times New Roman"/>
          <w:sz w:val="24"/>
          <w:szCs w:val="24"/>
          <w:lang w:val="ru-RU"/>
        </w:rPr>
        <w:t>Кумертауский</w:t>
      </w:r>
      <w:proofErr w:type="spellEnd"/>
      <w:r w:rsidRPr="001B525B">
        <w:rPr>
          <w:rFonts w:eastAsia="Arial Unicode MS" w:cs="Times New Roman"/>
          <w:sz w:val="24"/>
          <w:szCs w:val="24"/>
          <w:lang w:val="ru-RU"/>
        </w:rPr>
        <w:t xml:space="preserve"> педагогический колледж</w:t>
      </w:r>
      <w:r>
        <w:rPr>
          <w:rFonts w:eastAsia="Arial Unicode MS" w:cs="Times New Roman"/>
          <w:sz w:val="24"/>
          <w:szCs w:val="24"/>
          <w:lang w:val="ru-RU"/>
        </w:rPr>
        <w:t>.</w:t>
      </w:r>
    </w:p>
    <w:tbl>
      <w:tblPr>
        <w:tblStyle w:val="aff0"/>
        <w:tblW w:w="10207" w:type="dxa"/>
        <w:tblInd w:w="-147" w:type="dxa"/>
        <w:tblLayout w:type="fixed"/>
        <w:tblLook w:val="04A0"/>
      </w:tblPr>
      <w:tblGrid>
        <w:gridCol w:w="1418"/>
        <w:gridCol w:w="1559"/>
        <w:gridCol w:w="1560"/>
        <w:gridCol w:w="1559"/>
        <w:gridCol w:w="4111"/>
      </w:tblGrid>
      <w:tr w:rsidR="00B423D3" w:rsidRPr="00E532B8" w:rsidTr="001F7089">
        <w:trPr>
          <w:trHeight w:val="852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B423D3" w:rsidRPr="00B066AC" w:rsidRDefault="00B423D3" w:rsidP="001F7089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contextualSpacing/>
              <w:jc w:val="center"/>
              <w:rPr>
                <w:rFonts w:eastAsia="Arial Unicode MS"/>
                <w:b/>
                <w:bCs/>
                <w:sz w:val="24"/>
                <w:szCs w:val="24"/>
                <w:bdr w:val="nil"/>
              </w:rPr>
            </w:pPr>
            <w:proofErr w:type="spellStart"/>
            <w:r w:rsidRPr="00B066AC">
              <w:rPr>
                <w:rFonts w:eastAsia="Arial Unicode MS"/>
                <w:b/>
                <w:sz w:val="24"/>
                <w:szCs w:val="24"/>
                <w:bdr w:val="nil"/>
              </w:rPr>
              <w:t>Уровень</w:t>
            </w:r>
            <w:proofErr w:type="spellEnd"/>
            <w:r w:rsidRPr="00B066AC">
              <w:rPr>
                <w:rFonts w:eastAsia="Arial Unicode MS"/>
                <w:b/>
                <w:sz w:val="24"/>
                <w:szCs w:val="24"/>
                <w:bdr w:val="nil"/>
              </w:rPr>
              <w:t xml:space="preserve"> </w:t>
            </w:r>
            <w:proofErr w:type="spellStart"/>
            <w:r w:rsidRPr="00B066AC">
              <w:rPr>
                <w:rFonts w:eastAsia="Arial Unicode MS"/>
                <w:b/>
                <w:sz w:val="24"/>
                <w:szCs w:val="24"/>
                <w:bdr w:val="nil"/>
              </w:rPr>
              <w:t>сложности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B423D3" w:rsidRPr="00B066AC" w:rsidRDefault="00B423D3" w:rsidP="001F7089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contextualSpacing/>
              <w:jc w:val="center"/>
              <w:rPr>
                <w:rFonts w:eastAsia="Arial Unicode MS"/>
                <w:b/>
                <w:bCs/>
                <w:sz w:val="24"/>
                <w:szCs w:val="24"/>
                <w:bdr w:val="nil"/>
              </w:rPr>
            </w:pPr>
            <w:proofErr w:type="spellStart"/>
            <w:r w:rsidRPr="00B066AC">
              <w:rPr>
                <w:rFonts w:eastAsia="Arial Unicode MS"/>
                <w:b/>
                <w:sz w:val="24"/>
                <w:szCs w:val="24"/>
                <w:bdr w:val="nil"/>
              </w:rPr>
              <w:t>Формат</w:t>
            </w:r>
            <w:proofErr w:type="spellEnd"/>
            <w:r w:rsidRPr="00B066AC">
              <w:rPr>
                <w:rFonts w:eastAsia="Arial Unicode MS"/>
                <w:b/>
                <w:sz w:val="24"/>
                <w:szCs w:val="24"/>
                <w:bdr w:val="nil"/>
              </w:rPr>
              <w:t xml:space="preserve"> </w:t>
            </w:r>
            <w:proofErr w:type="spellStart"/>
            <w:r w:rsidRPr="00B066AC">
              <w:rPr>
                <w:rFonts w:eastAsia="Arial Unicode MS"/>
                <w:b/>
                <w:sz w:val="24"/>
                <w:szCs w:val="24"/>
                <w:bdr w:val="nil"/>
              </w:rPr>
              <w:t>проведения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B423D3" w:rsidRPr="00B066AC" w:rsidRDefault="00B423D3" w:rsidP="001F7089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contextualSpacing/>
              <w:jc w:val="center"/>
              <w:rPr>
                <w:rFonts w:eastAsia="Arial Unicode MS"/>
                <w:b/>
                <w:bCs/>
                <w:sz w:val="24"/>
                <w:szCs w:val="24"/>
                <w:bdr w:val="nil"/>
              </w:rPr>
            </w:pPr>
            <w:proofErr w:type="spellStart"/>
            <w:r w:rsidRPr="00B066AC">
              <w:rPr>
                <w:rFonts w:eastAsia="Arial Unicode MS"/>
                <w:b/>
                <w:sz w:val="24"/>
                <w:szCs w:val="24"/>
                <w:bdr w:val="nil"/>
              </w:rPr>
              <w:t>Время</w:t>
            </w:r>
            <w:proofErr w:type="spellEnd"/>
            <w:r w:rsidRPr="00B066AC">
              <w:rPr>
                <w:rFonts w:eastAsia="Arial Unicode MS"/>
                <w:b/>
                <w:sz w:val="24"/>
                <w:szCs w:val="24"/>
                <w:bdr w:val="nil"/>
              </w:rPr>
              <w:t xml:space="preserve"> </w:t>
            </w:r>
            <w:proofErr w:type="spellStart"/>
            <w:r w:rsidRPr="00B066AC">
              <w:rPr>
                <w:rFonts w:eastAsia="Arial Unicode MS"/>
                <w:b/>
                <w:sz w:val="24"/>
                <w:szCs w:val="24"/>
                <w:bdr w:val="nil"/>
              </w:rPr>
              <w:t>проведения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B423D3" w:rsidRPr="00B066AC" w:rsidRDefault="00B423D3" w:rsidP="001F7089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contextualSpacing/>
              <w:jc w:val="center"/>
              <w:rPr>
                <w:rFonts w:eastAsia="Arial Unicode MS"/>
                <w:b/>
                <w:bCs/>
                <w:sz w:val="24"/>
                <w:szCs w:val="24"/>
                <w:bdr w:val="nil"/>
              </w:rPr>
            </w:pPr>
            <w:proofErr w:type="spellStart"/>
            <w:r w:rsidRPr="00B066AC">
              <w:rPr>
                <w:rFonts w:eastAsia="Arial Unicode MS"/>
                <w:b/>
                <w:sz w:val="24"/>
                <w:szCs w:val="24"/>
                <w:bdr w:val="nil"/>
              </w:rPr>
              <w:t>Возрастная</w:t>
            </w:r>
            <w:proofErr w:type="spellEnd"/>
            <w:r w:rsidRPr="00B066AC">
              <w:rPr>
                <w:rFonts w:eastAsia="Arial Unicode MS"/>
                <w:b/>
                <w:sz w:val="24"/>
                <w:szCs w:val="24"/>
                <w:bdr w:val="nil"/>
              </w:rPr>
              <w:t xml:space="preserve"> </w:t>
            </w:r>
            <w:proofErr w:type="spellStart"/>
            <w:r w:rsidRPr="00B066AC">
              <w:rPr>
                <w:rFonts w:eastAsia="Arial Unicode MS"/>
                <w:b/>
                <w:sz w:val="24"/>
                <w:szCs w:val="24"/>
                <w:bdr w:val="nil"/>
              </w:rPr>
              <w:t>категория</w:t>
            </w:r>
            <w:proofErr w:type="spellEnd"/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B423D3" w:rsidRPr="001B525B" w:rsidRDefault="00B423D3" w:rsidP="001F7089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contextualSpacing/>
              <w:jc w:val="center"/>
              <w:rPr>
                <w:rFonts w:eastAsia="Arial Unicode MS"/>
                <w:b/>
                <w:bCs/>
                <w:sz w:val="24"/>
                <w:szCs w:val="24"/>
                <w:bdr w:val="nil"/>
                <w:lang w:val="ru-RU"/>
              </w:rPr>
            </w:pPr>
            <w:r w:rsidRPr="001B525B">
              <w:rPr>
                <w:rFonts w:eastAsia="Arial Unicode MS"/>
                <w:b/>
                <w:sz w:val="24"/>
                <w:szCs w:val="24"/>
                <w:bdr w:val="nil"/>
                <w:lang w:val="ru-RU"/>
              </w:rPr>
              <w:t>Доступность для участников с ОВЗ</w:t>
            </w:r>
          </w:p>
        </w:tc>
      </w:tr>
      <w:tr w:rsidR="00B423D3" w:rsidRPr="00E532B8" w:rsidTr="001F7089">
        <w:trPr>
          <w:trHeight w:val="1112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23D3" w:rsidRPr="00B066AC" w:rsidRDefault="00B423D3" w:rsidP="001F7089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contextualSpacing/>
              <w:jc w:val="center"/>
              <w:rPr>
                <w:rFonts w:eastAsia="Arial Unicode MS"/>
                <w:b/>
                <w:bCs/>
                <w:sz w:val="24"/>
                <w:szCs w:val="24"/>
                <w:bdr w:val="nil"/>
              </w:rPr>
            </w:pPr>
            <w:proofErr w:type="spellStart"/>
            <w:r w:rsidRPr="00B066AC">
              <w:rPr>
                <w:rFonts w:eastAsia="Arial Unicode MS"/>
                <w:sz w:val="24"/>
                <w:szCs w:val="24"/>
                <w:bdr w:val="nil"/>
              </w:rPr>
              <w:t>Базовый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23D3" w:rsidRPr="00B066AC" w:rsidRDefault="00B423D3" w:rsidP="001F7089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contextualSpacing/>
              <w:jc w:val="center"/>
              <w:rPr>
                <w:rFonts w:eastAsia="Arial Unicode MS"/>
                <w:b/>
                <w:bCs/>
                <w:sz w:val="24"/>
                <w:szCs w:val="24"/>
                <w:bdr w:val="nil"/>
              </w:rPr>
            </w:pPr>
            <w:proofErr w:type="spellStart"/>
            <w:r w:rsidRPr="00B066AC">
              <w:rPr>
                <w:rFonts w:eastAsia="Arial Unicode MS"/>
                <w:sz w:val="24"/>
                <w:szCs w:val="24"/>
                <w:bdr w:val="nil"/>
              </w:rPr>
              <w:t>Очная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23D3" w:rsidRPr="00B066AC" w:rsidRDefault="00B423D3" w:rsidP="001F7089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contextualSpacing/>
              <w:rPr>
                <w:rFonts w:eastAsia="Arial Unicode MS"/>
                <w:b/>
                <w:bCs/>
                <w:sz w:val="24"/>
                <w:szCs w:val="24"/>
                <w:bdr w:val="nil"/>
              </w:rPr>
            </w:pPr>
            <w:r w:rsidRPr="00B066AC">
              <w:rPr>
                <w:rFonts w:eastAsia="Arial Unicode MS"/>
                <w:sz w:val="24"/>
                <w:szCs w:val="24"/>
                <w:bdr w:val="nil"/>
              </w:rPr>
              <w:t xml:space="preserve">90 </w:t>
            </w:r>
            <w:proofErr w:type="spellStart"/>
            <w:r w:rsidRPr="00B066AC">
              <w:rPr>
                <w:rFonts w:eastAsia="Arial Unicode MS"/>
                <w:sz w:val="24"/>
                <w:szCs w:val="24"/>
                <w:bdr w:val="nil"/>
              </w:rPr>
              <w:t>минут</w:t>
            </w:r>
            <w:proofErr w:type="spellEnd"/>
          </w:p>
          <w:p w:rsidR="00B423D3" w:rsidRPr="00B066AC" w:rsidRDefault="00B423D3" w:rsidP="001F7089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contextualSpacing/>
              <w:jc w:val="center"/>
              <w:rPr>
                <w:rFonts w:eastAsia="Arial Unicode MS"/>
                <w:b/>
                <w:bCs/>
                <w:sz w:val="24"/>
                <w:szCs w:val="24"/>
                <w:bdr w:val="ni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23D3" w:rsidRPr="00B066AC" w:rsidRDefault="00B423D3" w:rsidP="00B423D3">
            <w:pPr>
              <w:pStyle w:val="ae"/>
              <w:numPr>
                <w:ilvl w:val="0"/>
                <w:numId w:val="10"/>
              </w:num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ind w:left="357" w:hanging="357"/>
              <w:rPr>
                <w:rFonts w:eastAsia="Arial Unicode MS"/>
                <w:sz w:val="24"/>
                <w:szCs w:val="24"/>
                <w:bdr w:val="nil"/>
              </w:rPr>
            </w:pPr>
            <w:r w:rsidRPr="00B066AC">
              <w:rPr>
                <w:rFonts w:eastAsia="Arial Unicode MS"/>
                <w:sz w:val="24"/>
                <w:szCs w:val="24"/>
                <w:bdr w:val="nil"/>
              </w:rPr>
              <w:t xml:space="preserve">6-7 </w:t>
            </w:r>
            <w:proofErr w:type="spellStart"/>
            <w:r w:rsidRPr="00B066AC">
              <w:rPr>
                <w:rFonts w:eastAsia="Arial Unicode MS"/>
                <w:sz w:val="24"/>
                <w:szCs w:val="24"/>
                <w:bdr w:val="nil"/>
              </w:rPr>
              <w:t>кл</w:t>
            </w:r>
            <w:proofErr w:type="spellEnd"/>
            <w:r w:rsidRPr="00B066AC">
              <w:rPr>
                <w:rFonts w:eastAsia="Arial Unicode MS"/>
                <w:sz w:val="24"/>
                <w:szCs w:val="24"/>
                <w:bdr w:val="nil"/>
              </w:rPr>
              <w:t>.</w:t>
            </w:r>
          </w:p>
          <w:p w:rsidR="00B423D3" w:rsidRPr="00B066AC" w:rsidRDefault="00B423D3" w:rsidP="00B423D3">
            <w:pPr>
              <w:pStyle w:val="ae"/>
              <w:numPr>
                <w:ilvl w:val="0"/>
                <w:numId w:val="10"/>
              </w:num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ind w:left="357" w:hanging="357"/>
              <w:rPr>
                <w:rFonts w:eastAsia="Arial Unicode MS"/>
                <w:sz w:val="24"/>
                <w:szCs w:val="24"/>
                <w:bdr w:val="nil"/>
              </w:rPr>
            </w:pPr>
            <w:r w:rsidRPr="00B066AC">
              <w:rPr>
                <w:rFonts w:eastAsia="Arial Unicode MS"/>
                <w:sz w:val="24"/>
                <w:szCs w:val="24"/>
                <w:bdr w:val="nil"/>
              </w:rPr>
              <w:t xml:space="preserve">8-9 </w:t>
            </w:r>
            <w:proofErr w:type="spellStart"/>
            <w:r w:rsidRPr="00B066AC">
              <w:rPr>
                <w:rFonts w:eastAsia="Arial Unicode MS"/>
                <w:sz w:val="24"/>
                <w:szCs w:val="24"/>
                <w:bdr w:val="nil"/>
              </w:rPr>
              <w:t>кл</w:t>
            </w:r>
            <w:proofErr w:type="spellEnd"/>
            <w:r w:rsidRPr="00B066AC">
              <w:rPr>
                <w:rFonts w:eastAsia="Arial Unicode MS"/>
                <w:sz w:val="24"/>
                <w:szCs w:val="24"/>
                <w:bdr w:val="nil"/>
              </w:rPr>
              <w:t>.</w:t>
            </w:r>
          </w:p>
          <w:p w:rsidR="00B423D3" w:rsidRPr="00B066AC" w:rsidRDefault="00B423D3" w:rsidP="00B423D3">
            <w:pPr>
              <w:pStyle w:val="ae"/>
              <w:numPr>
                <w:ilvl w:val="0"/>
                <w:numId w:val="10"/>
              </w:num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ind w:left="357" w:hanging="357"/>
              <w:rPr>
                <w:rFonts w:eastAsia="Arial Unicode MS"/>
                <w:b/>
                <w:bCs/>
                <w:sz w:val="24"/>
                <w:szCs w:val="24"/>
                <w:bdr w:val="nil"/>
              </w:rPr>
            </w:pPr>
            <w:r w:rsidRPr="00B066AC">
              <w:rPr>
                <w:rFonts w:eastAsia="Arial Unicode MS"/>
                <w:sz w:val="24"/>
                <w:szCs w:val="24"/>
                <w:bdr w:val="nil"/>
              </w:rPr>
              <w:t xml:space="preserve">10-11 </w:t>
            </w:r>
            <w:proofErr w:type="spellStart"/>
            <w:r w:rsidRPr="00B066AC">
              <w:rPr>
                <w:rFonts w:eastAsia="Arial Unicode MS"/>
                <w:sz w:val="24"/>
                <w:szCs w:val="24"/>
                <w:bdr w:val="nil"/>
              </w:rPr>
              <w:t>кл</w:t>
            </w:r>
            <w:proofErr w:type="spellEnd"/>
            <w:r w:rsidRPr="00B066AC">
              <w:rPr>
                <w:rFonts w:eastAsia="Arial Unicode MS"/>
                <w:sz w:val="24"/>
                <w:szCs w:val="24"/>
                <w:bdr w:val="nil"/>
              </w:rPr>
              <w:t>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23D3" w:rsidRPr="00757E28" w:rsidRDefault="00B423D3" w:rsidP="00B423D3">
            <w:pPr>
              <w:pStyle w:val="ae"/>
              <w:numPr>
                <w:ilvl w:val="0"/>
                <w:numId w:val="10"/>
              </w:num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ind w:left="357" w:hanging="357"/>
              <w:rPr>
                <w:rFonts w:eastAsia="Arial Unicode MS"/>
                <w:sz w:val="24"/>
                <w:szCs w:val="24"/>
                <w:bdr w:val="nil"/>
                <w:lang w:val="ru-RU"/>
              </w:rPr>
            </w:pPr>
            <w:r w:rsidRPr="00757E28">
              <w:rPr>
                <w:rFonts w:eastAsia="Arial Unicode MS"/>
                <w:sz w:val="24"/>
                <w:szCs w:val="24"/>
                <w:bdr w:val="nil"/>
                <w:lang w:val="ru-RU"/>
              </w:rPr>
              <w:t>определяется индивидуально в зависимости от нозологии</w:t>
            </w:r>
          </w:p>
        </w:tc>
      </w:tr>
    </w:tbl>
    <w:p w:rsidR="00B423D3" w:rsidRPr="001B525B" w:rsidRDefault="00B423D3" w:rsidP="00B423D3">
      <w:pPr>
        <w:pStyle w:val="1"/>
        <w:spacing w:after="240" w:line="240" w:lineRule="auto"/>
        <w:jc w:val="center"/>
        <w:rPr>
          <w:rFonts w:ascii="Times New Roman" w:hAnsi="Times New Roman" w:cs="Times New Roman"/>
          <w:sz w:val="24"/>
          <w:szCs w:val="24"/>
          <w:lang w:val="ru-RU"/>
        </w:rPr>
      </w:pPr>
      <w:r w:rsidRPr="001B525B">
        <w:rPr>
          <w:rFonts w:ascii="Times New Roman" w:hAnsi="Times New Roman" w:cs="Times New Roman"/>
          <w:color w:val="auto"/>
          <w:lang w:val="ru-RU"/>
        </w:rPr>
        <w:t>Ответственное лицо за реализацию мероприятий на площадке</w:t>
      </w:r>
    </w:p>
    <w:tbl>
      <w:tblPr>
        <w:tblW w:w="5160" w:type="pct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955"/>
        <w:gridCol w:w="5507"/>
      </w:tblGrid>
      <w:tr w:rsidR="00B423D3" w:rsidRPr="00E532B8" w:rsidTr="001F7089">
        <w:trPr>
          <w:trHeight w:val="288"/>
        </w:trPr>
        <w:tc>
          <w:tcPr>
            <w:tcW w:w="2368" w:type="pct"/>
            <w:shd w:val="clear" w:color="auto" w:fill="DBE5F1" w:themeFill="accent1" w:themeFillTint="33"/>
            <w:noWrap/>
            <w:vAlign w:val="center"/>
          </w:tcPr>
          <w:p w:rsidR="00B423D3" w:rsidRPr="00B066AC" w:rsidRDefault="00B423D3" w:rsidP="001F7089">
            <w:pPr>
              <w:jc w:val="center"/>
              <w:rPr>
                <w:rFonts w:cs="Times New Roman"/>
                <w:b/>
                <w:color w:val="000000"/>
                <w:sz w:val="24"/>
                <w:szCs w:val="24"/>
              </w:rPr>
            </w:pPr>
            <w:r w:rsidRPr="00B066AC">
              <w:rPr>
                <w:rFonts w:cs="Times New Roman"/>
                <w:b/>
                <w:bCs/>
                <w:color w:val="000000"/>
                <w:sz w:val="24"/>
                <w:szCs w:val="24"/>
              </w:rPr>
              <w:t>ФИО</w:t>
            </w:r>
          </w:p>
        </w:tc>
        <w:tc>
          <w:tcPr>
            <w:tcW w:w="2632" w:type="pct"/>
            <w:shd w:val="clear" w:color="auto" w:fill="DBE5F1" w:themeFill="accent1" w:themeFillTint="33"/>
            <w:noWrap/>
            <w:vAlign w:val="center"/>
          </w:tcPr>
          <w:p w:rsidR="00B423D3" w:rsidRPr="001B525B" w:rsidRDefault="00B423D3" w:rsidP="001F7089">
            <w:pPr>
              <w:jc w:val="center"/>
              <w:rPr>
                <w:rFonts w:cs="Times New Roman"/>
                <w:b/>
                <w:sz w:val="24"/>
                <w:szCs w:val="24"/>
                <w:lang w:val="ru-RU"/>
              </w:rPr>
            </w:pPr>
            <w:r w:rsidRPr="001B525B">
              <w:rPr>
                <w:rFonts w:cs="Times New Roman"/>
                <w:b/>
                <w:sz w:val="24"/>
                <w:szCs w:val="24"/>
                <w:lang w:val="ru-RU"/>
              </w:rPr>
              <w:t xml:space="preserve">Контактные данные (телефон, </w:t>
            </w:r>
            <w:proofErr w:type="gramStart"/>
            <w:r w:rsidRPr="001B525B">
              <w:rPr>
                <w:rFonts w:cs="Times New Roman"/>
                <w:b/>
                <w:sz w:val="24"/>
                <w:szCs w:val="24"/>
                <w:lang w:val="ru-RU"/>
              </w:rPr>
              <w:t>е</w:t>
            </w:r>
            <w:proofErr w:type="gramEnd"/>
            <w:r w:rsidRPr="001B525B">
              <w:rPr>
                <w:rFonts w:cs="Times New Roman"/>
                <w:b/>
                <w:sz w:val="24"/>
                <w:szCs w:val="24"/>
                <w:lang w:val="ru-RU"/>
              </w:rPr>
              <w:t>-</w:t>
            </w:r>
            <w:r w:rsidRPr="00B066AC">
              <w:rPr>
                <w:rFonts w:cs="Times New Roman"/>
                <w:b/>
                <w:sz w:val="24"/>
                <w:szCs w:val="24"/>
              </w:rPr>
              <w:t>mail</w:t>
            </w:r>
            <w:r w:rsidRPr="001B525B">
              <w:rPr>
                <w:rFonts w:cs="Times New Roman"/>
                <w:b/>
                <w:sz w:val="24"/>
                <w:szCs w:val="24"/>
                <w:lang w:val="ru-RU"/>
              </w:rPr>
              <w:t>)</w:t>
            </w:r>
          </w:p>
        </w:tc>
      </w:tr>
      <w:tr w:rsidR="00B423D3" w:rsidRPr="00B066AC" w:rsidTr="001F7089">
        <w:trPr>
          <w:trHeight w:val="288"/>
        </w:trPr>
        <w:tc>
          <w:tcPr>
            <w:tcW w:w="2368" w:type="pct"/>
            <w:shd w:val="clear" w:color="auto" w:fill="auto"/>
            <w:noWrap/>
            <w:vAlign w:val="center"/>
          </w:tcPr>
          <w:p w:rsidR="00B423D3" w:rsidRPr="001B525B" w:rsidRDefault="00B423D3" w:rsidP="001F7089">
            <w:pPr>
              <w:jc w:val="center"/>
              <w:rPr>
                <w:rFonts w:cs="Times New Roman"/>
                <w:bCs/>
                <w:color w:val="000000"/>
                <w:sz w:val="24"/>
                <w:szCs w:val="24"/>
              </w:rPr>
            </w:pPr>
            <w:r>
              <w:rPr>
                <w:rFonts w:eastAsia="Arial Unicode MS" w:cs="Times New Roman"/>
                <w:sz w:val="24"/>
                <w:szCs w:val="24"/>
                <w:lang w:val="ru-RU"/>
              </w:rPr>
              <w:t>Попов Дмитрий Вячеславович</w:t>
            </w:r>
          </w:p>
        </w:tc>
        <w:tc>
          <w:tcPr>
            <w:tcW w:w="2632" w:type="pct"/>
            <w:shd w:val="clear" w:color="auto" w:fill="auto"/>
            <w:noWrap/>
            <w:vAlign w:val="center"/>
          </w:tcPr>
          <w:p w:rsidR="00B423D3" w:rsidRPr="00B066AC" w:rsidRDefault="00B423D3" w:rsidP="001F7089">
            <w:pPr>
              <w:spacing w:after="0" w:line="240" w:lineRule="auto"/>
              <w:rPr>
                <w:rFonts w:cs="Times New Roman"/>
                <w:sz w:val="24"/>
                <w:szCs w:val="24"/>
              </w:rPr>
            </w:pPr>
            <w:r>
              <w:rPr>
                <w:rFonts w:eastAsia="Arial Unicode MS"/>
                <w:sz w:val="24"/>
                <w:szCs w:val="24"/>
              </w:rPr>
              <w:t xml:space="preserve"> </w:t>
            </w:r>
          </w:p>
        </w:tc>
      </w:tr>
    </w:tbl>
    <w:p w:rsidR="00B423D3" w:rsidRPr="00B066AC" w:rsidRDefault="00B423D3" w:rsidP="00B423D3">
      <w:pPr>
        <w:pStyle w:val="1"/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 w:rsidRPr="001B525B">
        <w:rPr>
          <w:rFonts w:ascii="Times New Roman" w:hAnsi="Times New Roman" w:cs="Times New Roman"/>
          <w:color w:val="auto"/>
        </w:rPr>
        <w:t>Заявляемые</w:t>
      </w:r>
      <w:proofErr w:type="spellEnd"/>
      <w:r w:rsidRPr="001B525B">
        <w:rPr>
          <w:rFonts w:ascii="Times New Roman" w:hAnsi="Times New Roman" w:cs="Times New Roman"/>
          <w:color w:val="auto"/>
        </w:rPr>
        <w:t xml:space="preserve"> </w:t>
      </w:r>
      <w:proofErr w:type="spellStart"/>
      <w:r w:rsidRPr="001B525B">
        <w:rPr>
          <w:rFonts w:ascii="Times New Roman" w:hAnsi="Times New Roman" w:cs="Times New Roman"/>
          <w:color w:val="auto"/>
        </w:rPr>
        <w:t>наставники</w:t>
      </w:r>
      <w:proofErr w:type="spellEnd"/>
      <w:r w:rsidRPr="001B525B">
        <w:rPr>
          <w:rFonts w:ascii="Times New Roman" w:hAnsi="Times New Roman" w:cs="Times New Roman"/>
          <w:color w:val="auto"/>
        </w:rPr>
        <w:t xml:space="preserve"> </w:t>
      </w:r>
      <w:proofErr w:type="spellStart"/>
      <w:r w:rsidRPr="001B525B">
        <w:rPr>
          <w:rFonts w:ascii="Times New Roman" w:hAnsi="Times New Roman" w:cs="Times New Roman"/>
          <w:color w:val="auto"/>
        </w:rPr>
        <w:t>площадки</w:t>
      </w:r>
      <w:proofErr w:type="spellEnd"/>
    </w:p>
    <w:tbl>
      <w:tblPr>
        <w:tblW w:w="5160" w:type="pct"/>
        <w:tblInd w:w="-147" w:type="dxa"/>
        <w:tblLayout w:type="fixed"/>
        <w:tblLook w:val="04A0"/>
      </w:tblPr>
      <w:tblGrid>
        <w:gridCol w:w="753"/>
        <w:gridCol w:w="2057"/>
        <w:gridCol w:w="2578"/>
        <w:gridCol w:w="2151"/>
        <w:gridCol w:w="2923"/>
      </w:tblGrid>
      <w:tr w:rsidR="00B423D3" w:rsidRPr="00B066AC" w:rsidTr="001F7089">
        <w:trPr>
          <w:trHeight w:val="288"/>
        </w:trPr>
        <w:tc>
          <w:tcPr>
            <w:tcW w:w="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:rsidR="00B423D3" w:rsidRPr="00B066AC" w:rsidRDefault="00B423D3" w:rsidP="001F7089">
            <w:pPr>
              <w:spacing w:after="240"/>
              <w:jc w:val="center"/>
              <w:rPr>
                <w:rFonts w:cs="Times New Roman"/>
                <w:b/>
                <w:bCs/>
                <w:color w:val="000000"/>
                <w:sz w:val="24"/>
                <w:szCs w:val="24"/>
              </w:rPr>
            </w:pPr>
            <w:r w:rsidRPr="00B066AC">
              <w:rPr>
                <w:rFonts w:cs="Times New Roman"/>
                <w:b/>
                <w:bCs/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9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:rsidR="00B423D3" w:rsidRPr="00B066AC" w:rsidRDefault="00B423D3" w:rsidP="001F7089">
            <w:pPr>
              <w:spacing w:after="240"/>
              <w:jc w:val="center"/>
              <w:rPr>
                <w:rFonts w:cs="Times New Roman"/>
                <w:b/>
                <w:color w:val="000000"/>
                <w:sz w:val="24"/>
                <w:szCs w:val="24"/>
              </w:rPr>
            </w:pPr>
            <w:r w:rsidRPr="00B066AC">
              <w:rPr>
                <w:rFonts w:cs="Times New Roman"/>
                <w:b/>
                <w:bCs/>
                <w:color w:val="000000"/>
                <w:sz w:val="24"/>
                <w:szCs w:val="24"/>
              </w:rPr>
              <w:t xml:space="preserve">ФИО </w:t>
            </w:r>
            <w:proofErr w:type="spellStart"/>
            <w:r w:rsidRPr="00B066AC">
              <w:rPr>
                <w:rFonts w:cs="Times New Roman"/>
                <w:b/>
                <w:bCs/>
                <w:color w:val="000000"/>
                <w:sz w:val="24"/>
                <w:szCs w:val="24"/>
              </w:rPr>
              <w:t>наставников</w:t>
            </w:r>
            <w:proofErr w:type="spellEnd"/>
          </w:p>
        </w:tc>
        <w:tc>
          <w:tcPr>
            <w:tcW w:w="1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:rsidR="00B423D3" w:rsidRPr="00B066AC" w:rsidRDefault="00B423D3" w:rsidP="001F7089">
            <w:pPr>
              <w:spacing w:after="240"/>
              <w:jc w:val="center"/>
              <w:rPr>
                <w:rFonts w:cs="Times New Roman"/>
                <w:b/>
                <w:sz w:val="24"/>
                <w:szCs w:val="24"/>
              </w:rPr>
            </w:pPr>
            <w:proofErr w:type="spellStart"/>
            <w:r w:rsidRPr="00B066AC">
              <w:rPr>
                <w:rFonts w:cs="Times New Roman"/>
                <w:b/>
                <w:sz w:val="24"/>
                <w:szCs w:val="24"/>
              </w:rPr>
              <w:t>Заявляемое</w:t>
            </w:r>
            <w:proofErr w:type="spellEnd"/>
            <w:r w:rsidRPr="00B066AC">
              <w:rPr>
                <w:rFonts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B066AC">
              <w:rPr>
                <w:rFonts w:cs="Times New Roman"/>
                <w:b/>
                <w:sz w:val="24"/>
                <w:szCs w:val="24"/>
              </w:rPr>
              <w:t>профессиональное</w:t>
            </w:r>
            <w:proofErr w:type="spellEnd"/>
            <w:r w:rsidRPr="00B066AC">
              <w:rPr>
                <w:rFonts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B066AC">
              <w:rPr>
                <w:rFonts w:cs="Times New Roman"/>
                <w:b/>
                <w:sz w:val="24"/>
                <w:szCs w:val="24"/>
              </w:rPr>
              <w:t>направление</w:t>
            </w:r>
            <w:proofErr w:type="spellEnd"/>
          </w:p>
        </w:tc>
        <w:tc>
          <w:tcPr>
            <w:tcW w:w="1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:rsidR="00B423D3" w:rsidRPr="00B066AC" w:rsidRDefault="00B423D3" w:rsidP="001F7089">
            <w:pPr>
              <w:spacing w:after="240"/>
              <w:jc w:val="center"/>
              <w:rPr>
                <w:rFonts w:cs="Times New Roman"/>
                <w:b/>
                <w:sz w:val="24"/>
                <w:szCs w:val="24"/>
              </w:rPr>
            </w:pPr>
            <w:proofErr w:type="spellStart"/>
            <w:r w:rsidRPr="00B066AC">
              <w:rPr>
                <w:rFonts w:cs="Times New Roman"/>
                <w:b/>
                <w:bCs/>
                <w:color w:val="000000"/>
                <w:sz w:val="24"/>
                <w:szCs w:val="24"/>
              </w:rPr>
              <w:t>Квалификация</w:t>
            </w:r>
            <w:proofErr w:type="spellEnd"/>
            <w:r w:rsidRPr="00B066AC">
              <w:rPr>
                <w:rFonts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066AC">
              <w:rPr>
                <w:rFonts w:cs="Times New Roman"/>
                <w:b/>
                <w:bCs/>
                <w:color w:val="000000"/>
                <w:sz w:val="24"/>
                <w:szCs w:val="24"/>
              </w:rPr>
              <w:t>наставников</w:t>
            </w:r>
            <w:proofErr w:type="spellEnd"/>
          </w:p>
        </w:tc>
        <w:tc>
          <w:tcPr>
            <w:tcW w:w="1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:rsidR="00B423D3" w:rsidRPr="00B066AC" w:rsidRDefault="00B423D3" w:rsidP="001F7089">
            <w:pPr>
              <w:spacing w:after="240"/>
              <w:jc w:val="center"/>
              <w:rPr>
                <w:rFonts w:cs="Times New Roman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B066AC">
              <w:rPr>
                <w:rFonts w:cs="Times New Roman"/>
                <w:b/>
                <w:bCs/>
                <w:color w:val="000000"/>
                <w:sz w:val="24"/>
                <w:szCs w:val="24"/>
              </w:rPr>
              <w:t>Документы</w:t>
            </w:r>
            <w:proofErr w:type="spellEnd"/>
            <w:r w:rsidRPr="00B066AC">
              <w:rPr>
                <w:rFonts w:cs="Times New Roman"/>
                <w:b/>
                <w:bCs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B066AC">
              <w:rPr>
                <w:rFonts w:cs="Times New Roman"/>
                <w:b/>
                <w:bCs/>
                <w:color w:val="000000"/>
                <w:sz w:val="24"/>
                <w:szCs w:val="24"/>
              </w:rPr>
              <w:t>подтверждающие</w:t>
            </w:r>
            <w:proofErr w:type="spellEnd"/>
            <w:r w:rsidRPr="00B066AC">
              <w:rPr>
                <w:rFonts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066AC">
              <w:rPr>
                <w:rFonts w:cs="Times New Roman"/>
                <w:b/>
                <w:bCs/>
                <w:color w:val="000000"/>
                <w:sz w:val="24"/>
                <w:szCs w:val="24"/>
              </w:rPr>
              <w:t>квалификацию</w:t>
            </w:r>
            <w:proofErr w:type="spellEnd"/>
          </w:p>
        </w:tc>
      </w:tr>
      <w:tr w:rsidR="00B423D3" w:rsidRPr="00E532B8" w:rsidTr="001F7089">
        <w:trPr>
          <w:trHeight w:val="288"/>
        </w:trPr>
        <w:tc>
          <w:tcPr>
            <w:tcW w:w="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23D3" w:rsidRPr="00B066AC" w:rsidRDefault="00B423D3" w:rsidP="001F7089">
            <w:pPr>
              <w:jc w:val="center"/>
              <w:rPr>
                <w:rFonts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9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423D3" w:rsidRPr="00B066AC" w:rsidRDefault="00B423D3" w:rsidP="001F7089">
            <w:pPr>
              <w:jc w:val="center"/>
              <w:rPr>
                <w:rFonts w:cs="Times New Roman"/>
                <w:bCs/>
                <w:color w:val="000000"/>
                <w:sz w:val="24"/>
                <w:szCs w:val="24"/>
              </w:rPr>
            </w:pPr>
            <w:r>
              <w:rPr>
                <w:rFonts w:eastAsia="Arial Unicode MS" w:cs="Times New Roman"/>
                <w:sz w:val="24"/>
                <w:szCs w:val="24"/>
                <w:lang w:val="ru-RU"/>
              </w:rPr>
              <w:t>Попов Дмитрий Вячеславович</w:t>
            </w:r>
          </w:p>
        </w:tc>
        <w:tc>
          <w:tcPr>
            <w:tcW w:w="1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23D3" w:rsidRPr="00B066AC" w:rsidRDefault="00B423D3" w:rsidP="001F7089">
            <w:pPr>
              <w:jc w:val="center"/>
              <w:rPr>
                <w:rFonts w:cs="Times New Roman"/>
                <w:bCs/>
                <w:sz w:val="24"/>
                <w:szCs w:val="24"/>
              </w:rPr>
            </w:pPr>
            <w:proofErr w:type="spellStart"/>
            <w:r w:rsidRPr="0032287F">
              <w:rPr>
                <w:rFonts w:eastAsia="Arial Unicode MS"/>
                <w:bCs/>
                <w:sz w:val="24"/>
                <w:szCs w:val="24"/>
                <w:bdr w:val="nil"/>
              </w:rPr>
              <w:t>Умная</w:t>
            </w:r>
            <w:proofErr w:type="spellEnd"/>
            <w:r w:rsidRPr="0032287F">
              <w:rPr>
                <w:rFonts w:eastAsia="Arial Unicode MS"/>
                <w:bCs/>
                <w:sz w:val="24"/>
                <w:szCs w:val="24"/>
                <w:bdr w:val="nil"/>
              </w:rPr>
              <w:t xml:space="preserve"> </w:t>
            </w:r>
            <w:proofErr w:type="spellStart"/>
            <w:r w:rsidRPr="0032287F">
              <w:rPr>
                <w:rFonts w:eastAsia="Arial Unicode MS"/>
                <w:bCs/>
                <w:sz w:val="24"/>
                <w:szCs w:val="24"/>
                <w:bdr w:val="nil"/>
              </w:rPr>
              <w:t>среда</w:t>
            </w:r>
            <w:proofErr w:type="spellEnd"/>
          </w:p>
        </w:tc>
        <w:tc>
          <w:tcPr>
            <w:tcW w:w="1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23D3" w:rsidRPr="00757E28" w:rsidRDefault="00B423D3" w:rsidP="001F7089">
            <w:pPr>
              <w:jc w:val="center"/>
              <w:rPr>
                <w:rFonts w:cs="Times New Roman"/>
                <w:bCs/>
                <w:sz w:val="24"/>
                <w:szCs w:val="24"/>
                <w:lang w:val="ru-RU"/>
              </w:rPr>
            </w:pPr>
            <w:r w:rsidRPr="00757E28">
              <w:rPr>
                <w:rFonts w:eastAsia="Arial Unicode MS" w:cs="Times New Roman"/>
                <w:sz w:val="24"/>
                <w:szCs w:val="24"/>
                <w:lang w:val="ru-RU"/>
              </w:rPr>
              <w:t>преподаватель дизайна,</w:t>
            </w:r>
            <w:r>
              <w:rPr>
                <w:rFonts w:eastAsia="Arial Unicode MS" w:cs="Times New Roman"/>
                <w:sz w:val="24"/>
                <w:szCs w:val="24"/>
                <w:lang w:val="ru-RU"/>
              </w:rPr>
              <w:t xml:space="preserve"> член Союза дизайнеров России</w:t>
            </w:r>
          </w:p>
        </w:tc>
        <w:tc>
          <w:tcPr>
            <w:tcW w:w="1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23D3" w:rsidRDefault="00B423D3" w:rsidP="001F7089">
            <w:pPr>
              <w:spacing w:after="0"/>
              <w:jc w:val="center"/>
              <w:rPr>
                <w:rFonts w:cs="Times New Roman"/>
                <w:bCs/>
                <w:sz w:val="24"/>
                <w:szCs w:val="24"/>
                <w:lang w:val="ru-RU"/>
              </w:rPr>
            </w:pPr>
            <w:r>
              <w:rPr>
                <w:rFonts w:cs="Times New Roman"/>
                <w:bCs/>
                <w:sz w:val="24"/>
                <w:szCs w:val="24"/>
                <w:lang w:val="ru-RU"/>
              </w:rPr>
              <w:t>Удостоверение члена СДР №3869 (от 1</w:t>
            </w:r>
            <w:r w:rsidRPr="001B525B">
              <w:rPr>
                <w:rFonts w:cs="Times New Roman"/>
                <w:bCs/>
                <w:sz w:val="24"/>
                <w:szCs w:val="24"/>
                <w:lang w:val="ru-RU"/>
              </w:rPr>
              <w:t>7.</w:t>
            </w:r>
            <w:r>
              <w:rPr>
                <w:rFonts w:cs="Times New Roman"/>
                <w:bCs/>
                <w:sz w:val="24"/>
                <w:szCs w:val="24"/>
                <w:lang w:val="ru-RU"/>
              </w:rPr>
              <w:t>12</w:t>
            </w:r>
            <w:r w:rsidRPr="001B525B">
              <w:rPr>
                <w:rFonts w:cs="Times New Roman"/>
                <w:bCs/>
                <w:sz w:val="24"/>
                <w:szCs w:val="24"/>
                <w:lang w:val="ru-RU"/>
              </w:rPr>
              <w:t>.20</w:t>
            </w:r>
            <w:r>
              <w:rPr>
                <w:rFonts w:cs="Times New Roman"/>
                <w:bCs/>
                <w:sz w:val="24"/>
                <w:szCs w:val="24"/>
                <w:lang w:val="ru-RU"/>
              </w:rPr>
              <w:t>09</w:t>
            </w:r>
            <w:r w:rsidRPr="001B525B">
              <w:rPr>
                <w:rFonts w:cs="Times New Roman"/>
                <w:bCs/>
                <w:sz w:val="24"/>
                <w:szCs w:val="24"/>
                <w:lang w:val="ru-RU"/>
              </w:rPr>
              <w:t>)</w:t>
            </w:r>
            <w:r>
              <w:rPr>
                <w:rFonts w:cs="Times New Roman"/>
                <w:bCs/>
                <w:sz w:val="24"/>
                <w:szCs w:val="24"/>
                <w:lang w:val="ru-RU"/>
              </w:rPr>
              <w:t>,</w:t>
            </w:r>
          </w:p>
          <w:p w:rsidR="00B423D3" w:rsidRPr="00B9229C" w:rsidRDefault="00B423D3" w:rsidP="001F7089">
            <w:pPr>
              <w:spacing w:after="0"/>
              <w:jc w:val="center"/>
              <w:rPr>
                <w:rFonts w:cs="Times New Roman"/>
                <w:bCs/>
                <w:sz w:val="24"/>
                <w:szCs w:val="24"/>
                <w:lang w:val="ru-RU"/>
              </w:rPr>
            </w:pPr>
            <w:r w:rsidRPr="00B9229C">
              <w:rPr>
                <w:rFonts w:cs="Times New Roman"/>
                <w:bCs/>
                <w:sz w:val="24"/>
                <w:szCs w:val="24"/>
                <w:lang w:val="ru-RU"/>
              </w:rPr>
              <w:t>участие в чемпионате «Профессионалы», экспертная деятельность</w:t>
            </w:r>
            <w:r>
              <w:rPr>
                <w:rFonts w:cs="Times New Roman"/>
                <w:bCs/>
                <w:sz w:val="24"/>
                <w:szCs w:val="24"/>
                <w:lang w:val="ru-RU"/>
              </w:rPr>
              <w:t xml:space="preserve"> – эксперт международного конкурса «Мечты о будущем» национального центра «Россия»</w:t>
            </w:r>
          </w:p>
        </w:tc>
      </w:tr>
    </w:tbl>
    <w:p w:rsidR="00B423D3" w:rsidRDefault="00B423D3" w:rsidP="00B423D3">
      <w:pPr>
        <w:rPr>
          <w:rFonts w:eastAsia="Arial Unicode MS" w:cs="Times New Roman"/>
          <w:b/>
          <w:bCs/>
          <w:sz w:val="24"/>
          <w:szCs w:val="24"/>
          <w:bdr w:val="nil"/>
          <w:lang w:val="ru-RU"/>
        </w:rPr>
      </w:pPr>
    </w:p>
    <w:p w:rsidR="00B423D3" w:rsidRPr="001B525B" w:rsidRDefault="00B423D3" w:rsidP="00B423D3">
      <w:pPr>
        <w:rPr>
          <w:rFonts w:eastAsia="Arial Unicode MS" w:cs="Times New Roman"/>
          <w:b/>
          <w:bCs/>
          <w:sz w:val="24"/>
          <w:szCs w:val="24"/>
          <w:bdr w:val="nil"/>
          <w:lang w:val="ru-RU"/>
        </w:rPr>
      </w:pPr>
    </w:p>
    <w:p w:rsidR="00B423D3" w:rsidRDefault="00B423D3" w:rsidP="00DD1B39">
      <w:pPr>
        <w:spacing w:after="0"/>
        <w:ind w:firstLine="709"/>
        <w:jc w:val="center"/>
        <w:rPr>
          <w:b/>
          <w:bCs/>
          <w:lang w:val="ru-RU"/>
        </w:rPr>
      </w:pPr>
    </w:p>
    <w:p w:rsidR="00DB3B3C" w:rsidRPr="00DB3B3C" w:rsidRDefault="00DB3B3C" w:rsidP="00DD1B39">
      <w:pPr>
        <w:spacing w:after="0"/>
        <w:jc w:val="center"/>
        <w:rPr>
          <w:lang w:val="ru-RU"/>
        </w:rPr>
      </w:pPr>
      <w:r w:rsidRPr="00DB3B3C">
        <w:rPr>
          <w:b/>
          <w:bCs/>
          <w:lang w:val="ru-RU"/>
        </w:rPr>
        <w:t>1. ПОЯСНИТЕЛЬНАЯ ЗАПИСКА</w:t>
      </w:r>
    </w:p>
    <w:p w:rsidR="00DB3B3C" w:rsidRPr="00DB3B3C" w:rsidRDefault="00DB3B3C" w:rsidP="00DD1B39">
      <w:pPr>
        <w:spacing w:after="0"/>
        <w:ind w:firstLine="709"/>
        <w:rPr>
          <w:b/>
          <w:bCs/>
          <w:lang w:val="ru-RU"/>
        </w:rPr>
      </w:pPr>
      <w:r w:rsidRPr="00DB3B3C">
        <w:rPr>
          <w:b/>
          <w:bCs/>
          <w:lang w:val="ru-RU"/>
        </w:rPr>
        <w:t>1.1. Актуальность программы</w:t>
      </w:r>
    </w:p>
    <w:p w:rsidR="00DB3B3C" w:rsidRPr="00DB3B3C" w:rsidRDefault="00DB3B3C" w:rsidP="00DD1B39">
      <w:pPr>
        <w:spacing w:after="0"/>
        <w:ind w:firstLine="709"/>
        <w:rPr>
          <w:lang w:val="ru-RU"/>
        </w:rPr>
      </w:pPr>
      <w:r w:rsidRPr="00DB3B3C">
        <w:rPr>
          <w:lang w:val="ru-RU"/>
        </w:rPr>
        <w:lastRenderedPageBreak/>
        <w:t xml:space="preserve">Современный графический дизайн является одной из наиболее востребованных сфер </w:t>
      </w:r>
      <w:proofErr w:type="spellStart"/>
      <w:r w:rsidRPr="00DB3B3C">
        <w:rPr>
          <w:lang w:val="ru-RU"/>
        </w:rPr>
        <w:t>креативных</w:t>
      </w:r>
      <w:proofErr w:type="spellEnd"/>
      <w:r w:rsidRPr="00DB3B3C">
        <w:rPr>
          <w:lang w:val="ru-RU"/>
        </w:rPr>
        <w:t xml:space="preserve"> индустрий. Практически каждая организация использует визуальные коммуникации: фирменный стиль, упаковку, социальные сети, сайты, мобильные приложения, презентации и рекламные материалы. Развитие цифровой экономики и технологий искусственного интеллекта существенно изменило требования к специалистам, поэтому знакомство школьников с профессией должно происходить через практическую деятельность, максимально приближенную к реальным профессиональным задачам.</w:t>
      </w:r>
    </w:p>
    <w:p w:rsidR="00DB3B3C" w:rsidRPr="00DB3B3C" w:rsidRDefault="00DB3B3C" w:rsidP="00DD1B39">
      <w:pPr>
        <w:spacing w:after="0"/>
        <w:ind w:firstLine="709"/>
        <w:rPr>
          <w:b/>
          <w:bCs/>
          <w:lang w:val="ru-RU"/>
        </w:rPr>
      </w:pPr>
      <w:r w:rsidRPr="00DB3B3C">
        <w:rPr>
          <w:b/>
          <w:bCs/>
          <w:lang w:val="ru-RU"/>
        </w:rPr>
        <w:t>1.2. Новизна программы</w:t>
      </w:r>
    </w:p>
    <w:p w:rsidR="00DB3B3C" w:rsidRPr="00DB3B3C" w:rsidRDefault="00DB3B3C" w:rsidP="00DD1B39">
      <w:pPr>
        <w:spacing w:after="0"/>
        <w:ind w:firstLine="709"/>
        <w:rPr>
          <w:lang w:val="ru-RU"/>
        </w:rPr>
      </w:pPr>
      <w:r w:rsidRPr="00DB3B3C">
        <w:rPr>
          <w:lang w:val="ru-RU"/>
        </w:rPr>
        <w:t>Программа отличается от традиционных профессиональных проб тем, что построена в формате авторской интерактивной компьютерной игры. Игровой сценарий позволяет участникам последовательно погружаться в профессию: знакомиться с дизайнерским мышлением, выполнять миссии, принимать решения, получать обратную связь и видеть собственный результат.</w:t>
      </w:r>
    </w:p>
    <w:p w:rsidR="00DB3B3C" w:rsidRPr="00DB3B3C" w:rsidRDefault="00DB3B3C" w:rsidP="00DD1B39">
      <w:pPr>
        <w:spacing w:after="0"/>
        <w:ind w:firstLine="709"/>
        <w:rPr>
          <w:lang w:val="ru-RU"/>
        </w:rPr>
      </w:pPr>
      <w:r w:rsidRPr="00DB3B3C">
        <w:rPr>
          <w:b/>
          <w:bCs/>
          <w:lang w:val="ru-RU"/>
        </w:rPr>
        <w:t>1.3. Практическая значимость</w:t>
      </w:r>
    </w:p>
    <w:p w:rsidR="00DB3B3C" w:rsidRPr="00DB3B3C" w:rsidRDefault="00DB3B3C" w:rsidP="00DD1B39">
      <w:pPr>
        <w:spacing w:after="0"/>
        <w:ind w:firstLine="709"/>
        <w:rPr>
          <w:lang w:val="ru-RU"/>
        </w:rPr>
      </w:pPr>
      <w:r w:rsidRPr="00DB3B3C">
        <w:rPr>
          <w:lang w:val="ru-RU"/>
        </w:rPr>
        <w:t>Участники не только получают представление о профессии графического дизайнера, но и пробуют себя в решении типичных профессиональных задач. Это способствует осознанному профессиональному выбору, развитию творческого потенциала, визуального мышления и интереса к современным цифровым технологиям.</w:t>
      </w:r>
    </w:p>
    <w:p w:rsidR="00DB3B3C" w:rsidRPr="00DB3B3C" w:rsidRDefault="00DB3B3C" w:rsidP="00DD1B39">
      <w:pPr>
        <w:spacing w:after="0"/>
        <w:ind w:firstLine="709"/>
        <w:rPr>
          <w:lang w:val="ru-RU"/>
        </w:rPr>
      </w:pPr>
      <w:r w:rsidRPr="00DB3B3C">
        <w:rPr>
          <w:b/>
          <w:bCs/>
          <w:lang w:val="ru-RU"/>
        </w:rPr>
        <w:t>1.4. Цель программы</w:t>
      </w:r>
    </w:p>
    <w:p w:rsidR="00DB3B3C" w:rsidRPr="00DB3B3C" w:rsidRDefault="00DB3B3C" w:rsidP="00DD1B39">
      <w:pPr>
        <w:spacing w:after="0"/>
        <w:ind w:firstLine="709"/>
        <w:rPr>
          <w:lang w:val="ru-RU"/>
        </w:rPr>
      </w:pPr>
      <w:r w:rsidRPr="00DB3B3C">
        <w:rPr>
          <w:lang w:val="ru-RU"/>
        </w:rPr>
        <w:t xml:space="preserve">Формирование устойчивого интереса </w:t>
      </w:r>
      <w:proofErr w:type="gramStart"/>
      <w:r w:rsidRPr="00DB3B3C">
        <w:rPr>
          <w:lang w:val="ru-RU"/>
        </w:rPr>
        <w:t>обучающихся</w:t>
      </w:r>
      <w:proofErr w:type="gramEnd"/>
      <w:r w:rsidRPr="00DB3B3C">
        <w:rPr>
          <w:lang w:val="ru-RU"/>
        </w:rPr>
        <w:t xml:space="preserve"> к профессии графического дизайнера посредством прохождения игровой интерактивной профессиональной пробы, моделирующей реальные элементы профессиональной деятельности.</w:t>
      </w:r>
    </w:p>
    <w:p w:rsidR="00DB3B3C" w:rsidRPr="00DB3B3C" w:rsidRDefault="00DB3B3C" w:rsidP="00DD1B39">
      <w:pPr>
        <w:spacing w:after="0"/>
        <w:ind w:firstLine="709"/>
        <w:rPr>
          <w:lang w:val="ru-RU"/>
        </w:rPr>
      </w:pPr>
      <w:r w:rsidRPr="00DB3B3C">
        <w:rPr>
          <w:b/>
          <w:bCs/>
          <w:lang w:val="ru-RU"/>
        </w:rPr>
        <w:t>1.5. Задачи программы</w:t>
      </w:r>
    </w:p>
    <w:p w:rsidR="00DB3B3C" w:rsidRPr="00DB3B3C" w:rsidRDefault="00DB3B3C" w:rsidP="00DD1B39">
      <w:pPr>
        <w:spacing w:after="0"/>
        <w:ind w:firstLine="709"/>
        <w:rPr>
          <w:b/>
          <w:bCs/>
          <w:lang w:val="ru-RU"/>
        </w:rPr>
      </w:pPr>
      <w:r w:rsidRPr="00DB3B3C">
        <w:rPr>
          <w:b/>
          <w:bCs/>
          <w:lang w:val="ru-RU"/>
        </w:rPr>
        <w:t>Образовательные:</w:t>
      </w:r>
    </w:p>
    <w:p w:rsidR="00DB3B3C" w:rsidRPr="00DB3B3C" w:rsidRDefault="00DB3B3C" w:rsidP="00DD1B39">
      <w:pPr>
        <w:spacing w:after="0"/>
        <w:ind w:firstLine="709"/>
        <w:rPr>
          <w:lang w:val="ru-RU"/>
        </w:rPr>
      </w:pPr>
      <w:r>
        <w:rPr>
          <w:lang w:val="ru-RU"/>
        </w:rPr>
        <w:t xml:space="preserve">- </w:t>
      </w:r>
      <w:r w:rsidRPr="00DB3B3C">
        <w:rPr>
          <w:lang w:val="ru-RU"/>
        </w:rPr>
        <w:t>познакомить с содержанием профессии графического дизайнера;</w:t>
      </w:r>
    </w:p>
    <w:p w:rsidR="00DB3B3C" w:rsidRPr="00DB3B3C" w:rsidRDefault="00DB3B3C" w:rsidP="00DD1B39">
      <w:pPr>
        <w:spacing w:after="0"/>
        <w:ind w:firstLine="709"/>
        <w:rPr>
          <w:lang w:val="ru-RU"/>
        </w:rPr>
      </w:pPr>
      <w:r>
        <w:rPr>
          <w:lang w:val="ru-RU"/>
        </w:rPr>
        <w:t xml:space="preserve">- </w:t>
      </w:r>
      <w:r w:rsidRPr="00DB3B3C">
        <w:rPr>
          <w:lang w:val="ru-RU"/>
        </w:rPr>
        <w:t xml:space="preserve">сформировать представление о базовых принципах композиции, цвета и </w:t>
      </w:r>
      <w:proofErr w:type="spellStart"/>
      <w:r w:rsidRPr="00DB3B3C">
        <w:rPr>
          <w:lang w:val="ru-RU"/>
        </w:rPr>
        <w:t>типографики</w:t>
      </w:r>
      <w:proofErr w:type="spellEnd"/>
      <w:r w:rsidRPr="00DB3B3C">
        <w:rPr>
          <w:lang w:val="ru-RU"/>
        </w:rPr>
        <w:t>;</w:t>
      </w:r>
    </w:p>
    <w:p w:rsidR="00DB3B3C" w:rsidRPr="00DB3B3C" w:rsidRDefault="00DB3B3C" w:rsidP="00DD1B39">
      <w:pPr>
        <w:spacing w:after="0"/>
        <w:ind w:firstLine="709"/>
        <w:rPr>
          <w:lang w:val="ru-RU"/>
        </w:rPr>
      </w:pPr>
      <w:r>
        <w:rPr>
          <w:lang w:val="ru-RU"/>
        </w:rPr>
        <w:t xml:space="preserve">- </w:t>
      </w:r>
      <w:r w:rsidRPr="00DB3B3C">
        <w:rPr>
          <w:lang w:val="ru-RU"/>
        </w:rPr>
        <w:t>показать современные цифровые инструменты дизайнера.</w:t>
      </w:r>
    </w:p>
    <w:p w:rsidR="00DB3B3C" w:rsidRPr="00DB3B3C" w:rsidRDefault="00DB3B3C" w:rsidP="00DD1B39">
      <w:pPr>
        <w:spacing w:after="0"/>
        <w:ind w:firstLine="709"/>
        <w:rPr>
          <w:b/>
          <w:bCs/>
          <w:lang w:val="ru-RU"/>
        </w:rPr>
      </w:pPr>
      <w:r w:rsidRPr="00DB3B3C">
        <w:rPr>
          <w:b/>
          <w:bCs/>
          <w:lang w:val="ru-RU"/>
        </w:rPr>
        <w:t>Развивающие:</w:t>
      </w:r>
    </w:p>
    <w:p w:rsidR="00DB3B3C" w:rsidRPr="00DB3B3C" w:rsidRDefault="00DB3B3C" w:rsidP="00DD1B39">
      <w:pPr>
        <w:spacing w:after="0"/>
        <w:ind w:firstLine="709"/>
        <w:rPr>
          <w:lang w:val="ru-RU"/>
        </w:rPr>
      </w:pPr>
      <w:r>
        <w:rPr>
          <w:lang w:val="ru-RU"/>
        </w:rPr>
        <w:t xml:space="preserve">- </w:t>
      </w:r>
      <w:r w:rsidRPr="00DB3B3C">
        <w:rPr>
          <w:lang w:val="ru-RU"/>
        </w:rPr>
        <w:t xml:space="preserve">развивать визуальное мышление и </w:t>
      </w:r>
      <w:proofErr w:type="spellStart"/>
      <w:r w:rsidRPr="00DB3B3C">
        <w:rPr>
          <w:lang w:val="ru-RU"/>
        </w:rPr>
        <w:t>креативность</w:t>
      </w:r>
      <w:proofErr w:type="spellEnd"/>
      <w:r w:rsidRPr="00DB3B3C">
        <w:rPr>
          <w:lang w:val="ru-RU"/>
        </w:rPr>
        <w:t>;</w:t>
      </w:r>
    </w:p>
    <w:p w:rsidR="00DB3B3C" w:rsidRPr="00DB3B3C" w:rsidRDefault="00DB3B3C" w:rsidP="00DD1B39">
      <w:pPr>
        <w:spacing w:after="0"/>
        <w:ind w:firstLine="709"/>
        <w:rPr>
          <w:lang w:val="ru-RU"/>
        </w:rPr>
      </w:pPr>
      <w:r>
        <w:rPr>
          <w:lang w:val="ru-RU"/>
        </w:rPr>
        <w:t xml:space="preserve">- </w:t>
      </w:r>
      <w:r w:rsidRPr="00DB3B3C">
        <w:rPr>
          <w:lang w:val="ru-RU"/>
        </w:rPr>
        <w:t>формировать навыки анализа визуальной информации;</w:t>
      </w:r>
    </w:p>
    <w:p w:rsidR="00DB3B3C" w:rsidRPr="00DB3B3C" w:rsidRDefault="00DB3B3C" w:rsidP="00DD1B39">
      <w:pPr>
        <w:spacing w:after="0"/>
        <w:ind w:firstLine="709"/>
        <w:rPr>
          <w:lang w:val="ru-RU"/>
        </w:rPr>
      </w:pPr>
    </w:p>
    <w:p w:rsidR="00DB3B3C" w:rsidRPr="00DB3B3C" w:rsidRDefault="00DB3B3C" w:rsidP="00DD1B39">
      <w:pPr>
        <w:spacing w:after="0"/>
        <w:ind w:firstLine="709"/>
        <w:rPr>
          <w:lang w:val="ru-RU"/>
        </w:rPr>
      </w:pPr>
      <w:r>
        <w:rPr>
          <w:lang w:val="ru-RU"/>
        </w:rPr>
        <w:t xml:space="preserve">- </w:t>
      </w:r>
      <w:r w:rsidRPr="00DB3B3C">
        <w:rPr>
          <w:lang w:val="ru-RU"/>
        </w:rPr>
        <w:t>развивать способность принимать дизайнерские решения.</w:t>
      </w:r>
    </w:p>
    <w:p w:rsidR="00DB3B3C" w:rsidRPr="00DB3B3C" w:rsidRDefault="00DB3B3C" w:rsidP="00DD1B39">
      <w:pPr>
        <w:spacing w:after="0"/>
        <w:ind w:firstLine="709"/>
        <w:rPr>
          <w:b/>
          <w:bCs/>
          <w:lang w:val="ru-RU"/>
        </w:rPr>
      </w:pPr>
      <w:r w:rsidRPr="00DB3B3C">
        <w:rPr>
          <w:b/>
          <w:bCs/>
          <w:lang w:val="ru-RU"/>
        </w:rPr>
        <w:lastRenderedPageBreak/>
        <w:t>Воспитательные:</w:t>
      </w:r>
    </w:p>
    <w:p w:rsidR="00DB3B3C" w:rsidRPr="00DB3B3C" w:rsidRDefault="00DB3B3C" w:rsidP="00DD1B39">
      <w:pPr>
        <w:spacing w:after="0"/>
        <w:ind w:firstLine="709"/>
        <w:rPr>
          <w:lang w:val="ru-RU"/>
        </w:rPr>
      </w:pPr>
      <w:r>
        <w:rPr>
          <w:lang w:val="ru-RU"/>
        </w:rPr>
        <w:t xml:space="preserve">- </w:t>
      </w:r>
      <w:r w:rsidRPr="00DB3B3C">
        <w:rPr>
          <w:lang w:val="ru-RU"/>
        </w:rPr>
        <w:t>формировать ответственное отношение к результатам труда;</w:t>
      </w:r>
    </w:p>
    <w:p w:rsidR="00DB3B3C" w:rsidRPr="00DB3B3C" w:rsidRDefault="00DB3B3C" w:rsidP="00DD1B39">
      <w:pPr>
        <w:spacing w:after="0"/>
        <w:ind w:firstLine="709"/>
        <w:rPr>
          <w:lang w:val="ru-RU"/>
        </w:rPr>
      </w:pPr>
      <w:r>
        <w:rPr>
          <w:lang w:val="ru-RU"/>
        </w:rPr>
        <w:t xml:space="preserve">- </w:t>
      </w:r>
      <w:r w:rsidRPr="00DB3B3C">
        <w:rPr>
          <w:lang w:val="ru-RU"/>
        </w:rPr>
        <w:t>развивать коммуникативные навыки;</w:t>
      </w:r>
    </w:p>
    <w:p w:rsidR="00DB3B3C" w:rsidRPr="00DB3B3C" w:rsidRDefault="00DB3B3C" w:rsidP="00DD1B39">
      <w:pPr>
        <w:spacing w:after="0"/>
        <w:ind w:firstLine="709"/>
        <w:rPr>
          <w:lang w:val="ru-RU"/>
        </w:rPr>
      </w:pPr>
      <w:r>
        <w:rPr>
          <w:lang w:val="ru-RU"/>
        </w:rPr>
        <w:t xml:space="preserve">- </w:t>
      </w:r>
      <w:r w:rsidRPr="00DB3B3C">
        <w:rPr>
          <w:lang w:val="ru-RU"/>
        </w:rPr>
        <w:t>воспитывать уважение к интеллектуальной и творческой деятельности.</w:t>
      </w:r>
    </w:p>
    <w:p w:rsidR="00DB3B3C" w:rsidRPr="00DB3B3C" w:rsidRDefault="00DB3B3C" w:rsidP="00DD1B39">
      <w:pPr>
        <w:spacing w:after="0"/>
        <w:ind w:firstLine="709"/>
        <w:rPr>
          <w:b/>
          <w:bCs/>
          <w:lang w:val="ru-RU"/>
        </w:rPr>
      </w:pPr>
      <w:r w:rsidRPr="00DB3B3C">
        <w:rPr>
          <w:b/>
          <w:bCs/>
          <w:lang w:val="ru-RU"/>
        </w:rPr>
        <w:t>1.6. Планируемые результаты</w:t>
      </w:r>
    </w:p>
    <w:p w:rsidR="00DB3B3C" w:rsidRPr="00DB3B3C" w:rsidRDefault="00DB3B3C" w:rsidP="00DD1B39">
      <w:pPr>
        <w:spacing w:after="0"/>
        <w:ind w:firstLine="709"/>
        <w:rPr>
          <w:lang w:val="ru-RU"/>
        </w:rPr>
      </w:pPr>
      <w:r w:rsidRPr="00DB3B3C">
        <w:rPr>
          <w:lang w:val="ru-RU"/>
        </w:rPr>
        <w:t>После прохождения профессиональной пробы участник сможет:</w:t>
      </w:r>
    </w:p>
    <w:p w:rsidR="00DB3B3C" w:rsidRPr="00DB3B3C" w:rsidRDefault="00DB3B3C" w:rsidP="00DD1B39">
      <w:pPr>
        <w:spacing w:after="0"/>
        <w:ind w:firstLine="709"/>
        <w:rPr>
          <w:lang w:val="ru-RU"/>
        </w:rPr>
      </w:pPr>
      <w:r>
        <w:rPr>
          <w:lang w:val="ru-RU"/>
        </w:rPr>
        <w:t xml:space="preserve">- </w:t>
      </w:r>
      <w:r w:rsidRPr="00DB3B3C">
        <w:rPr>
          <w:lang w:val="ru-RU"/>
        </w:rPr>
        <w:t>объяснить особенности профессии графического дизайнера;</w:t>
      </w:r>
    </w:p>
    <w:p w:rsidR="00DB3B3C" w:rsidRPr="00DB3B3C" w:rsidRDefault="00DB3B3C" w:rsidP="00DD1B39">
      <w:pPr>
        <w:spacing w:after="0"/>
        <w:ind w:firstLine="709"/>
        <w:rPr>
          <w:lang w:val="ru-RU"/>
        </w:rPr>
      </w:pPr>
      <w:r>
        <w:rPr>
          <w:lang w:val="ru-RU"/>
        </w:rPr>
        <w:t xml:space="preserve">- </w:t>
      </w:r>
      <w:r w:rsidRPr="00DB3B3C">
        <w:rPr>
          <w:lang w:val="ru-RU"/>
        </w:rPr>
        <w:t>распознавать основные принципы качественного дизайна;</w:t>
      </w:r>
    </w:p>
    <w:p w:rsidR="00DB3B3C" w:rsidRPr="00DB3B3C" w:rsidRDefault="00DB3B3C" w:rsidP="00DD1B39">
      <w:pPr>
        <w:spacing w:after="0"/>
        <w:ind w:firstLine="709"/>
        <w:rPr>
          <w:lang w:val="ru-RU"/>
        </w:rPr>
      </w:pPr>
      <w:r>
        <w:rPr>
          <w:lang w:val="ru-RU"/>
        </w:rPr>
        <w:t xml:space="preserve">- </w:t>
      </w:r>
      <w:r w:rsidRPr="00DB3B3C">
        <w:rPr>
          <w:lang w:val="ru-RU"/>
        </w:rPr>
        <w:t>принимать простые дизайнерские решения;</w:t>
      </w:r>
    </w:p>
    <w:p w:rsidR="00DB3B3C" w:rsidRPr="00DB3B3C" w:rsidRDefault="00DB3B3C" w:rsidP="00DD1B39">
      <w:pPr>
        <w:spacing w:after="0"/>
        <w:ind w:firstLine="709"/>
        <w:rPr>
          <w:lang w:val="ru-RU"/>
        </w:rPr>
      </w:pPr>
      <w:r>
        <w:rPr>
          <w:lang w:val="ru-RU"/>
        </w:rPr>
        <w:t xml:space="preserve">- </w:t>
      </w:r>
      <w:r w:rsidRPr="00DB3B3C">
        <w:rPr>
          <w:lang w:val="ru-RU"/>
        </w:rPr>
        <w:t>оценивать собственные профессиональные интересы;</w:t>
      </w:r>
    </w:p>
    <w:p w:rsidR="00DB3B3C" w:rsidRPr="00DB3B3C" w:rsidRDefault="00DB3B3C" w:rsidP="00DD1B39">
      <w:pPr>
        <w:spacing w:after="0"/>
        <w:ind w:firstLine="709"/>
        <w:rPr>
          <w:lang w:val="ru-RU"/>
        </w:rPr>
      </w:pPr>
      <w:r>
        <w:rPr>
          <w:lang w:val="ru-RU"/>
        </w:rPr>
        <w:t xml:space="preserve">- </w:t>
      </w:r>
      <w:r w:rsidRPr="00DB3B3C">
        <w:rPr>
          <w:lang w:val="ru-RU"/>
        </w:rPr>
        <w:t>понимать перспективы обучения и карьерного развития в сфере графического дизайна.</w:t>
      </w:r>
    </w:p>
    <w:p w:rsidR="00DB3B3C" w:rsidRDefault="00646198" w:rsidP="00646198">
      <w:pPr>
        <w:spacing w:after="0"/>
        <w:jc w:val="center"/>
        <w:rPr>
          <w:lang w:val="ru-RU"/>
        </w:rPr>
      </w:pPr>
      <w:r>
        <w:rPr>
          <w:noProof/>
          <w:lang w:val="ru-RU" w:eastAsia="ru-RU"/>
        </w:rPr>
        <w:drawing>
          <wp:inline distT="0" distB="0" distL="0" distR="0">
            <wp:extent cx="6168706" cy="4518660"/>
            <wp:effectExtent l="0" t="0" r="381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2026-07-17_12-35-39.png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188034" cy="45328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46198" w:rsidRDefault="00646198" w:rsidP="00DB3B3C">
      <w:pPr>
        <w:spacing w:after="0"/>
        <w:rPr>
          <w:lang w:val="ru-RU"/>
        </w:rPr>
      </w:pPr>
    </w:p>
    <w:p w:rsidR="005A1D3E" w:rsidRPr="005A1D3E" w:rsidRDefault="005A1D3E" w:rsidP="00DD1B39">
      <w:pPr>
        <w:spacing w:after="0"/>
        <w:ind w:firstLine="709"/>
        <w:rPr>
          <w:b/>
          <w:bCs/>
          <w:lang w:val="ru-RU"/>
        </w:rPr>
      </w:pPr>
      <w:r w:rsidRPr="005A1D3E">
        <w:rPr>
          <w:b/>
          <w:bCs/>
          <w:lang w:val="ru-RU"/>
        </w:rPr>
        <w:t>2. ОБЩАЯ ХАРАКТЕРИСТИКА ПРОФЕССИИ «ГРАФИЧЕСКИЙ ДИЗАЙНЕР»</w:t>
      </w:r>
    </w:p>
    <w:p w:rsidR="005A1D3E" w:rsidRPr="005A1D3E" w:rsidRDefault="005A1D3E" w:rsidP="00DD1B39">
      <w:pPr>
        <w:spacing w:after="0"/>
        <w:ind w:firstLine="709"/>
        <w:rPr>
          <w:lang w:val="ru-RU"/>
        </w:rPr>
      </w:pPr>
    </w:p>
    <w:p w:rsidR="005A1D3E" w:rsidRPr="005A1D3E" w:rsidRDefault="005A1D3E" w:rsidP="00DD1B39">
      <w:pPr>
        <w:spacing w:after="0"/>
        <w:ind w:firstLine="709"/>
        <w:rPr>
          <w:b/>
          <w:bCs/>
          <w:lang w:val="ru-RU"/>
        </w:rPr>
      </w:pPr>
      <w:r w:rsidRPr="005A1D3E">
        <w:rPr>
          <w:b/>
          <w:bCs/>
          <w:lang w:val="ru-RU"/>
        </w:rPr>
        <w:t>2.1. Содержание и особенности профессиональной деятельности</w:t>
      </w:r>
    </w:p>
    <w:p w:rsidR="005A1D3E" w:rsidRPr="005A1D3E" w:rsidRDefault="005A1D3E" w:rsidP="00DD1B39">
      <w:pPr>
        <w:spacing w:after="0"/>
        <w:ind w:firstLine="709"/>
        <w:rPr>
          <w:lang w:val="ru-RU"/>
        </w:rPr>
      </w:pPr>
      <w:r w:rsidRPr="005A1D3E">
        <w:rPr>
          <w:lang w:val="ru-RU"/>
        </w:rPr>
        <w:lastRenderedPageBreak/>
        <w:t>Графический дизайнер создает визуальные коммуникации, которые помогают людям быстро воспринимать информацию, ориентироваться в окружающей среде и узнавать бренды. В профессиональной деятельности дизайнер анализирует задачу заказчика, изучает целевую аудиторию, разрабатывает концепцию, создает макеты и готовит материалы к публикации или печати.</w:t>
      </w:r>
    </w:p>
    <w:p w:rsidR="005A1D3E" w:rsidRPr="005A1D3E" w:rsidRDefault="005A1D3E" w:rsidP="00DD1B39">
      <w:pPr>
        <w:spacing w:after="0"/>
        <w:ind w:firstLine="709"/>
        <w:rPr>
          <w:lang w:val="ru-RU"/>
        </w:rPr>
      </w:pPr>
      <w:r w:rsidRPr="005A1D3E">
        <w:rPr>
          <w:b/>
          <w:bCs/>
          <w:lang w:val="ru-RU"/>
        </w:rPr>
        <w:t>2.2. Основные направления графического дизайна</w:t>
      </w:r>
    </w:p>
    <w:p w:rsidR="005A1D3E" w:rsidRPr="005A1D3E" w:rsidRDefault="005A1D3E" w:rsidP="00DD1B39">
      <w:pPr>
        <w:spacing w:after="0"/>
        <w:ind w:firstLine="709"/>
        <w:rPr>
          <w:lang w:val="ru-RU"/>
        </w:rPr>
      </w:pPr>
      <w:r w:rsidRPr="005A1D3E">
        <w:rPr>
          <w:lang w:val="ru-RU"/>
        </w:rPr>
        <w:t xml:space="preserve">Современный графический дизайн включает разработку фирменного стиля, логотипов, упаковки, полиграфической продукции, наружной рекламы, дизайна социальных сетей, </w:t>
      </w:r>
      <w:proofErr w:type="spellStart"/>
      <w:r w:rsidRPr="005A1D3E">
        <w:rPr>
          <w:lang w:val="ru-RU"/>
        </w:rPr>
        <w:t>веб-интерфейсов</w:t>
      </w:r>
      <w:proofErr w:type="spellEnd"/>
      <w:r w:rsidRPr="005A1D3E">
        <w:rPr>
          <w:lang w:val="ru-RU"/>
        </w:rPr>
        <w:t xml:space="preserve">, презентаций, </w:t>
      </w:r>
      <w:proofErr w:type="spellStart"/>
      <w:r w:rsidRPr="005A1D3E">
        <w:rPr>
          <w:lang w:val="ru-RU"/>
        </w:rPr>
        <w:t>инфографики</w:t>
      </w:r>
      <w:proofErr w:type="spellEnd"/>
      <w:r w:rsidRPr="005A1D3E">
        <w:rPr>
          <w:lang w:val="ru-RU"/>
        </w:rPr>
        <w:t>, цифровых иллюстраций и элементов пользовательского интерфейса. В последние годы активно развивается направление, связанное с использованием технологий искусственного интеллекта.</w:t>
      </w:r>
    </w:p>
    <w:p w:rsidR="005A1D3E" w:rsidRPr="005A1D3E" w:rsidRDefault="005A1D3E" w:rsidP="00DD1B39">
      <w:pPr>
        <w:spacing w:after="0"/>
        <w:ind w:firstLine="709"/>
        <w:rPr>
          <w:lang w:val="ru-RU"/>
        </w:rPr>
      </w:pPr>
      <w:r w:rsidRPr="005A1D3E">
        <w:rPr>
          <w:b/>
          <w:bCs/>
          <w:lang w:val="ru-RU"/>
        </w:rPr>
        <w:t>2.3. Профессионально важные качества и способности</w:t>
      </w:r>
    </w:p>
    <w:p w:rsidR="005A1D3E" w:rsidRPr="005A1D3E" w:rsidRDefault="005A1D3E" w:rsidP="00DD1B39">
      <w:pPr>
        <w:spacing w:after="0"/>
        <w:ind w:firstLine="709"/>
        <w:rPr>
          <w:lang w:val="ru-RU"/>
        </w:rPr>
      </w:pPr>
      <w:r w:rsidRPr="005A1D3E">
        <w:rPr>
          <w:lang w:val="ru-RU"/>
        </w:rPr>
        <w:t xml:space="preserve">Успешному дизайнеру необходимы </w:t>
      </w:r>
      <w:proofErr w:type="spellStart"/>
      <w:r w:rsidRPr="005A1D3E">
        <w:rPr>
          <w:lang w:val="ru-RU"/>
        </w:rPr>
        <w:t>креативность</w:t>
      </w:r>
      <w:proofErr w:type="spellEnd"/>
      <w:r w:rsidRPr="005A1D3E">
        <w:rPr>
          <w:lang w:val="ru-RU"/>
        </w:rPr>
        <w:t>, развитое визуальное мышление, чувство композиции и цвета, внимательность к деталям, способность анализировать информацию, коммуникативные навыки, ответственность и стремление к постоянному обучению.</w:t>
      </w:r>
    </w:p>
    <w:p w:rsidR="005A1D3E" w:rsidRPr="005A1D3E" w:rsidRDefault="005A1D3E" w:rsidP="00DD1B39">
      <w:pPr>
        <w:spacing w:after="0"/>
        <w:ind w:firstLine="709"/>
        <w:rPr>
          <w:lang w:val="ru-RU"/>
        </w:rPr>
      </w:pPr>
      <w:r w:rsidRPr="005A1D3E">
        <w:rPr>
          <w:b/>
          <w:bCs/>
          <w:lang w:val="ru-RU"/>
        </w:rPr>
        <w:t>2.4. Современные цифровые инструменты и технологии</w:t>
      </w:r>
    </w:p>
    <w:p w:rsidR="005A1D3E" w:rsidRPr="005A1D3E" w:rsidRDefault="005A1D3E" w:rsidP="00DD1B39">
      <w:pPr>
        <w:spacing w:after="0"/>
        <w:ind w:firstLine="709"/>
        <w:rPr>
          <w:lang w:val="ru-RU"/>
        </w:rPr>
      </w:pPr>
      <w:r w:rsidRPr="005A1D3E">
        <w:rPr>
          <w:lang w:val="ru-RU"/>
        </w:rPr>
        <w:t xml:space="preserve">В ходе профессиональной деятельности дизайнер использует графические редакторы, программы верстки, инструменты для создания презентаций, сервисы совместной работы и </w:t>
      </w:r>
      <w:proofErr w:type="spellStart"/>
      <w:r w:rsidRPr="005A1D3E">
        <w:rPr>
          <w:lang w:val="ru-RU"/>
        </w:rPr>
        <w:t>нейросетевые</w:t>
      </w:r>
      <w:proofErr w:type="spellEnd"/>
      <w:r w:rsidRPr="005A1D3E">
        <w:rPr>
          <w:lang w:val="ru-RU"/>
        </w:rPr>
        <w:t xml:space="preserve"> технологии. В рамках профессиональной пробы участники знакомятся с возможностями современных цифровых инструментов и понимают их роль в работе специалиста.</w:t>
      </w:r>
    </w:p>
    <w:p w:rsidR="005A1D3E" w:rsidRPr="005A1D3E" w:rsidRDefault="005A1D3E" w:rsidP="00DD1B39">
      <w:pPr>
        <w:spacing w:after="0"/>
        <w:ind w:firstLine="709"/>
        <w:rPr>
          <w:lang w:val="ru-RU"/>
        </w:rPr>
      </w:pPr>
      <w:r w:rsidRPr="005A1D3E">
        <w:rPr>
          <w:b/>
          <w:bCs/>
          <w:lang w:val="ru-RU"/>
        </w:rPr>
        <w:t>2.5. Возможности обучения и профессионального развития</w:t>
      </w:r>
    </w:p>
    <w:p w:rsidR="005A1D3E" w:rsidRPr="005A1D3E" w:rsidRDefault="005A1D3E" w:rsidP="00DD1B39">
      <w:pPr>
        <w:spacing w:after="0"/>
        <w:ind w:firstLine="709"/>
        <w:rPr>
          <w:lang w:val="ru-RU"/>
        </w:rPr>
      </w:pPr>
      <w:r w:rsidRPr="005A1D3E">
        <w:rPr>
          <w:lang w:val="ru-RU"/>
        </w:rPr>
        <w:t xml:space="preserve">Получить профессию графического дизайнера можно в учреждениях среднего профессионального и высшего образования. После обучения выпускники могут работать в рекламных агентствах, </w:t>
      </w:r>
      <w:proofErr w:type="spellStart"/>
      <w:proofErr w:type="gramStart"/>
      <w:r w:rsidRPr="005A1D3E">
        <w:rPr>
          <w:lang w:val="ru-RU"/>
        </w:rPr>
        <w:t>дизайн-студиях</w:t>
      </w:r>
      <w:proofErr w:type="spellEnd"/>
      <w:proofErr w:type="gramEnd"/>
      <w:r w:rsidRPr="005A1D3E">
        <w:rPr>
          <w:lang w:val="ru-RU"/>
        </w:rPr>
        <w:t xml:space="preserve">, издательствах, IT-компаниях, типографиях, образовательных организациях или вести собственную практику как </w:t>
      </w:r>
      <w:proofErr w:type="spellStart"/>
      <w:r w:rsidRPr="005A1D3E">
        <w:rPr>
          <w:lang w:val="ru-RU"/>
        </w:rPr>
        <w:t>самозанятые</w:t>
      </w:r>
      <w:proofErr w:type="spellEnd"/>
      <w:r w:rsidRPr="005A1D3E">
        <w:rPr>
          <w:lang w:val="ru-RU"/>
        </w:rPr>
        <w:t xml:space="preserve"> и </w:t>
      </w:r>
      <w:proofErr w:type="spellStart"/>
      <w:r w:rsidRPr="005A1D3E">
        <w:rPr>
          <w:lang w:val="ru-RU"/>
        </w:rPr>
        <w:t>фрилансеры</w:t>
      </w:r>
      <w:proofErr w:type="spellEnd"/>
      <w:r w:rsidRPr="005A1D3E">
        <w:rPr>
          <w:lang w:val="ru-RU"/>
        </w:rPr>
        <w:t>.</w:t>
      </w:r>
    </w:p>
    <w:p w:rsidR="005A1D3E" w:rsidRPr="005A1D3E" w:rsidRDefault="005A1D3E" w:rsidP="00DD1B39">
      <w:pPr>
        <w:spacing w:after="0"/>
        <w:ind w:firstLine="709"/>
        <w:rPr>
          <w:lang w:val="ru-RU"/>
        </w:rPr>
      </w:pPr>
    </w:p>
    <w:p w:rsidR="005A1D3E" w:rsidRDefault="005A1D3E" w:rsidP="00DD1B39">
      <w:pPr>
        <w:spacing w:after="0"/>
        <w:ind w:firstLine="709"/>
        <w:rPr>
          <w:lang w:val="ru-RU"/>
        </w:rPr>
      </w:pPr>
      <w:r w:rsidRPr="005A1D3E">
        <w:rPr>
          <w:lang w:val="ru-RU"/>
        </w:rPr>
        <w:t>В рамках игровой профессиональной пробы школьники получают возможность попробовать себя в роли графического дизайнера, выполняя задания, максимально приближенные к реальным рабочим ситуациям. Это позволяет осознанно оценить свои интересы и способности до выбора образовательной траектории.</w:t>
      </w:r>
    </w:p>
    <w:p w:rsidR="00B423D3" w:rsidRDefault="00551093" w:rsidP="00551093">
      <w:pPr>
        <w:spacing w:after="0"/>
        <w:jc w:val="center"/>
        <w:rPr>
          <w:lang w:val="ru-RU"/>
        </w:rPr>
      </w:pPr>
      <w:r>
        <w:rPr>
          <w:noProof/>
          <w:lang w:val="ru-RU" w:eastAsia="ru-RU"/>
        </w:rPr>
        <w:lastRenderedPageBreak/>
        <w:drawing>
          <wp:inline distT="0" distB="0" distL="0" distR="0">
            <wp:extent cx="4677570" cy="3543300"/>
            <wp:effectExtent l="0" t="0" r="889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2026-07-17_15-11-14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693921" cy="35556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51093" w:rsidRPr="005A1D3E" w:rsidRDefault="00551093" w:rsidP="00551093">
      <w:pPr>
        <w:spacing w:after="0"/>
        <w:jc w:val="center"/>
        <w:rPr>
          <w:lang w:val="ru-RU"/>
        </w:rPr>
      </w:pPr>
      <w:r>
        <w:rPr>
          <w:noProof/>
          <w:lang w:val="ru-RU" w:eastAsia="ru-RU"/>
        </w:rPr>
        <w:drawing>
          <wp:inline distT="0" distB="0" distL="0" distR="0">
            <wp:extent cx="4675718" cy="3589020"/>
            <wp:effectExtent l="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2026-07-17_15-12-16.pn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701041" cy="36084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51093" w:rsidRDefault="00551093" w:rsidP="00547203">
      <w:pPr>
        <w:spacing w:after="0"/>
        <w:jc w:val="both"/>
        <w:rPr>
          <w:b/>
          <w:bCs/>
          <w:lang w:val="ru-RU"/>
        </w:rPr>
      </w:pPr>
    </w:p>
    <w:p w:rsidR="00547203" w:rsidRDefault="00547203" w:rsidP="00DD1B39">
      <w:pPr>
        <w:spacing w:after="0"/>
        <w:ind w:firstLine="709"/>
        <w:jc w:val="both"/>
        <w:rPr>
          <w:b/>
          <w:bCs/>
          <w:lang w:val="ru-RU"/>
        </w:rPr>
      </w:pPr>
      <w:r w:rsidRPr="00547203">
        <w:rPr>
          <w:b/>
          <w:bCs/>
          <w:lang w:val="ru-RU"/>
        </w:rPr>
        <w:t>3. ОРГАНИЗАЦИЯ ПРОФЕССИОНАЛЬНОЙ ПРОБЫ</w:t>
      </w:r>
    </w:p>
    <w:p w:rsidR="00547203" w:rsidRDefault="00547203" w:rsidP="00DD1B39">
      <w:pPr>
        <w:spacing w:after="0"/>
        <w:ind w:firstLine="709"/>
        <w:jc w:val="both"/>
        <w:rPr>
          <w:lang w:val="ru-RU"/>
        </w:rPr>
      </w:pPr>
    </w:p>
    <w:p w:rsidR="00551093" w:rsidRPr="00547203" w:rsidRDefault="00551093" w:rsidP="00DD1B39">
      <w:pPr>
        <w:spacing w:after="0"/>
        <w:ind w:firstLine="709"/>
        <w:jc w:val="both"/>
        <w:rPr>
          <w:lang w:val="ru-RU"/>
        </w:rPr>
      </w:pPr>
    </w:p>
    <w:p w:rsidR="00547203" w:rsidRPr="00547203" w:rsidRDefault="00547203" w:rsidP="00DD1B39">
      <w:pPr>
        <w:spacing w:after="0"/>
        <w:ind w:firstLine="709"/>
        <w:jc w:val="both"/>
        <w:rPr>
          <w:lang w:val="ru-RU"/>
        </w:rPr>
      </w:pPr>
      <w:r w:rsidRPr="00547203">
        <w:rPr>
          <w:b/>
          <w:bCs/>
          <w:lang w:val="ru-RU"/>
        </w:rPr>
        <w:t>3.1. Целевая аудитория и условия участия</w:t>
      </w:r>
    </w:p>
    <w:p w:rsidR="00547203" w:rsidRDefault="00547203" w:rsidP="00DD1B39">
      <w:pPr>
        <w:spacing w:after="0"/>
        <w:ind w:firstLine="709"/>
        <w:jc w:val="both"/>
        <w:rPr>
          <w:lang w:val="ru-RU"/>
        </w:rPr>
      </w:pPr>
      <w:r w:rsidRPr="00547203">
        <w:rPr>
          <w:lang w:val="ru-RU"/>
        </w:rPr>
        <w:lastRenderedPageBreak/>
        <w:t xml:space="preserve">Профессиональная проба предназначена для обучающихся </w:t>
      </w:r>
      <w:r w:rsidR="00551093">
        <w:rPr>
          <w:lang w:val="ru-RU"/>
        </w:rPr>
        <w:t>6</w:t>
      </w:r>
      <w:r w:rsidRPr="00547203">
        <w:rPr>
          <w:lang w:val="ru-RU"/>
        </w:rPr>
        <w:t>–11 классов, проявляющих интерес к творческим и цифровым профессиям. Предварительная подготовка не требуется. Оптимальное количество участников — до 10 человек, что позволяет обеспечить индивидуальное сопровождение каждого школьника.</w:t>
      </w:r>
    </w:p>
    <w:p w:rsidR="00551093" w:rsidRPr="00547203" w:rsidRDefault="00551093" w:rsidP="00DD1B39">
      <w:pPr>
        <w:spacing w:after="0"/>
        <w:ind w:firstLine="709"/>
        <w:jc w:val="both"/>
        <w:rPr>
          <w:lang w:val="ru-RU"/>
        </w:rPr>
      </w:pPr>
    </w:p>
    <w:p w:rsidR="00547203" w:rsidRPr="00547203" w:rsidRDefault="00547203" w:rsidP="00DD1B39">
      <w:pPr>
        <w:spacing w:after="0"/>
        <w:ind w:firstLine="709"/>
        <w:jc w:val="both"/>
        <w:rPr>
          <w:b/>
          <w:bCs/>
          <w:lang w:val="ru-RU"/>
        </w:rPr>
      </w:pPr>
      <w:r w:rsidRPr="00547203">
        <w:rPr>
          <w:b/>
          <w:bCs/>
          <w:lang w:val="ru-RU"/>
        </w:rPr>
        <w:t>3.2. Формат, продолжительность и количество участников</w:t>
      </w:r>
    </w:p>
    <w:p w:rsidR="00547203" w:rsidRDefault="00547203" w:rsidP="00DD1B39">
      <w:pPr>
        <w:spacing w:after="0"/>
        <w:ind w:firstLine="709"/>
        <w:jc w:val="both"/>
        <w:rPr>
          <w:lang w:val="ru-RU"/>
        </w:rPr>
      </w:pPr>
      <w:r w:rsidRPr="00547203">
        <w:rPr>
          <w:lang w:val="ru-RU"/>
        </w:rPr>
        <w:t>Форма проведения — очная, с использованием интерактивной компьютерной игры. Общая продолжительность составляет 90 минут. Работа проводится в компьютерном классе, оснащённом необходимым оборудованием и программным обеспечением.</w:t>
      </w:r>
    </w:p>
    <w:p w:rsidR="00551093" w:rsidRPr="00547203" w:rsidRDefault="00551093" w:rsidP="00DD1B39">
      <w:pPr>
        <w:spacing w:after="0"/>
        <w:ind w:firstLine="709"/>
        <w:jc w:val="both"/>
        <w:rPr>
          <w:lang w:val="ru-RU"/>
        </w:rPr>
      </w:pPr>
    </w:p>
    <w:p w:rsidR="00547203" w:rsidRPr="00547203" w:rsidRDefault="00547203" w:rsidP="00DD1B39">
      <w:pPr>
        <w:spacing w:after="0"/>
        <w:ind w:firstLine="709"/>
        <w:jc w:val="both"/>
        <w:rPr>
          <w:lang w:val="ru-RU"/>
        </w:rPr>
      </w:pPr>
      <w:r w:rsidRPr="00547203">
        <w:rPr>
          <w:b/>
          <w:bCs/>
          <w:lang w:val="ru-RU"/>
        </w:rPr>
        <w:t>3.3. Этапы проведения профессиональной пробы</w:t>
      </w:r>
    </w:p>
    <w:p w:rsidR="00547203" w:rsidRDefault="00547203" w:rsidP="00DD1B39">
      <w:pPr>
        <w:spacing w:after="0"/>
        <w:ind w:firstLine="709"/>
        <w:jc w:val="both"/>
        <w:rPr>
          <w:lang w:val="ru-RU"/>
        </w:rPr>
      </w:pPr>
      <w:r w:rsidRPr="00547203">
        <w:rPr>
          <w:lang w:val="ru-RU"/>
        </w:rPr>
        <w:t>Проба включает организационный этап, знакомство с игровым интерфейсом, выполнение интерактивных заданий, практические миссии, творческую мастерскую, итоговую рефлексию и получение индивидуального результата.</w:t>
      </w:r>
    </w:p>
    <w:p w:rsidR="00551093" w:rsidRPr="00547203" w:rsidRDefault="00551093" w:rsidP="00DD1B39">
      <w:pPr>
        <w:spacing w:after="0"/>
        <w:ind w:firstLine="709"/>
        <w:jc w:val="both"/>
        <w:rPr>
          <w:lang w:val="ru-RU"/>
        </w:rPr>
      </w:pPr>
    </w:p>
    <w:p w:rsidR="00547203" w:rsidRPr="00547203" w:rsidRDefault="00547203" w:rsidP="00DD1B39">
      <w:pPr>
        <w:spacing w:after="0"/>
        <w:ind w:firstLine="709"/>
        <w:jc w:val="both"/>
        <w:rPr>
          <w:b/>
          <w:bCs/>
          <w:lang w:val="ru-RU"/>
        </w:rPr>
      </w:pPr>
      <w:r w:rsidRPr="00547203">
        <w:rPr>
          <w:b/>
          <w:bCs/>
          <w:lang w:val="ru-RU"/>
        </w:rPr>
        <w:t>3.4. Функции наставника</w:t>
      </w:r>
    </w:p>
    <w:p w:rsidR="00547203" w:rsidRDefault="00547203" w:rsidP="00DD1B39">
      <w:pPr>
        <w:spacing w:after="0"/>
        <w:ind w:firstLine="709"/>
        <w:jc w:val="both"/>
        <w:rPr>
          <w:lang w:val="ru-RU"/>
        </w:rPr>
      </w:pPr>
      <w:r w:rsidRPr="00547203">
        <w:rPr>
          <w:lang w:val="ru-RU"/>
        </w:rPr>
        <w:t>Наставник организует работу группы, проводит вводный инструктаж, сопровождает участников на протяжении прохождения игры, консультирует при возникновении вопросов, наблюдает за деятельностью обучающихся и организует итоговое обсуждение.</w:t>
      </w:r>
    </w:p>
    <w:p w:rsidR="00551093" w:rsidRPr="00547203" w:rsidRDefault="00551093" w:rsidP="00DD1B39">
      <w:pPr>
        <w:spacing w:after="0"/>
        <w:ind w:firstLine="709"/>
        <w:jc w:val="both"/>
        <w:rPr>
          <w:lang w:val="ru-RU"/>
        </w:rPr>
      </w:pPr>
    </w:p>
    <w:p w:rsidR="00547203" w:rsidRPr="00547203" w:rsidRDefault="00547203" w:rsidP="00DD1B39">
      <w:pPr>
        <w:spacing w:after="0"/>
        <w:ind w:firstLine="709"/>
        <w:jc w:val="both"/>
        <w:rPr>
          <w:b/>
          <w:bCs/>
          <w:lang w:val="ru-RU"/>
        </w:rPr>
      </w:pPr>
      <w:r w:rsidRPr="00547203">
        <w:rPr>
          <w:b/>
          <w:bCs/>
          <w:lang w:val="ru-RU"/>
        </w:rPr>
        <w:t>3.5. Требования техники безопасности и организации рабочего места</w:t>
      </w:r>
    </w:p>
    <w:p w:rsidR="00547203" w:rsidRPr="00547203" w:rsidRDefault="00547203" w:rsidP="00DD1B39">
      <w:pPr>
        <w:spacing w:after="0"/>
        <w:ind w:firstLine="709"/>
        <w:jc w:val="both"/>
        <w:rPr>
          <w:lang w:val="ru-RU"/>
        </w:rPr>
      </w:pPr>
      <w:r w:rsidRPr="00547203">
        <w:rPr>
          <w:lang w:val="ru-RU"/>
        </w:rPr>
        <w:t>Перед началом работы участники проходят инструктаж по технике безопасности при работе за компьютером. Рабочие места должны соответствовать санитарным требованиям, обеспечивать удобную посадку, достаточное освещение и безопасное подключение оборудования.</w:t>
      </w:r>
    </w:p>
    <w:p w:rsidR="00547203" w:rsidRDefault="00547203" w:rsidP="00547203">
      <w:pPr>
        <w:spacing w:after="0"/>
        <w:jc w:val="both"/>
        <w:rPr>
          <w:lang w:val="ru-RU"/>
        </w:rPr>
      </w:pPr>
    </w:p>
    <w:p w:rsidR="00551093" w:rsidRDefault="00551093" w:rsidP="00547203">
      <w:pPr>
        <w:spacing w:after="0"/>
        <w:jc w:val="both"/>
        <w:rPr>
          <w:lang w:val="ru-RU"/>
        </w:rPr>
      </w:pPr>
    </w:p>
    <w:p w:rsidR="00551093" w:rsidRDefault="00551093" w:rsidP="00547203">
      <w:pPr>
        <w:spacing w:after="0"/>
        <w:jc w:val="both"/>
        <w:rPr>
          <w:lang w:val="ru-RU"/>
        </w:rPr>
      </w:pPr>
    </w:p>
    <w:p w:rsidR="00B30376" w:rsidRDefault="00B30376" w:rsidP="00547203">
      <w:pPr>
        <w:spacing w:after="0"/>
        <w:jc w:val="both"/>
        <w:rPr>
          <w:lang w:val="ru-RU"/>
        </w:rPr>
      </w:pPr>
    </w:p>
    <w:p w:rsidR="00551093" w:rsidRPr="00547203" w:rsidRDefault="00551093" w:rsidP="00547203">
      <w:pPr>
        <w:spacing w:after="0"/>
        <w:jc w:val="both"/>
        <w:rPr>
          <w:lang w:val="ru-RU"/>
        </w:rPr>
      </w:pPr>
    </w:p>
    <w:p w:rsidR="00547203" w:rsidRPr="00547203" w:rsidRDefault="00DD1B39" w:rsidP="00DD1B39">
      <w:pPr>
        <w:spacing w:after="0"/>
        <w:ind w:firstLine="709"/>
        <w:jc w:val="both"/>
        <w:rPr>
          <w:b/>
          <w:bCs/>
          <w:lang w:val="ru-RU"/>
        </w:rPr>
      </w:pPr>
      <w:r>
        <w:rPr>
          <w:b/>
          <w:bCs/>
          <w:lang w:val="ru-RU"/>
        </w:rPr>
        <w:t xml:space="preserve">3.6. </w:t>
      </w:r>
      <w:r w:rsidR="00547203" w:rsidRPr="00547203">
        <w:rPr>
          <w:b/>
          <w:bCs/>
          <w:lang w:val="ru-RU"/>
        </w:rPr>
        <w:t>Примерный регламент проведения</w:t>
      </w:r>
    </w:p>
    <w:p w:rsidR="00547203" w:rsidRPr="00547203" w:rsidRDefault="00547203" w:rsidP="00547203">
      <w:pPr>
        <w:spacing w:after="0"/>
        <w:jc w:val="both"/>
        <w:rPr>
          <w:lang w:val="ru-RU"/>
        </w:rPr>
      </w:pPr>
    </w:p>
    <w:tbl>
      <w:tblPr>
        <w:tblStyle w:val="aff0"/>
        <w:tblW w:w="0" w:type="auto"/>
        <w:tblLook w:val="04A0"/>
      </w:tblPr>
      <w:tblGrid>
        <w:gridCol w:w="3324"/>
        <w:gridCol w:w="3324"/>
        <w:gridCol w:w="3324"/>
      </w:tblGrid>
      <w:tr w:rsidR="00547203" w:rsidTr="001F7089">
        <w:tc>
          <w:tcPr>
            <w:tcW w:w="3324" w:type="dxa"/>
          </w:tcPr>
          <w:p w:rsidR="00547203" w:rsidRPr="00547203" w:rsidRDefault="00547203" w:rsidP="001F7089">
            <w:pPr>
              <w:rPr>
                <w:b/>
                <w:bCs/>
              </w:rPr>
            </w:pPr>
            <w:proofErr w:type="spellStart"/>
            <w:r w:rsidRPr="00547203">
              <w:rPr>
                <w:b/>
                <w:bCs/>
              </w:rPr>
              <w:t>Этап</w:t>
            </w:r>
            <w:proofErr w:type="spellEnd"/>
          </w:p>
        </w:tc>
        <w:tc>
          <w:tcPr>
            <w:tcW w:w="3324" w:type="dxa"/>
          </w:tcPr>
          <w:p w:rsidR="00547203" w:rsidRPr="00547203" w:rsidRDefault="00547203" w:rsidP="001F7089">
            <w:pPr>
              <w:rPr>
                <w:b/>
                <w:bCs/>
              </w:rPr>
            </w:pPr>
            <w:proofErr w:type="spellStart"/>
            <w:r w:rsidRPr="00547203">
              <w:rPr>
                <w:b/>
                <w:bCs/>
              </w:rPr>
              <w:t>Время</w:t>
            </w:r>
            <w:proofErr w:type="spellEnd"/>
          </w:p>
        </w:tc>
        <w:tc>
          <w:tcPr>
            <w:tcW w:w="3324" w:type="dxa"/>
          </w:tcPr>
          <w:p w:rsidR="00547203" w:rsidRPr="00547203" w:rsidRDefault="00547203" w:rsidP="001F7089">
            <w:pPr>
              <w:rPr>
                <w:b/>
                <w:bCs/>
              </w:rPr>
            </w:pPr>
            <w:proofErr w:type="spellStart"/>
            <w:r w:rsidRPr="00547203">
              <w:rPr>
                <w:b/>
                <w:bCs/>
              </w:rPr>
              <w:t>Содержание</w:t>
            </w:r>
            <w:proofErr w:type="spellEnd"/>
          </w:p>
        </w:tc>
      </w:tr>
      <w:tr w:rsidR="00547203" w:rsidTr="001F7089">
        <w:tc>
          <w:tcPr>
            <w:tcW w:w="3324" w:type="dxa"/>
          </w:tcPr>
          <w:p w:rsidR="00547203" w:rsidRDefault="00547203" w:rsidP="001F7089">
            <w:pPr>
              <w:rPr>
                <w:lang w:val="ru-RU"/>
              </w:rPr>
            </w:pPr>
            <w:proofErr w:type="spellStart"/>
            <w:r>
              <w:lastRenderedPageBreak/>
              <w:t>Организационный</w:t>
            </w:r>
            <w:proofErr w:type="spellEnd"/>
            <w:r>
              <w:rPr>
                <w:lang w:val="ru-RU"/>
              </w:rPr>
              <w:t xml:space="preserve"> </w:t>
            </w:r>
          </w:p>
          <w:p w:rsidR="00801693" w:rsidRPr="00547203" w:rsidRDefault="00801693" w:rsidP="001F7089">
            <w:pPr>
              <w:rPr>
                <w:lang w:val="ru-RU"/>
              </w:rPr>
            </w:pPr>
          </w:p>
        </w:tc>
        <w:tc>
          <w:tcPr>
            <w:tcW w:w="3324" w:type="dxa"/>
          </w:tcPr>
          <w:p w:rsidR="00547203" w:rsidRDefault="00547203" w:rsidP="001F7089">
            <w:r>
              <w:t xml:space="preserve">5 </w:t>
            </w:r>
            <w:proofErr w:type="spellStart"/>
            <w:r>
              <w:t>мин</w:t>
            </w:r>
            <w:proofErr w:type="spellEnd"/>
          </w:p>
        </w:tc>
        <w:tc>
          <w:tcPr>
            <w:tcW w:w="3324" w:type="dxa"/>
          </w:tcPr>
          <w:p w:rsidR="00547203" w:rsidRDefault="00547203" w:rsidP="001F7089">
            <w:proofErr w:type="spellStart"/>
            <w:r>
              <w:t>Инструктаж</w:t>
            </w:r>
            <w:proofErr w:type="spellEnd"/>
            <w:r>
              <w:t xml:space="preserve">, </w:t>
            </w:r>
            <w:proofErr w:type="spellStart"/>
            <w:r>
              <w:t>знакомство</w:t>
            </w:r>
            <w:proofErr w:type="spellEnd"/>
          </w:p>
        </w:tc>
      </w:tr>
      <w:tr w:rsidR="00547203" w:rsidTr="001F7089">
        <w:tc>
          <w:tcPr>
            <w:tcW w:w="3324" w:type="dxa"/>
          </w:tcPr>
          <w:p w:rsidR="00547203" w:rsidRDefault="00547203" w:rsidP="001F7089">
            <w:proofErr w:type="spellStart"/>
            <w:r>
              <w:t>Вводная</w:t>
            </w:r>
            <w:proofErr w:type="spellEnd"/>
            <w:r>
              <w:t xml:space="preserve"> </w:t>
            </w:r>
            <w:proofErr w:type="spellStart"/>
            <w:r>
              <w:t>часть</w:t>
            </w:r>
            <w:proofErr w:type="spellEnd"/>
          </w:p>
          <w:p w:rsidR="00801693" w:rsidRDefault="00801693" w:rsidP="001F7089"/>
        </w:tc>
        <w:tc>
          <w:tcPr>
            <w:tcW w:w="3324" w:type="dxa"/>
          </w:tcPr>
          <w:p w:rsidR="00547203" w:rsidRDefault="00547203" w:rsidP="001F7089">
            <w:r>
              <w:t xml:space="preserve">10 </w:t>
            </w:r>
            <w:proofErr w:type="spellStart"/>
            <w:r>
              <w:t>мин</w:t>
            </w:r>
            <w:proofErr w:type="spellEnd"/>
          </w:p>
        </w:tc>
        <w:tc>
          <w:tcPr>
            <w:tcW w:w="3324" w:type="dxa"/>
          </w:tcPr>
          <w:p w:rsidR="00547203" w:rsidRDefault="00547203" w:rsidP="001F7089">
            <w:proofErr w:type="spellStart"/>
            <w:r>
              <w:t>ДизайнКОТ</w:t>
            </w:r>
            <w:proofErr w:type="spellEnd"/>
            <w:r>
              <w:t xml:space="preserve">, </w:t>
            </w:r>
            <w:proofErr w:type="spellStart"/>
            <w:r>
              <w:t>выбор</w:t>
            </w:r>
            <w:proofErr w:type="spellEnd"/>
            <w:r>
              <w:t xml:space="preserve"> </w:t>
            </w:r>
            <w:proofErr w:type="spellStart"/>
            <w:r>
              <w:t>профиля</w:t>
            </w:r>
            <w:proofErr w:type="spellEnd"/>
          </w:p>
        </w:tc>
      </w:tr>
      <w:tr w:rsidR="00547203" w:rsidTr="001F7089">
        <w:tc>
          <w:tcPr>
            <w:tcW w:w="3324" w:type="dxa"/>
          </w:tcPr>
          <w:p w:rsidR="00547203" w:rsidRDefault="00547203" w:rsidP="001F7089">
            <w:proofErr w:type="spellStart"/>
            <w:r>
              <w:t>Игровые</w:t>
            </w:r>
            <w:proofErr w:type="spellEnd"/>
            <w:r>
              <w:t xml:space="preserve"> </w:t>
            </w:r>
            <w:proofErr w:type="spellStart"/>
            <w:r>
              <w:t>задания</w:t>
            </w:r>
            <w:proofErr w:type="spellEnd"/>
          </w:p>
          <w:p w:rsidR="00801693" w:rsidRDefault="00801693" w:rsidP="001F7089"/>
        </w:tc>
        <w:tc>
          <w:tcPr>
            <w:tcW w:w="3324" w:type="dxa"/>
          </w:tcPr>
          <w:p w:rsidR="00547203" w:rsidRDefault="00547203" w:rsidP="001F7089">
            <w:r>
              <w:t xml:space="preserve">25 </w:t>
            </w:r>
            <w:proofErr w:type="spellStart"/>
            <w:r>
              <w:t>мин</w:t>
            </w:r>
            <w:proofErr w:type="spellEnd"/>
          </w:p>
        </w:tc>
        <w:tc>
          <w:tcPr>
            <w:tcW w:w="3324" w:type="dxa"/>
          </w:tcPr>
          <w:p w:rsidR="00547203" w:rsidRDefault="00547203" w:rsidP="001F7089">
            <w:proofErr w:type="spellStart"/>
            <w:r>
              <w:t>Викторина</w:t>
            </w:r>
            <w:proofErr w:type="spellEnd"/>
            <w:r>
              <w:t xml:space="preserve">, </w:t>
            </w:r>
            <w:proofErr w:type="spellStart"/>
            <w:r>
              <w:t>теория</w:t>
            </w:r>
            <w:proofErr w:type="spellEnd"/>
          </w:p>
        </w:tc>
      </w:tr>
      <w:tr w:rsidR="00547203" w:rsidTr="001F7089">
        <w:tc>
          <w:tcPr>
            <w:tcW w:w="3324" w:type="dxa"/>
          </w:tcPr>
          <w:p w:rsidR="00547203" w:rsidRDefault="00547203" w:rsidP="001F7089">
            <w:proofErr w:type="spellStart"/>
            <w:r>
              <w:t>Практические</w:t>
            </w:r>
            <w:proofErr w:type="spellEnd"/>
            <w:r>
              <w:t xml:space="preserve"> </w:t>
            </w:r>
            <w:proofErr w:type="spellStart"/>
            <w:r>
              <w:t>миссии</w:t>
            </w:r>
            <w:proofErr w:type="spellEnd"/>
          </w:p>
          <w:p w:rsidR="00801693" w:rsidRDefault="00801693" w:rsidP="001F7089"/>
        </w:tc>
        <w:tc>
          <w:tcPr>
            <w:tcW w:w="3324" w:type="dxa"/>
          </w:tcPr>
          <w:p w:rsidR="00547203" w:rsidRDefault="00547203" w:rsidP="001F7089">
            <w:r>
              <w:t xml:space="preserve">35 </w:t>
            </w:r>
            <w:proofErr w:type="spellStart"/>
            <w:r>
              <w:t>мин</w:t>
            </w:r>
            <w:proofErr w:type="spellEnd"/>
          </w:p>
        </w:tc>
        <w:tc>
          <w:tcPr>
            <w:tcW w:w="3324" w:type="dxa"/>
          </w:tcPr>
          <w:p w:rsidR="00547203" w:rsidRDefault="00547203" w:rsidP="001F7089">
            <w:proofErr w:type="spellStart"/>
            <w:r>
              <w:t>Основная</w:t>
            </w:r>
            <w:proofErr w:type="spellEnd"/>
            <w:r>
              <w:t xml:space="preserve"> </w:t>
            </w:r>
            <w:proofErr w:type="spellStart"/>
            <w:r>
              <w:t>деятельность</w:t>
            </w:r>
            <w:proofErr w:type="spellEnd"/>
          </w:p>
        </w:tc>
      </w:tr>
      <w:tr w:rsidR="00547203" w:rsidTr="001F7089">
        <w:tc>
          <w:tcPr>
            <w:tcW w:w="3324" w:type="dxa"/>
          </w:tcPr>
          <w:p w:rsidR="00547203" w:rsidRDefault="00547203" w:rsidP="001F7089">
            <w:proofErr w:type="spellStart"/>
            <w:r>
              <w:t>Рефлексия</w:t>
            </w:r>
            <w:proofErr w:type="spellEnd"/>
          </w:p>
          <w:p w:rsidR="00801693" w:rsidRDefault="00801693" w:rsidP="001F7089"/>
        </w:tc>
        <w:tc>
          <w:tcPr>
            <w:tcW w:w="3324" w:type="dxa"/>
          </w:tcPr>
          <w:p w:rsidR="00547203" w:rsidRDefault="00547203" w:rsidP="001F7089">
            <w:r>
              <w:t xml:space="preserve">10 </w:t>
            </w:r>
            <w:proofErr w:type="spellStart"/>
            <w:r>
              <w:t>мин</w:t>
            </w:r>
            <w:proofErr w:type="spellEnd"/>
          </w:p>
        </w:tc>
        <w:tc>
          <w:tcPr>
            <w:tcW w:w="3324" w:type="dxa"/>
          </w:tcPr>
          <w:p w:rsidR="00547203" w:rsidRDefault="00547203" w:rsidP="001F7089">
            <w:proofErr w:type="spellStart"/>
            <w:r>
              <w:t>Обсуждение</w:t>
            </w:r>
            <w:proofErr w:type="spellEnd"/>
            <w:r>
              <w:t xml:space="preserve"> </w:t>
            </w:r>
            <w:proofErr w:type="spellStart"/>
            <w:r>
              <w:t>результатов</w:t>
            </w:r>
            <w:proofErr w:type="spellEnd"/>
          </w:p>
        </w:tc>
      </w:tr>
      <w:tr w:rsidR="00547203" w:rsidTr="001F7089">
        <w:tc>
          <w:tcPr>
            <w:tcW w:w="3324" w:type="dxa"/>
          </w:tcPr>
          <w:p w:rsidR="00547203" w:rsidRDefault="00547203" w:rsidP="001F7089">
            <w:proofErr w:type="spellStart"/>
            <w:r>
              <w:t>Подведение</w:t>
            </w:r>
            <w:proofErr w:type="spellEnd"/>
            <w:r>
              <w:t xml:space="preserve"> </w:t>
            </w:r>
            <w:proofErr w:type="spellStart"/>
            <w:r>
              <w:t>итогов</w:t>
            </w:r>
            <w:proofErr w:type="spellEnd"/>
          </w:p>
          <w:p w:rsidR="00801693" w:rsidRDefault="00801693" w:rsidP="001F7089"/>
        </w:tc>
        <w:tc>
          <w:tcPr>
            <w:tcW w:w="3324" w:type="dxa"/>
          </w:tcPr>
          <w:p w:rsidR="00547203" w:rsidRDefault="00547203" w:rsidP="001F7089">
            <w:r>
              <w:t xml:space="preserve">5 </w:t>
            </w:r>
            <w:proofErr w:type="spellStart"/>
            <w:r>
              <w:t>мин</w:t>
            </w:r>
            <w:proofErr w:type="spellEnd"/>
          </w:p>
        </w:tc>
        <w:tc>
          <w:tcPr>
            <w:tcW w:w="3324" w:type="dxa"/>
          </w:tcPr>
          <w:p w:rsidR="00547203" w:rsidRPr="00547203" w:rsidRDefault="00547203" w:rsidP="001F7089">
            <w:pPr>
              <w:rPr>
                <w:lang w:val="ru-RU"/>
              </w:rPr>
            </w:pPr>
            <w:proofErr w:type="spellStart"/>
            <w:r>
              <w:t>Сертификат</w:t>
            </w:r>
            <w:r>
              <w:rPr>
                <w:lang w:val="ru-RU"/>
              </w:rPr>
              <w:t>ы</w:t>
            </w:r>
            <w:proofErr w:type="spellEnd"/>
          </w:p>
        </w:tc>
      </w:tr>
    </w:tbl>
    <w:p w:rsidR="00547203" w:rsidRDefault="00547203" w:rsidP="00547203">
      <w:pPr>
        <w:spacing w:after="0"/>
        <w:jc w:val="both"/>
        <w:rPr>
          <w:lang w:val="ru-RU"/>
        </w:rPr>
      </w:pPr>
    </w:p>
    <w:p w:rsidR="00E928EF" w:rsidRPr="00547203" w:rsidRDefault="00E928EF" w:rsidP="00547203">
      <w:pPr>
        <w:spacing w:after="0"/>
        <w:jc w:val="both"/>
        <w:rPr>
          <w:lang w:val="ru-RU"/>
        </w:rPr>
      </w:pPr>
    </w:p>
    <w:p w:rsidR="00551093" w:rsidRDefault="00551093" w:rsidP="00547203">
      <w:pPr>
        <w:spacing w:after="0"/>
        <w:jc w:val="both"/>
        <w:rPr>
          <w:lang w:val="ru-RU"/>
        </w:rPr>
      </w:pPr>
      <w:r>
        <w:rPr>
          <w:noProof/>
          <w:lang w:val="ru-RU" w:eastAsia="ru-RU"/>
        </w:rPr>
        <w:drawing>
          <wp:inline distT="0" distB="0" distL="0" distR="0">
            <wp:extent cx="6300470" cy="3489960"/>
            <wp:effectExtent l="0" t="0" r="508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2026-07-17_12-36-23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300470" cy="34899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bookmarkEnd w:id="1"/>
    <w:bookmarkEnd w:id="2"/>
    <w:bookmarkEnd w:id="3"/>
    <w:p w:rsidR="005A1D3E" w:rsidRDefault="005A1D3E" w:rsidP="005A1D3E">
      <w:pPr>
        <w:spacing w:after="0"/>
        <w:rPr>
          <w:lang w:val="ru-RU"/>
        </w:rPr>
      </w:pPr>
    </w:p>
    <w:p w:rsidR="00801693" w:rsidRDefault="00801693" w:rsidP="005A1D3E">
      <w:pPr>
        <w:spacing w:after="0"/>
        <w:rPr>
          <w:lang w:val="ru-RU"/>
        </w:rPr>
      </w:pPr>
    </w:p>
    <w:p w:rsidR="00801693" w:rsidRDefault="00801693" w:rsidP="005A1D3E">
      <w:pPr>
        <w:spacing w:after="0"/>
        <w:rPr>
          <w:lang w:val="ru-RU"/>
        </w:rPr>
      </w:pPr>
    </w:p>
    <w:p w:rsidR="00801693" w:rsidRDefault="00801693" w:rsidP="005A1D3E">
      <w:pPr>
        <w:spacing w:after="0"/>
        <w:rPr>
          <w:lang w:val="ru-RU"/>
        </w:rPr>
      </w:pPr>
    </w:p>
    <w:p w:rsidR="00801693" w:rsidRDefault="00801693" w:rsidP="005A1D3E">
      <w:pPr>
        <w:spacing w:after="0"/>
        <w:rPr>
          <w:lang w:val="ru-RU"/>
        </w:rPr>
      </w:pPr>
    </w:p>
    <w:p w:rsidR="00801693" w:rsidRDefault="00801693" w:rsidP="005A1D3E">
      <w:pPr>
        <w:spacing w:after="0"/>
        <w:rPr>
          <w:lang w:val="ru-RU"/>
        </w:rPr>
      </w:pPr>
    </w:p>
    <w:p w:rsidR="00801693" w:rsidRDefault="00801693" w:rsidP="005A1D3E">
      <w:pPr>
        <w:spacing w:after="0"/>
        <w:rPr>
          <w:lang w:val="ru-RU"/>
        </w:rPr>
      </w:pPr>
    </w:p>
    <w:p w:rsidR="009078F8" w:rsidRDefault="009078F8" w:rsidP="00801693">
      <w:pPr>
        <w:spacing w:after="0"/>
        <w:jc w:val="center"/>
        <w:rPr>
          <w:b/>
          <w:lang w:val="ru-RU"/>
        </w:rPr>
      </w:pPr>
      <w:r w:rsidRPr="009078F8">
        <w:rPr>
          <w:b/>
          <w:lang w:val="ru-RU"/>
        </w:rPr>
        <w:t>4. СЦЕНАРИЙ ИГРОВОЙ ПРОФЕССИОНАЛЬНОЙ ПРОБЫ</w:t>
      </w:r>
    </w:p>
    <w:p w:rsidR="00801693" w:rsidRPr="009078F8" w:rsidRDefault="00801693" w:rsidP="000F7016">
      <w:pPr>
        <w:spacing w:after="0"/>
        <w:ind w:firstLine="709"/>
        <w:jc w:val="center"/>
        <w:rPr>
          <w:lang w:val="ru-RU"/>
        </w:rPr>
      </w:pPr>
    </w:p>
    <w:p w:rsidR="009078F8" w:rsidRDefault="009078F8" w:rsidP="000F7016">
      <w:pPr>
        <w:spacing w:after="0"/>
        <w:ind w:firstLine="709"/>
        <w:jc w:val="both"/>
        <w:rPr>
          <w:lang w:val="ru-RU"/>
        </w:rPr>
      </w:pPr>
      <w:r w:rsidRPr="009078F8">
        <w:rPr>
          <w:lang w:val="ru-RU"/>
        </w:rPr>
        <w:lastRenderedPageBreak/>
        <w:t xml:space="preserve">Часть 1 посвящена первым этапам прохождения интерактивной игры </w:t>
      </w:r>
      <w:r w:rsidRPr="009078F8">
        <w:t>Design</w:t>
      </w:r>
      <w:r w:rsidRPr="009078F8">
        <w:rPr>
          <w:lang w:val="ru-RU"/>
        </w:rPr>
        <w:t xml:space="preserve"> </w:t>
      </w:r>
      <w:r w:rsidRPr="009078F8">
        <w:t>Studio</w:t>
      </w:r>
      <w:r w:rsidRPr="009078F8">
        <w:rPr>
          <w:lang w:val="ru-RU"/>
        </w:rPr>
        <w:t xml:space="preserve"> </w:t>
      </w:r>
      <w:r w:rsidRPr="009078F8">
        <w:t>Pro</w:t>
      </w:r>
      <w:r w:rsidRPr="009078F8">
        <w:rPr>
          <w:lang w:val="ru-RU"/>
        </w:rPr>
        <w:t>. Каждый этап описан как самостоятельный методический модуль.</w:t>
      </w:r>
    </w:p>
    <w:p w:rsidR="00801693" w:rsidRPr="009078F8" w:rsidRDefault="00801693" w:rsidP="000F7016">
      <w:pPr>
        <w:spacing w:after="0"/>
        <w:ind w:firstLine="709"/>
        <w:jc w:val="both"/>
        <w:rPr>
          <w:lang w:val="ru-RU"/>
        </w:rPr>
      </w:pPr>
    </w:p>
    <w:p w:rsidR="009078F8" w:rsidRDefault="009078F8" w:rsidP="000F7016">
      <w:pPr>
        <w:spacing w:after="0"/>
        <w:ind w:firstLine="709"/>
        <w:jc w:val="both"/>
        <w:rPr>
          <w:b/>
          <w:lang w:val="ru-RU"/>
        </w:rPr>
      </w:pPr>
      <w:r w:rsidRPr="009078F8">
        <w:rPr>
          <w:b/>
          <w:lang w:val="ru-RU"/>
        </w:rPr>
        <w:t>4.1. Организационный этап и вводный инструктаж</w:t>
      </w:r>
    </w:p>
    <w:p w:rsidR="00E928EF" w:rsidRPr="009078F8" w:rsidRDefault="00E928EF" w:rsidP="009078F8">
      <w:pPr>
        <w:spacing w:after="0"/>
        <w:jc w:val="both"/>
        <w:rPr>
          <w:lang w:val="ru-RU"/>
        </w:rPr>
      </w:pPr>
    </w:p>
    <w:tbl>
      <w:tblPr>
        <w:tblStyle w:val="aff0"/>
        <w:tblW w:w="0" w:type="auto"/>
        <w:jc w:val="center"/>
        <w:tblLook w:val="04A0"/>
      </w:tblPr>
      <w:tblGrid>
        <w:gridCol w:w="4986"/>
        <w:gridCol w:w="4986"/>
      </w:tblGrid>
      <w:tr w:rsidR="009078F8" w:rsidRPr="00E532B8" w:rsidTr="001F7089">
        <w:trPr>
          <w:jc w:val="center"/>
        </w:trPr>
        <w:tc>
          <w:tcPr>
            <w:tcW w:w="4986" w:type="dxa"/>
          </w:tcPr>
          <w:p w:rsidR="009078F8" w:rsidRPr="009078F8" w:rsidRDefault="009078F8" w:rsidP="009078F8">
            <w:pPr>
              <w:spacing w:line="276" w:lineRule="auto"/>
              <w:jc w:val="both"/>
              <w:rPr>
                <w:b/>
                <w:bCs/>
              </w:rPr>
            </w:pPr>
            <w:proofErr w:type="spellStart"/>
            <w:r w:rsidRPr="009078F8">
              <w:rPr>
                <w:b/>
                <w:bCs/>
              </w:rPr>
              <w:t>Цель</w:t>
            </w:r>
            <w:proofErr w:type="spellEnd"/>
            <w:r w:rsidRPr="009078F8">
              <w:rPr>
                <w:b/>
                <w:bCs/>
              </w:rPr>
              <w:t xml:space="preserve"> </w:t>
            </w:r>
            <w:proofErr w:type="spellStart"/>
            <w:r w:rsidRPr="009078F8">
              <w:rPr>
                <w:b/>
                <w:bCs/>
              </w:rPr>
              <w:t>этапа</w:t>
            </w:r>
            <w:proofErr w:type="spellEnd"/>
          </w:p>
        </w:tc>
        <w:tc>
          <w:tcPr>
            <w:tcW w:w="4986" w:type="dxa"/>
          </w:tcPr>
          <w:p w:rsidR="009078F8" w:rsidRPr="009078F8" w:rsidRDefault="009078F8" w:rsidP="009078F8">
            <w:pPr>
              <w:spacing w:line="276" w:lineRule="auto"/>
              <w:jc w:val="both"/>
              <w:rPr>
                <w:b/>
                <w:bCs/>
                <w:lang w:val="ru-RU"/>
              </w:rPr>
            </w:pPr>
            <w:r w:rsidRPr="009078F8">
              <w:rPr>
                <w:b/>
                <w:bCs/>
                <w:lang w:val="ru-RU"/>
              </w:rPr>
              <w:t>Подготовить участников к прохождению профессиональной пробы.</w:t>
            </w:r>
          </w:p>
        </w:tc>
      </w:tr>
      <w:tr w:rsidR="009078F8" w:rsidRPr="009078F8" w:rsidTr="001F7089">
        <w:trPr>
          <w:jc w:val="center"/>
        </w:trPr>
        <w:tc>
          <w:tcPr>
            <w:tcW w:w="4986" w:type="dxa"/>
          </w:tcPr>
          <w:p w:rsidR="009078F8" w:rsidRDefault="009078F8" w:rsidP="009078F8">
            <w:pPr>
              <w:spacing w:line="276" w:lineRule="auto"/>
              <w:jc w:val="both"/>
            </w:pPr>
            <w:proofErr w:type="spellStart"/>
            <w:r w:rsidRPr="009078F8">
              <w:t>Продолжительность</w:t>
            </w:r>
            <w:proofErr w:type="spellEnd"/>
          </w:p>
          <w:p w:rsidR="00E928EF" w:rsidRPr="009078F8" w:rsidRDefault="00E928EF" w:rsidP="009078F8">
            <w:pPr>
              <w:spacing w:line="276" w:lineRule="auto"/>
              <w:jc w:val="both"/>
            </w:pPr>
          </w:p>
        </w:tc>
        <w:tc>
          <w:tcPr>
            <w:tcW w:w="4986" w:type="dxa"/>
          </w:tcPr>
          <w:p w:rsidR="009078F8" w:rsidRPr="009078F8" w:rsidRDefault="009078F8" w:rsidP="009078F8">
            <w:pPr>
              <w:spacing w:line="276" w:lineRule="auto"/>
              <w:jc w:val="both"/>
            </w:pPr>
            <w:r w:rsidRPr="009078F8">
              <w:t xml:space="preserve">5 </w:t>
            </w:r>
            <w:proofErr w:type="spellStart"/>
            <w:r w:rsidRPr="009078F8">
              <w:t>минут</w:t>
            </w:r>
            <w:proofErr w:type="spellEnd"/>
          </w:p>
        </w:tc>
      </w:tr>
      <w:tr w:rsidR="009078F8" w:rsidRPr="00E532B8" w:rsidTr="001F7089">
        <w:trPr>
          <w:jc w:val="center"/>
        </w:trPr>
        <w:tc>
          <w:tcPr>
            <w:tcW w:w="4986" w:type="dxa"/>
          </w:tcPr>
          <w:p w:rsidR="009078F8" w:rsidRPr="009078F8" w:rsidRDefault="009078F8" w:rsidP="009078F8">
            <w:pPr>
              <w:spacing w:line="276" w:lineRule="auto"/>
              <w:jc w:val="both"/>
            </w:pPr>
            <w:proofErr w:type="spellStart"/>
            <w:r w:rsidRPr="009078F8">
              <w:t>Действия</w:t>
            </w:r>
            <w:proofErr w:type="spellEnd"/>
            <w:r w:rsidRPr="009078F8">
              <w:t xml:space="preserve"> </w:t>
            </w:r>
            <w:proofErr w:type="spellStart"/>
            <w:r w:rsidRPr="009078F8">
              <w:t>наставника</w:t>
            </w:r>
            <w:proofErr w:type="spellEnd"/>
          </w:p>
        </w:tc>
        <w:tc>
          <w:tcPr>
            <w:tcW w:w="4986" w:type="dxa"/>
          </w:tcPr>
          <w:p w:rsidR="009078F8" w:rsidRPr="009078F8" w:rsidRDefault="009078F8" w:rsidP="009078F8">
            <w:pPr>
              <w:spacing w:line="276" w:lineRule="auto"/>
              <w:jc w:val="both"/>
              <w:rPr>
                <w:lang w:val="ru-RU"/>
              </w:rPr>
            </w:pPr>
            <w:r w:rsidRPr="009078F8">
              <w:rPr>
                <w:lang w:val="ru-RU"/>
              </w:rPr>
              <w:t>Приветствует участников, проводит инструктаж и знакомит с целью занятия.</w:t>
            </w:r>
          </w:p>
        </w:tc>
      </w:tr>
      <w:tr w:rsidR="009078F8" w:rsidRPr="00E532B8" w:rsidTr="001F7089">
        <w:trPr>
          <w:jc w:val="center"/>
        </w:trPr>
        <w:tc>
          <w:tcPr>
            <w:tcW w:w="4986" w:type="dxa"/>
          </w:tcPr>
          <w:p w:rsidR="009078F8" w:rsidRPr="009078F8" w:rsidRDefault="009078F8" w:rsidP="009078F8">
            <w:pPr>
              <w:spacing w:line="276" w:lineRule="auto"/>
              <w:jc w:val="both"/>
            </w:pPr>
            <w:proofErr w:type="spellStart"/>
            <w:r w:rsidRPr="009078F8">
              <w:t>Действия</w:t>
            </w:r>
            <w:proofErr w:type="spellEnd"/>
            <w:r w:rsidRPr="009078F8">
              <w:t xml:space="preserve"> </w:t>
            </w:r>
            <w:proofErr w:type="spellStart"/>
            <w:r w:rsidRPr="009078F8">
              <w:t>участников</w:t>
            </w:r>
            <w:proofErr w:type="spellEnd"/>
          </w:p>
        </w:tc>
        <w:tc>
          <w:tcPr>
            <w:tcW w:w="4986" w:type="dxa"/>
          </w:tcPr>
          <w:p w:rsidR="009078F8" w:rsidRPr="009078F8" w:rsidRDefault="009078F8" w:rsidP="009078F8">
            <w:pPr>
              <w:spacing w:line="276" w:lineRule="auto"/>
              <w:jc w:val="both"/>
              <w:rPr>
                <w:lang w:val="ru-RU"/>
              </w:rPr>
            </w:pPr>
            <w:r w:rsidRPr="009078F8">
              <w:rPr>
                <w:lang w:val="ru-RU"/>
              </w:rPr>
              <w:t>Проходят инструктаж и занимают рабочие места.</w:t>
            </w:r>
          </w:p>
        </w:tc>
      </w:tr>
      <w:tr w:rsidR="009078F8" w:rsidRPr="009078F8" w:rsidTr="001F7089">
        <w:trPr>
          <w:jc w:val="center"/>
        </w:trPr>
        <w:tc>
          <w:tcPr>
            <w:tcW w:w="4986" w:type="dxa"/>
          </w:tcPr>
          <w:p w:rsidR="009078F8" w:rsidRPr="009078F8" w:rsidRDefault="009078F8" w:rsidP="009078F8">
            <w:pPr>
              <w:spacing w:line="276" w:lineRule="auto"/>
              <w:jc w:val="both"/>
            </w:pPr>
            <w:proofErr w:type="spellStart"/>
            <w:r w:rsidRPr="009078F8">
              <w:t>Формируемые</w:t>
            </w:r>
            <w:proofErr w:type="spellEnd"/>
            <w:r w:rsidRPr="009078F8">
              <w:t xml:space="preserve"> </w:t>
            </w:r>
            <w:proofErr w:type="spellStart"/>
            <w:r w:rsidRPr="009078F8">
              <w:t>компетенции</w:t>
            </w:r>
            <w:proofErr w:type="spellEnd"/>
          </w:p>
        </w:tc>
        <w:tc>
          <w:tcPr>
            <w:tcW w:w="4986" w:type="dxa"/>
          </w:tcPr>
          <w:p w:rsidR="009078F8" w:rsidRPr="009078F8" w:rsidRDefault="009078F8" w:rsidP="009078F8">
            <w:pPr>
              <w:spacing w:line="276" w:lineRule="auto"/>
              <w:jc w:val="both"/>
            </w:pPr>
            <w:proofErr w:type="spellStart"/>
            <w:r w:rsidRPr="009078F8">
              <w:t>Самоорганизация</w:t>
            </w:r>
            <w:proofErr w:type="spellEnd"/>
            <w:r w:rsidRPr="009078F8">
              <w:t xml:space="preserve">, </w:t>
            </w:r>
            <w:proofErr w:type="spellStart"/>
            <w:r w:rsidRPr="009078F8">
              <w:t>соблюдение</w:t>
            </w:r>
            <w:proofErr w:type="spellEnd"/>
            <w:r w:rsidRPr="009078F8">
              <w:t xml:space="preserve"> </w:t>
            </w:r>
            <w:proofErr w:type="spellStart"/>
            <w:r w:rsidRPr="009078F8">
              <w:t>правил</w:t>
            </w:r>
            <w:proofErr w:type="spellEnd"/>
            <w:r w:rsidRPr="009078F8">
              <w:t xml:space="preserve"> </w:t>
            </w:r>
            <w:proofErr w:type="spellStart"/>
            <w:r w:rsidRPr="009078F8">
              <w:t>работы</w:t>
            </w:r>
            <w:proofErr w:type="spellEnd"/>
            <w:r w:rsidRPr="009078F8">
              <w:t>.</w:t>
            </w:r>
          </w:p>
        </w:tc>
      </w:tr>
      <w:tr w:rsidR="009078F8" w:rsidRPr="00E532B8" w:rsidTr="001F7089">
        <w:trPr>
          <w:jc w:val="center"/>
        </w:trPr>
        <w:tc>
          <w:tcPr>
            <w:tcW w:w="4986" w:type="dxa"/>
          </w:tcPr>
          <w:p w:rsidR="009078F8" w:rsidRDefault="009078F8" w:rsidP="009078F8">
            <w:pPr>
              <w:spacing w:line="276" w:lineRule="auto"/>
              <w:jc w:val="both"/>
            </w:pPr>
            <w:proofErr w:type="spellStart"/>
            <w:r w:rsidRPr="009078F8">
              <w:t>Ожидаемый</w:t>
            </w:r>
            <w:proofErr w:type="spellEnd"/>
            <w:r w:rsidRPr="009078F8">
              <w:t xml:space="preserve"> </w:t>
            </w:r>
            <w:proofErr w:type="spellStart"/>
            <w:r w:rsidRPr="009078F8">
              <w:t>результат</w:t>
            </w:r>
            <w:proofErr w:type="spellEnd"/>
          </w:p>
          <w:p w:rsidR="00E928EF" w:rsidRPr="009078F8" w:rsidRDefault="00E928EF" w:rsidP="009078F8">
            <w:pPr>
              <w:spacing w:line="276" w:lineRule="auto"/>
              <w:jc w:val="both"/>
            </w:pPr>
          </w:p>
        </w:tc>
        <w:tc>
          <w:tcPr>
            <w:tcW w:w="4986" w:type="dxa"/>
          </w:tcPr>
          <w:p w:rsidR="009078F8" w:rsidRPr="009078F8" w:rsidRDefault="009078F8" w:rsidP="009078F8">
            <w:pPr>
              <w:spacing w:line="276" w:lineRule="auto"/>
              <w:jc w:val="both"/>
              <w:rPr>
                <w:lang w:val="ru-RU"/>
              </w:rPr>
            </w:pPr>
            <w:r w:rsidRPr="009078F8">
              <w:rPr>
                <w:lang w:val="ru-RU"/>
              </w:rPr>
              <w:t>Группа готова к началу работы.</w:t>
            </w:r>
          </w:p>
        </w:tc>
      </w:tr>
    </w:tbl>
    <w:p w:rsidR="00801693" w:rsidRDefault="00801693" w:rsidP="009078F8">
      <w:pPr>
        <w:spacing w:after="0"/>
        <w:jc w:val="both"/>
        <w:rPr>
          <w:b/>
          <w:lang w:val="ru-RU"/>
        </w:rPr>
      </w:pPr>
    </w:p>
    <w:p w:rsidR="009078F8" w:rsidRDefault="009078F8" w:rsidP="000F7016">
      <w:pPr>
        <w:spacing w:after="0"/>
        <w:ind w:firstLine="709"/>
        <w:jc w:val="both"/>
        <w:rPr>
          <w:lang w:val="ru-RU"/>
        </w:rPr>
      </w:pPr>
      <w:r w:rsidRPr="009078F8">
        <w:rPr>
          <w:b/>
          <w:lang w:val="ru-RU"/>
        </w:rPr>
        <w:t xml:space="preserve">Методические рекомендации. </w:t>
      </w:r>
      <w:r w:rsidRPr="009078F8">
        <w:rPr>
          <w:lang w:val="ru-RU"/>
        </w:rPr>
        <w:t>Наставник поддерживает участников, не подсказывая ответы заранее. Допускается помощь только при технических затруднениях.</w:t>
      </w:r>
    </w:p>
    <w:p w:rsidR="00801693" w:rsidRPr="009078F8" w:rsidRDefault="00801693" w:rsidP="00801693">
      <w:pPr>
        <w:spacing w:after="0"/>
        <w:rPr>
          <w:lang w:val="ru-RU"/>
        </w:rPr>
      </w:pPr>
      <w:r>
        <w:rPr>
          <w:rFonts w:eastAsia="Arial Unicode MS" w:cs="Times New Roman"/>
          <w:b/>
          <w:bCs/>
          <w:noProof/>
          <w:sz w:val="24"/>
          <w:szCs w:val="24"/>
          <w:bdr w:val="nil"/>
          <w:lang w:val="ru-RU" w:eastAsia="ru-RU"/>
        </w:rPr>
        <w:drawing>
          <wp:inline distT="0" distB="0" distL="0" distR="0">
            <wp:extent cx="2483305" cy="1654827"/>
            <wp:effectExtent l="0" t="0" r="0" b="254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_MG_0874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68266" cy="17114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lang w:val="ru-RU"/>
        </w:rPr>
        <w:t xml:space="preserve">  </w:t>
      </w:r>
      <w:r>
        <w:rPr>
          <w:rFonts w:eastAsia="Arial Unicode MS" w:cs="Times New Roman"/>
          <w:b/>
          <w:bCs/>
          <w:noProof/>
          <w:sz w:val="24"/>
          <w:szCs w:val="24"/>
          <w:bdr w:val="nil"/>
          <w:lang w:val="ru-RU" w:eastAsia="ru-RU"/>
        </w:rPr>
        <w:drawing>
          <wp:inline distT="0" distB="0" distL="0" distR="0">
            <wp:extent cx="3696757" cy="1663638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G_20260609_083558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21964" cy="17649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01693" w:rsidRDefault="00801693" w:rsidP="009078F8">
      <w:pPr>
        <w:spacing w:after="0"/>
        <w:jc w:val="both"/>
        <w:rPr>
          <w:b/>
          <w:lang w:val="ru-RU"/>
        </w:rPr>
      </w:pPr>
    </w:p>
    <w:p w:rsidR="00E928EF" w:rsidRDefault="00E928EF" w:rsidP="009078F8">
      <w:pPr>
        <w:spacing w:after="0"/>
        <w:jc w:val="both"/>
        <w:rPr>
          <w:b/>
          <w:lang w:val="ru-RU"/>
        </w:rPr>
      </w:pPr>
    </w:p>
    <w:p w:rsidR="00E928EF" w:rsidRDefault="00E928EF" w:rsidP="009078F8">
      <w:pPr>
        <w:spacing w:after="0"/>
        <w:jc w:val="both"/>
        <w:rPr>
          <w:b/>
          <w:lang w:val="ru-RU"/>
        </w:rPr>
      </w:pPr>
    </w:p>
    <w:p w:rsidR="00801693" w:rsidRDefault="009078F8" w:rsidP="000F7016">
      <w:pPr>
        <w:spacing w:after="0"/>
        <w:ind w:firstLine="709"/>
        <w:jc w:val="both"/>
        <w:rPr>
          <w:b/>
          <w:lang w:val="ru-RU"/>
        </w:rPr>
      </w:pPr>
      <w:r w:rsidRPr="009078F8">
        <w:rPr>
          <w:b/>
          <w:lang w:val="ru-RU"/>
        </w:rPr>
        <w:t xml:space="preserve">4.2. Приветствие и знакомство с </w:t>
      </w:r>
      <w:proofErr w:type="spellStart"/>
      <w:r w:rsidRPr="009078F8">
        <w:rPr>
          <w:b/>
          <w:lang w:val="ru-RU"/>
        </w:rPr>
        <w:t>ДизайнКОТом</w:t>
      </w:r>
      <w:proofErr w:type="spellEnd"/>
    </w:p>
    <w:p w:rsidR="00E928EF" w:rsidRPr="009078F8" w:rsidRDefault="00E928EF" w:rsidP="009078F8">
      <w:pPr>
        <w:spacing w:after="0"/>
        <w:jc w:val="both"/>
        <w:rPr>
          <w:lang w:val="ru-RU"/>
        </w:rPr>
      </w:pPr>
    </w:p>
    <w:tbl>
      <w:tblPr>
        <w:tblStyle w:val="aff0"/>
        <w:tblW w:w="0" w:type="auto"/>
        <w:jc w:val="center"/>
        <w:tblLook w:val="04A0"/>
      </w:tblPr>
      <w:tblGrid>
        <w:gridCol w:w="4986"/>
        <w:gridCol w:w="4986"/>
      </w:tblGrid>
      <w:tr w:rsidR="009078F8" w:rsidRPr="00E532B8" w:rsidTr="001F7089">
        <w:trPr>
          <w:jc w:val="center"/>
        </w:trPr>
        <w:tc>
          <w:tcPr>
            <w:tcW w:w="4986" w:type="dxa"/>
          </w:tcPr>
          <w:p w:rsidR="009078F8" w:rsidRPr="009078F8" w:rsidRDefault="009078F8" w:rsidP="009078F8">
            <w:pPr>
              <w:spacing w:line="276" w:lineRule="auto"/>
              <w:jc w:val="both"/>
              <w:rPr>
                <w:b/>
                <w:bCs/>
              </w:rPr>
            </w:pPr>
            <w:proofErr w:type="spellStart"/>
            <w:r w:rsidRPr="009078F8">
              <w:rPr>
                <w:b/>
                <w:bCs/>
              </w:rPr>
              <w:t>Цель</w:t>
            </w:r>
            <w:proofErr w:type="spellEnd"/>
            <w:r w:rsidRPr="009078F8">
              <w:rPr>
                <w:b/>
                <w:bCs/>
              </w:rPr>
              <w:t xml:space="preserve"> </w:t>
            </w:r>
            <w:proofErr w:type="spellStart"/>
            <w:r w:rsidRPr="009078F8">
              <w:rPr>
                <w:b/>
                <w:bCs/>
              </w:rPr>
              <w:t>этапа</w:t>
            </w:r>
            <w:proofErr w:type="spellEnd"/>
          </w:p>
        </w:tc>
        <w:tc>
          <w:tcPr>
            <w:tcW w:w="4986" w:type="dxa"/>
          </w:tcPr>
          <w:p w:rsidR="009078F8" w:rsidRPr="009078F8" w:rsidRDefault="009078F8" w:rsidP="009078F8">
            <w:pPr>
              <w:spacing w:line="276" w:lineRule="auto"/>
              <w:jc w:val="both"/>
              <w:rPr>
                <w:b/>
                <w:bCs/>
                <w:lang w:val="ru-RU"/>
              </w:rPr>
            </w:pPr>
            <w:r w:rsidRPr="009078F8">
              <w:rPr>
                <w:b/>
                <w:bCs/>
                <w:lang w:val="ru-RU"/>
              </w:rPr>
              <w:t xml:space="preserve">Создать мотивацию и вовлечь </w:t>
            </w:r>
            <w:r w:rsidRPr="009078F8">
              <w:rPr>
                <w:b/>
                <w:bCs/>
                <w:lang w:val="ru-RU"/>
              </w:rPr>
              <w:lastRenderedPageBreak/>
              <w:t>участников в сюжет игры.</w:t>
            </w:r>
          </w:p>
        </w:tc>
      </w:tr>
      <w:tr w:rsidR="009078F8" w:rsidRPr="009078F8" w:rsidTr="001F7089">
        <w:trPr>
          <w:jc w:val="center"/>
        </w:trPr>
        <w:tc>
          <w:tcPr>
            <w:tcW w:w="4986" w:type="dxa"/>
          </w:tcPr>
          <w:p w:rsidR="009078F8" w:rsidRPr="009078F8" w:rsidRDefault="009078F8" w:rsidP="009078F8">
            <w:pPr>
              <w:spacing w:line="276" w:lineRule="auto"/>
              <w:jc w:val="both"/>
            </w:pPr>
            <w:proofErr w:type="spellStart"/>
            <w:r w:rsidRPr="009078F8">
              <w:lastRenderedPageBreak/>
              <w:t>Продолжительность</w:t>
            </w:r>
            <w:proofErr w:type="spellEnd"/>
          </w:p>
        </w:tc>
        <w:tc>
          <w:tcPr>
            <w:tcW w:w="4986" w:type="dxa"/>
          </w:tcPr>
          <w:p w:rsidR="009078F8" w:rsidRPr="009078F8" w:rsidRDefault="009078F8" w:rsidP="009078F8">
            <w:pPr>
              <w:spacing w:line="276" w:lineRule="auto"/>
              <w:jc w:val="both"/>
            </w:pPr>
            <w:r w:rsidRPr="009078F8">
              <w:t xml:space="preserve">5 </w:t>
            </w:r>
            <w:proofErr w:type="spellStart"/>
            <w:r w:rsidRPr="009078F8">
              <w:t>минут</w:t>
            </w:r>
            <w:proofErr w:type="spellEnd"/>
          </w:p>
        </w:tc>
      </w:tr>
      <w:tr w:rsidR="009078F8" w:rsidRPr="00E532B8" w:rsidTr="001F7089">
        <w:trPr>
          <w:jc w:val="center"/>
        </w:trPr>
        <w:tc>
          <w:tcPr>
            <w:tcW w:w="4986" w:type="dxa"/>
          </w:tcPr>
          <w:p w:rsidR="009078F8" w:rsidRPr="009078F8" w:rsidRDefault="009078F8" w:rsidP="009078F8">
            <w:pPr>
              <w:spacing w:line="276" w:lineRule="auto"/>
              <w:jc w:val="both"/>
            </w:pPr>
            <w:proofErr w:type="spellStart"/>
            <w:r w:rsidRPr="009078F8">
              <w:t>Действия</w:t>
            </w:r>
            <w:proofErr w:type="spellEnd"/>
            <w:r w:rsidRPr="009078F8">
              <w:t xml:space="preserve"> </w:t>
            </w:r>
            <w:proofErr w:type="spellStart"/>
            <w:r w:rsidRPr="009078F8">
              <w:t>наставника</w:t>
            </w:r>
            <w:proofErr w:type="spellEnd"/>
          </w:p>
        </w:tc>
        <w:tc>
          <w:tcPr>
            <w:tcW w:w="4986" w:type="dxa"/>
          </w:tcPr>
          <w:p w:rsidR="009078F8" w:rsidRPr="009078F8" w:rsidRDefault="009078F8" w:rsidP="009078F8">
            <w:pPr>
              <w:spacing w:line="276" w:lineRule="auto"/>
              <w:jc w:val="both"/>
              <w:rPr>
                <w:lang w:val="ru-RU"/>
              </w:rPr>
            </w:pPr>
            <w:r w:rsidRPr="009078F8">
              <w:rPr>
                <w:lang w:val="ru-RU"/>
              </w:rPr>
              <w:t>Запускает игру и представляет персонажа.</w:t>
            </w:r>
          </w:p>
        </w:tc>
      </w:tr>
      <w:tr w:rsidR="009078F8" w:rsidRPr="009078F8" w:rsidTr="001F7089">
        <w:trPr>
          <w:jc w:val="center"/>
        </w:trPr>
        <w:tc>
          <w:tcPr>
            <w:tcW w:w="4986" w:type="dxa"/>
          </w:tcPr>
          <w:p w:rsidR="009078F8" w:rsidRPr="009078F8" w:rsidRDefault="009078F8" w:rsidP="009078F8">
            <w:pPr>
              <w:spacing w:line="276" w:lineRule="auto"/>
              <w:jc w:val="both"/>
            </w:pPr>
            <w:proofErr w:type="spellStart"/>
            <w:r w:rsidRPr="009078F8">
              <w:t>Действия</w:t>
            </w:r>
            <w:proofErr w:type="spellEnd"/>
            <w:r w:rsidRPr="009078F8">
              <w:t xml:space="preserve"> </w:t>
            </w:r>
            <w:proofErr w:type="spellStart"/>
            <w:r w:rsidRPr="009078F8">
              <w:t>участников</w:t>
            </w:r>
            <w:proofErr w:type="spellEnd"/>
          </w:p>
        </w:tc>
        <w:tc>
          <w:tcPr>
            <w:tcW w:w="4986" w:type="dxa"/>
          </w:tcPr>
          <w:p w:rsidR="009078F8" w:rsidRPr="009078F8" w:rsidRDefault="009078F8" w:rsidP="009078F8">
            <w:pPr>
              <w:spacing w:line="276" w:lineRule="auto"/>
              <w:jc w:val="both"/>
            </w:pPr>
            <w:proofErr w:type="spellStart"/>
            <w:r w:rsidRPr="009078F8">
              <w:t>Знакомятся</w:t>
            </w:r>
            <w:proofErr w:type="spellEnd"/>
            <w:r w:rsidRPr="009078F8">
              <w:t xml:space="preserve"> с </w:t>
            </w:r>
            <w:proofErr w:type="spellStart"/>
            <w:r w:rsidRPr="009078F8">
              <w:t>легендой</w:t>
            </w:r>
            <w:proofErr w:type="spellEnd"/>
            <w:r w:rsidRPr="009078F8">
              <w:t xml:space="preserve"> </w:t>
            </w:r>
            <w:proofErr w:type="spellStart"/>
            <w:r w:rsidRPr="009078F8">
              <w:t>игры</w:t>
            </w:r>
            <w:proofErr w:type="spellEnd"/>
            <w:r w:rsidRPr="009078F8">
              <w:t>.</w:t>
            </w:r>
          </w:p>
        </w:tc>
      </w:tr>
      <w:tr w:rsidR="009078F8" w:rsidRPr="009078F8" w:rsidTr="001F7089">
        <w:trPr>
          <w:jc w:val="center"/>
        </w:trPr>
        <w:tc>
          <w:tcPr>
            <w:tcW w:w="4986" w:type="dxa"/>
          </w:tcPr>
          <w:p w:rsidR="009078F8" w:rsidRPr="009078F8" w:rsidRDefault="009078F8" w:rsidP="009078F8">
            <w:pPr>
              <w:spacing w:line="276" w:lineRule="auto"/>
              <w:jc w:val="both"/>
            </w:pPr>
            <w:proofErr w:type="spellStart"/>
            <w:r w:rsidRPr="009078F8">
              <w:t>Формируемые</w:t>
            </w:r>
            <w:proofErr w:type="spellEnd"/>
            <w:r w:rsidRPr="009078F8">
              <w:t xml:space="preserve"> </w:t>
            </w:r>
            <w:proofErr w:type="spellStart"/>
            <w:r w:rsidRPr="009078F8">
              <w:t>компетенции</w:t>
            </w:r>
            <w:proofErr w:type="spellEnd"/>
          </w:p>
        </w:tc>
        <w:tc>
          <w:tcPr>
            <w:tcW w:w="4986" w:type="dxa"/>
          </w:tcPr>
          <w:p w:rsidR="009078F8" w:rsidRPr="009078F8" w:rsidRDefault="009078F8" w:rsidP="009078F8">
            <w:pPr>
              <w:spacing w:line="276" w:lineRule="auto"/>
              <w:jc w:val="both"/>
            </w:pPr>
            <w:proofErr w:type="spellStart"/>
            <w:r w:rsidRPr="009078F8">
              <w:t>Мотивация</w:t>
            </w:r>
            <w:proofErr w:type="spellEnd"/>
            <w:r w:rsidRPr="009078F8">
              <w:t xml:space="preserve"> к </w:t>
            </w:r>
            <w:proofErr w:type="spellStart"/>
            <w:r w:rsidRPr="009078F8">
              <w:t>профессиональному</w:t>
            </w:r>
            <w:proofErr w:type="spellEnd"/>
            <w:r w:rsidRPr="009078F8">
              <w:t xml:space="preserve"> </w:t>
            </w:r>
            <w:proofErr w:type="spellStart"/>
            <w:r w:rsidRPr="009078F8">
              <w:t>самоопределению</w:t>
            </w:r>
            <w:proofErr w:type="spellEnd"/>
            <w:r w:rsidRPr="009078F8">
              <w:t>.</w:t>
            </w:r>
          </w:p>
        </w:tc>
      </w:tr>
      <w:tr w:rsidR="009078F8" w:rsidRPr="009078F8" w:rsidTr="001F7089">
        <w:trPr>
          <w:jc w:val="center"/>
        </w:trPr>
        <w:tc>
          <w:tcPr>
            <w:tcW w:w="4986" w:type="dxa"/>
          </w:tcPr>
          <w:p w:rsidR="009078F8" w:rsidRPr="009078F8" w:rsidRDefault="009078F8" w:rsidP="009078F8">
            <w:pPr>
              <w:spacing w:line="276" w:lineRule="auto"/>
              <w:jc w:val="both"/>
            </w:pPr>
            <w:proofErr w:type="spellStart"/>
            <w:r w:rsidRPr="009078F8">
              <w:t>Ожидаемый</w:t>
            </w:r>
            <w:proofErr w:type="spellEnd"/>
            <w:r w:rsidRPr="009078F8">
              <w:t xml:space="preserve"> </w:t>
            </w:r>
            <w:proofErr w:type="spellStart"/>
            <w:r w:rsidRPr="009078F8">
              <w:t>результат</w:t>
            </w:r>
            <w:proofErr w:type="spellEnd"/>
          </w:p>
        </w:tc>
        <w:tc>
          <w:tcPr>
            <w:tcW w:w="4986" w:type="dxa"/>
          </w:tcPr>
          <w:p w:rsidR="009078F8" w:rsidRPr="009078F8" w:rsidRDefault="009078F8" w:rsidP="009078F8">
            <w:pPr>
              <w:spacing w:line="276" w:lineRule="auto"/>
              <w:jc w:val="both"/>
            </w:pPr>
            <w:proofErr w:type="spellStart"/>
            <w:r w:rsidRPr="009078F8">
              <w:t>Участники</w:t>
            </w:r>
            <w:proofErr w:type="spellEnd"/>
            <w:r w:rsidRPr="009078F8">
              <w:t xml:space="preserve"> </w:t>
            </w:r>
            <w:proofErr w:type="spellStart"/>
            <w:r w:rsidRPr="009078F8">
              <w:t>принимают</w:t>
            </w:r>
            <w:proofErr w:type="spellEnd"/>
            <w:r w:rsidRPr="009078F8">
              <w:t xml:space="preserve"> </w:t>
            </w:r>
            <w:proofErr w:type="spellStart"/>
            <w:r w:rsidRPr="009078F8">
              <w:t>игровую</w:t>
            </w:r>
            <w:proofErr w:type="spellEnd"/>
            <w:r w:rsidRPr="009078F8">
              <w:t xml:space="preserve"> </w:t>
            </w:r>
            <w:proofErr w:type="spellStart"/>
            <w:r w:rsidRPr="009078F8">
              <w:t>роль</w:t>
            </w:r>
            <w:proofErr w:type="spellEnd"/>
            <w:r w:rsidRPr="009078F8">
              <w:t>.</w:t>
            </w:r>
          </w:p>
        </w:tc>
      </w:tr>
    </w:tbl>
    <w:p w:rsidR="00E928EF" w:rsidRDefault="00E928EF" w:rsidP="009078F8">
      <w:pPr>
        <w:spacing w:after="0"/>
        <w:jc w:val="both"/>
        <w:rPr>
          <w:b/>
          <w:lang w:val="ru-RU"/>
        </w:rPr>
      </w:pPr>
    </w:p>
    <w:p w:rsidR="009078F8" w:rsidRDefault="009078F8" w:rsidP="000F7016">
      <w:pPr>
        <w:spacing w:after="0"/>
        <w:ind w:firstLine="709"/>
        <w:jc w:val="both"/>
        <w:rPr>
          <w:lang w:val="ru-RU"/>
        </w:rPr>
      </w:pPr>
      <w:r w:rsidRPr="009078F8">
        <w:rPr>
          <w:b/>
          <w:lang w:val="ru-RU"/>
        </w:rPr>
        <w:t xml:space="preserve">Методические рекомендации. </w:t>
      </w:r>
      <w:r w:rsidRPr="009078F8">
        <w:rPr>
          <w:lang w:val="ru-RU"/>
        </w:rPr>
        <w:t>Наставник поддерживает участников, не подсказывая ответы заранее. Допускается помощь только при технических затруднениях.</w:t>
      </w:r>
    </w:p>
    <w:p w:rsidR="00801693" w:rsidRPr="009078F8" w:rsidRDefault="00801693" w:rsidP="009078F8">
      <w:pPr>
        <w:spacing w:after="0"/>
        <w:jc w:val="both"/>
        <w:rPr>
          <w:lang w:val="ru-RU"/>
        </w:rPr>
      </w:pPr>
      <w:r>
        <w:rPr>
          <w:noProof/>
          <w:lang w:val="ru-RU" w:eastAsia="ru-RU"/>
        </w:rPr>
        <w:drawing>
          <wp:inline distT="0" distB="0" distL="0" distR="0">
            <wp:extent cx="6300470" cy="4615180"/>
            <wp:effectExtent l="0" t="0" r="508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2026-07-17_12-35-39.png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300470" cy="46151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01693" w:rsidRDefault="00801693" w:rsidP="009078F8">
      <w:pPr>
        <w:spacing w:after="0"/>
        <w:jc w:val="both"/>
        <w:rPr>
          <w:b/>
          <w:lang w:val="ru-RU"/>
        </w:rPr>
      </w:pPr>
    </w:p>
    <w:p w:rsidR="009078F8" w:rsidRDefault="009078F8" w:rsidP="000F7016">
      <w:pPr>
        <w:spacing w:after="0"/>
        <w:ind w:firstLine="709"/>
        <w:jc w:val="both"/>
        <w:rPr>
          <w:b/>
          <w:lang w:val="ru-RU"/>
        </w:rPr>
      </w:pPr>
      <w:r w:rsidRPr="009078F8">
        <w:rPr>
          <w:b/>
          <w:lang w:val="ru-RU"/>
        </w:rPr>
        <w:t>4.3. Ввод имени участника и выбор игрового профиля</w:t>
      </w:r>
    </w:p>
    <w:p w:rsidR="00E928EF" w:rsidRPr="009078F8" w:rsidRDefault="00E928EF" w:rsidP="009078F8">
      <w:pPr>
        <w:spacing w:after="0"/>
        <w:jc w:val="both"/>
        <w:rPr>
          <w:lang w:val="ru-RU"/>
        </w:rPr>
      </w:pPr>
    </w:p>
    <w:tbl>
      <w:tblPr>
        <w:tblStyle w:val="aff0"/>
        <w:tblW w:w="0" w:type="auto"/>
        <w:jc w:val="center"/>
        <w:tblLook w:val="04A0"/>
      </w:tblPr>
      <w:tblGrid>
        <w:gridCol w:w="4986"/>
        <w:gridCol w:w="4986"/>
      </w:tblGrid>
      <w:tr w:rsidR="009078F8" w:rsidRPr="009078F8" w:rsidTr="001F7089">
        <w:trPr>
          <w:jc w:val="center"/>
        </w:trPr>
        <w:tc>
          <w:tcPr>
            <w:tcW w:w="4986" w:type="dxa"/>
          </w:tcPr>
          <w:p w:rsidR="009078F8" w:rsidRPr="009078F8" w:rsidRDefault="009078F8" w:rsidP="009078F8">
            <w:pPr>
              <w:spacing w:line="276" w:lineRule="auto"/>
              <w:jc w:val="both"/>
              <w:rPr>
                <w:b/>
                <w:bCs/>
              </w:rPr>
            </w:pPr>
            <w:proofErr w:type="spellStart"/>
            <w:r w:rsidRPr="009078F8">
              <w:rPr>
                <w:b/>
                <w:bCs/>
              </w:rPr>
              <w:t>Цель</w:t>
            </w:r>
            <w:proofErr w:type="spellEnd"/>
            <w:r w:rsidRPr="009078F8">
              <w:rPr>
                <w:b/>
                <w:bCs/>
              </w:rPr>
              <w:t xml:space="preserve"> </w:t>
            </w:r>
            <w:proofErr w:type="spellStart"/>
            <w:r w:rsidRPr="009078F8">
              <w:rPr>
                <w:b/>
                <w:bCs/>
              </w:rPr>
              <w:t>этапа</w:t>
            </w:r>
            <w:proofErr w:type="spellEnd"/>
          </w:p>
        </w:tc>
        <w:tc>
          <w:tcPr>
            <w:tcW w:w="4986" w:type="dxa"/>
          </w:tcPr>
          <w:p w:rsidR="009078F8" w:rsidRPr="009078F8" w:rsidRDefault="009078F8" w:rsidP="009078F8">
            <w:pPr>
              <w:spacing w:line="276" w:lineRule="auto"/>
              <w:jc w:val="both"/>
              <w:rPr>
                <w:b/>
                <w:bCs/>
              </w:rPr>
            </w:pPr>
            <w:proofErr w:type="spellStart"/>
            <w:r w:rsidRPr="009078F8">
              <w:rPr>
                <w:b/>
                <w:bCs/>
              </w:rPr>
              <w:t>Персонализировать</w:t>
            </w:r>
            <w:proofErr w:type="spellEnd"/>
            <w:r w:rsidRPr="009078F8">
              <w:rPr>
                <w:b/>
                <w:bCs/>
              </w:rPr>
              <w:t xml:space="preserve"> </w:t>
            </w:r>
            <w:proofErr w:type="spellStart"/>
            <w:r w:rsidRPr="009078F8">
              <w:rPr>
                <w:b/>
                <w:bCs/>
              </w:rPr>
              <w:t>прохождение</w:t>
            </w:r>
            <w:proofErr w:type="spellEnd"/>
            <w:r w:rsidRPr="009078F8">
              <w:rPr>
                <w:b/>
                <w:bCs/>
              </w:rPr>
              <w:t xml:space="preserve"> </w:t>
            </w:r>
            <w:proofErr w:type="spellStart"/>
            <w:r w:rsidRPr="009078F8">
              <w:rPr>
                <w:b/>
                <w:bCs/>
              </w:rPr>
              <w:lastRenderedPageBreak/>
              <w:t>игры</w:t>
            </w:r>
            <w:proofErr w:type="spellEnd"/>
            <w:r w:rsidRPr="009078F8">
              <w:rPr>
                <w:b/>
                <w:bCs/>
              </w:rPr>
              <w:t>.</w:t>
            </w:r>
          </w:p>
        </w:tc>
      </w:tr>
      <w:tr w:rsidR="009078F8" w:rsidRPr="009078F8" w:rsidTr="001F7089">
        <w:trPr>
          <w:jc w:val="center"/>
        </w:trPr>
        <w:tc>
          <w:tcPr>
            <w:tcW w:w="4986" w:type="dxa"/>
          </w:tcPr>
          <w:p w:rsidR="009078F8" w:rsidRDefault="009078F8" w:rsidP="009078F8">
            <w:pPr>
              <w:spacing w:line="276" w:lineRule="auto"/>
              <w:jc w:val="both"/>
            </w:pPr>
            <w:proofErr w:type="spellStart"/>
            <w:r w:rsidRPr="009078F8">
              <w:lastRenderedPageBreak/>
              <w:t>Продолжительность</w:t>
            </w:r>
            <w:proofErr w:type="spellEnd"/>
          </w:p>
          <w:p w:rsidR="00E928EF" w:rsidRPr="009078F8" w:rsidRDefault="00E928EF" w:rsidP="009078F8">
            <w:pPr>
              <w:spacing w:line="276" w:lineRule="auto"/>
              <w:jc w:val="both"/>
            </w:pPr>
          </w:p>
        </w:tc>
        <w:tc>
          <w:tcPr>
            <w:tcW w:w="4986" w:type="dxa"/>
          </w:tcPr>
          <w:p w:rsidR="009078F8" w:rsidRPr="009078F8" w:rsidRDefault="009078F8" w:rsidP="009078F8">
            <w:pPr>
              <w:spacing w:line="276" w:lineRule="auto"/>
              <w:jc w:val="both"/>
            </w:pPr>
            <w:r w:rsidRPr="009078F8">
              <w:t xml:space="preserve">5 </w:t>
            </w:r>
            <w:proofErr w:type="spellStart"/>
            <w:r w:rsidRPr="009078F8">
              <w:t>минут</w:t>
            </w:r>
            <w:proofErr w:type="spellEnd"/>
          </w:p>
        </w:tc>
      </w:tr>
      <w:tr w:rsidR="009078F8" w:rsidRPr="009078F8" w:rsidTr="001F7089">
        <w:trPr>
          <w:jc w:val="center"/>
        </w:trPr>
        <w:tc>
          <w:tcPr>
            <w:tcW w:w="4986" w:type="dxa"/>
          </w:tcPr>
          <w:p w:rsidR="009078F8" w:rsidRPr="009078F8" w:rsidRDefault="009078F8" w:rsidP="009078F8">
            <w:pPr>
              <w:spacing w:line="276" w:lineRule="auto"/>
              <w:jc w:val="both"/>
            </w:pPr>
            <w:proofErr w:type="spellStart"/>
            <w:r w:rsidRPr="009078F8">
              <w:t>Действия</w:t>
            </w:r>
            <w:proofErr w:type="spellEnd"/>
            <w:r w:rsidRPr="009078F8">
              <w:t xml:space="preserve"> </w:t>
            </w:r>
            <w:proofErr w:type="spellStart"/>
            <w:r w:rsidRPr="009078F8">
              <w:t>наставника</w:t>
            </w:r>
            <w:proofErr w:type="spellEnd"/>
          </w:p>
        </w:tc>
        <w:tc>
          <w:tcPr>
            <w:tcW w:w="4986" w:type="dxa"/>
          </w:tcPr>
          <w:p w:rsidR="009078F8" w:rsidRPr="009078F8" w:rsidRDefault="009078F8" w:rsidP="009078F8">
            <w:pPr>
              <w:spacing w:line="276" w:lineRule="auto"/>
              <w:jc w:val="both"/>
            </w:pPr>
            <w:proofErr w:type="spellStart"/>
            <w:r w:rsidRPr="009078F8">
              <w:t>Объясняет</w:t>
            </w:r>
            <w:proofErr w:type="spellEnd"/>
            <w:r w:rsidRPr="009078F8">
              <w:t xml:space="preserve"> </w:t>
            </w:r>
            <w:proofErr w:type="spellStart"/>
            <w:r w:rsidRPr="009078F8">
              <w:t>особенности</w:t>
            </w:r>
            <w:proofErr w:type="spellEnd"/>
            <w:r w:rsidRPr="009078F8">
              <w:t xml:space="preserve"> </w:t>
            </w:r>
            <w:proofErr w:type="spellStart"/>
            <w:r w:rsidRPr="009078F8">
              <w:t>игровых</w:t>
            </w:r>
            <w:proofErr w:type="spellEnd"/>
            <w:r w:rsidRPr="009078F8">
              <w:t xml:space="preserve"> </w:t>
            </w:r>
            <w:proofErr w:type="spellStart"/>
            <w:r w:rsidRPr="009078F8">
              <w:t>профилей</w:t>
            </w:r>
            <w:proofErr w:type="spellEnd"/>
            <w:r w:rsidRPr="009078F8">
              <w:t>.</w:t>
            </w:r>
          </w:p>
        </w:tc>
      </w:tr>
      <w:tr w:rsidR="009078F8" w:rsidRPr="00E532B8" w:rsidTr="001F7089">
        <w:trPr>
          <w:jc w:val="center"/>
        </w:trPr>
        <w:tc>
          <w:tcPr>
            <w:tcW w:w="4986" w:type="dxa"/>
          </w:tcPr>
          <w:p w:rsidR="009078F8" w:rsidRPr="009078F8" w:rsidRDefault="009078F8" w:rsidP="009078F8">
            <w:pPr>
              <w:spacing w:line="276" w:lineRule="auto"/>
              <w:jc w:val="both"/>
            </w:pPr>
            <w:proofErr w:type="spellStart"/>
            <w:r w:rsidRPr="009078F8">
              <w:t>Действия</w:t>
            </w:r>
            <w:proofErr w:type="spellEnd"/>
            <w:r w:rsidRPr="009078F8">
              <w:t xml:space="preserve"> </w:t>
            </w:r>
            <w:proofErr w:type="spellStart"/>
            <w:r w:rsidRPr="009078F8">
              <w:t>участников</w:t>
            </w:r>
            <w:proofErr w:type="spellEnd"/>
          </w:p>
        </w:tc>
        <w:tc>
          <w:tcPr>
            <w:tcW w:w="4986" w:type="dxa"/>
          </w:tcPr>
          <w:p w:rsidR="009078F8" w:rsidRPr="009078F8" w:rsidRDefault="009078F8" w:rsidP="009078F8">
            <w:pPr>
              <w:spacing w:line="276" w:lineRule="auto"/>
              <w:jc w:val="both"/>
              <w:rPr>
                <w:lang w:val="ru-RU"/>
              </w:rPr>
            </w:pPr>
            <w:r w:rsidRPr="009078F8">
              <w:rPr>
                <w:lang w:val="ru-RU"/>
              </w:rPr>
              <w:t>Вводят имя и выбирают профиль дизайнера.</w:t>
            </w:r>
          </w:p>
        </w:tc>
      </w:tr>
      <w:tr w:rsidR="009078F8" w:rsidRPr="009078F8" w:rsidTr="001F7089">
        <w:trPr>
          <w:jc w:val="center"/>
        </w:trPr>
        <w:tc>
          <w:tcPr>
            <w:tcW w:w="4986" w:type="dxa"/>
          </w:tcPr>
          <w:p w:rsidR="009078F8" w:rsidRPr="009078F8" w:rsidRDefault="009078F8" w:rsidP="009078F8">
            <w:pPr>
              <w:spacing w:line="276" w:lineRule="auto"/>
              <w:jc w:val="both"/>
            </w:pPr>
            <w:proofErr w:type="spellStart"/>
            <w:r w:rsidRPr="009078F8">
              <w:t>Формируемые</w:t>
            </w:r>
            <w:proofErr w:type="spellEnd"/>
            <w:r w:rsidRPr="009078F8">
              <w:t xml:space="preserve"> </w:t>
            </w:r>
            <w:proofErr w:type="spellStart"/>
            <w:r w:rsidRPr="009078F8">
              <w:t>компетенции</w:t>
            </w:r>
            <w:proofErr w:type="spellEnd"/>
          </w:p>
        </w:tc>
        <w:tc>
          <w:tcPr>
            <w:tcW w:w="4986" w:type="dxa"/>
          </w:tcPr>
          <w:p w:rsidR="009078F8" w:rsidRPr="009078F8" w:rsidRDefault="009078F8" w:rsidP="009078F8">
            <w:pPr>
              <w:spacing w:line="276" w:lineRule="auto"/>
              <w:jc w:val="both"/>
            </w:pPr>
            <w:proofErr w:type="spellStart"/>
            <w:r w:rsidRPr="009078F8">
              <w:t>Самооценка</w:t>
            </w:r>
            <w:proofErr w:type="spellEnd"/>
            <w:r w:rsidRPr="009078F8">
              <w:t xml:space="preserve">, </w:t>
            </w:r>
            <w:proofErr w:type="spellStart"/>
            <w:r w:rsidRPr="009078F8">
              <w:t>принятие</w:t>
            </w:r>
            <w:proofErr w:type="spellEnd"/>
            <w:r w:rsidRPr="009078F8">
              <w:t xml:space="preserve"> </w:t>
            </w:r>
            <w:proofErr w:type="spellStart"/>
            <w:r w:rsidRPr="009078F8">
              <w:t>решений</w:t>
            </w:r>
            <w:proofErr w:type="spellEnd"/>
            <w:r w:rsidRPr="009078F8">
              <w:t>.</w:t>
            </w:r>
          </w:p>
        </w:tc>
      </w:tr>
      <w:tr w:rsidR="009078F8" w:rsidRPr="00E532B8" w:rsidTr="001F7089">
        <w:trPr>
          <w:jc w:val="center"/>
        </w:trPr>
        <w:tc>
          <w:tcPr>
            <w:tcW w:w="4986" w:type="dxa"/>
          </w:tcPr>
          <w:p w:rsidR="009078F8" w:rsidRDefault="009078F8" w:rsidP="009078F8">
            <w:pPr>
              <w:spacing w:line="276" w:lineRule="auto"/>
              <w:jc w:val="both"/>
            </w:pPr>
            <w:proofErr w:type="spellStart"/>
            <w:r w:rsidRPr="009078F8">
              <w:t>Ожидаемый</w:t>
            </w:r>
            <w:proofErr w:type="spellEnd"/>
            <w:r w:rsidRPr="009078F8">
              <w:t xml:space="preserve"> </w:t>
            </w:r>
            <w:proofErr w:type="spellStart"/>
            <w:r w:rsidRPr="009078F8">
              <w:t>результат</w:t>
            </w:r>
            <w:proofErr w:type="spellEnd"/>
          </w:p>
          <w:p w:rsidR="00E928EF" w:rsidRPr="009078F8" w:rsidRDefault="00E928EF" w:rsidP="009078F8">
            <w:pPr>
              <w:spacing w:line="276" w:lineRule="auto"/>
              <w:jc w:val="both"/>
            </w:pPr>
          </w:p>
        </w:tc>
        <w:tc>
          <w:tcPr>
            <w:tcW w:w="4986" w:type="dxa"/>
          </w:tcPr>
          <w:p w:rsidR="009078F8" w:rsidRPr="009078F8" w:rsidRDefault="009078F8" w:rsidP="009078F8">
            <w:pPr>
              <w:spacing w:line="276" w:lineRule="auto"/>
              <w:jc w:val="both"/>
              <w:rPr>
                <w:lang w:val="ru-RU"/>
              </w:rPr>
            </w:pPr>
            <w:r w:rsidRPr="009078F8">
              <w:rPr>
                <w:lang w:val="ru-RU"/>
              </w:rPr>
              <w:t>Игра настроена под каждого участника.</w:t>
            </w:r>
          </w:p>
        </w:tc>
      </w:tr>
    </w:tbl>
    <w:p w:rsidR="00E928EF" w:rsidRDefault="00E928EF" w:rsidP="009078F8">
      <w:pPr>
        <w:spacing w:after="0"/>
        <w:jc w:val="both"/>
        <w:rPr>
          <w:b/>
          <w:lang w:val="ru-RU"/>
        </w:rPr>
      </w:pPr>
    </w:p>
    <w:p w:rsidR="009078F8" w:rsidRDefault="009078F8" w:rsidP="000F7016">
      <w:pPr>
        <w:spacing w:after="0"/>
        <w:ind w:firstLine="709"/>
        <w:jc w:val="both"/>
        <w:rPr>
          <w:lang w:val="ru-RU"/>
        </w:rPr>
      </w:pPr>
      <w:r w:rsidRPr="009078F8">
        <w:rPr>
          <w:b/>
          <w:lang w:val="ru-RU"/>
        </w:rPr>
        <w:t xml:space="preserve">Методические рекомендации. </w:t>
      </w:r>
      <w:r w:rsidRPr="009078F8">
        <w:rPr>
          <w:lang w:val="ru-RU"/>
        </w:rPr>
        <w:t>Наставник поддерживает участников, не подсказывая ответы заранее. Допускается помощь только при технических затруднениях.</w:t>
      </w:r>
    </w:p>
    <w:p w:rsidR="00E928EF" w:rsidRDefault="00E928EF" w:rsidP="009078F8">
      <w:pPr>
        <w:spacing w:after="0"/>
        <w:jc w:val="both"/>
        <w:rPr>
          <w:lang w:val="ru-RU"/>
        </w:rPr>
      </w:pPr>
    </w:p>
    <w:p w:rsidR="00801693" w:rsidRPr="009078F8" w:rsidRDefault="00801693" w:rsidP="009078F8">
      <w:pPr>
        <w:spacing w:after="0"/>
        <w:jc w:val="both"/>
        <w:rPr>
          <w:lang w:val="ru-RU"/>
        </w:rPr>
      </w:pPr>
      <w:r>
        <w:rPr>
          <w:noProof/>
          <w:lang w:val="ru-RU" w:eastAsia="ru-RU"/>
        </w:rPr>
        <w:drawing>
          <wp:inline distT="0" distB="0" distL="0" distR="0">
            <wp:extent cx="6300470" cy="3489960"/>
            <wp:effectExtent l="0" t="0" r="508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2026-07-17_12-36-23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300470" cy="34899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078F8" w:rsidRPr="009078F8" w:rsidRDefault="009078F8" w:rsidP="009078F8">
      <w:pPr>
        <w:spacing w:after="0"/>
        <w:jc w:val="both"/>
        <w:rPr>
          <w:lang w:val="ru-RU"/>
        </w:rPr>
      </w:pPr>
    </w:p>
    <w:p w:rsidR="00E928EF" w:rsidRDefault="00E928EF" w:rsidP="00E928EF">
      <w:pPr>
        <w:jc w:val="center"/>
        <w:rPr>
          <w:b/>
          <w:lang w:val="ru-RU"/>
        </w:rPr>
      </w:pPr>
    </w:p>
    <w:p w:rsidR="00E928EF" w:rsidRDefault="00E928EF" w:rsidP="00E928EF">
      <w:pPr>
        <w:jc w:val="center"/>
        <w:rPr>
          <w:b/>
          <w:lang w:val="ru-RU"/>
        </w:rPr>
      </w:pPr>
    </w:p>
    <w:p w:rsidR="00E928EF" w:rsidRPr="00E928EF" w:rsidRDefault="00E928EF" w:rsidP="000F7016">
      <w:pPr>
        <w:ind w:firstLine="709"/>
        <w:jc w:val="center"/>
        <w:rPr>
          <w:lang w:val="ru-RU"/>
        </w:rPr>
      </w:pPr>
      <w:r w:rsidRPr="00E928EF">
        <w:rPr>
          <w:b/>
          <w:lang w:val="ru-RU"/>
        </w:rPr>
        <w:t>Часть 2. Интерактивное знакомство с профессией</w:t>
      </w:r>
    </w:p>
    <w:p w:rsidR="00E928EF" w:rsidRPr="00E928EF" w:rsidRDefault="00E928EF" w:rsidP="000F7016">
      <w:pPr>
        <w:ind w:firstLine="709"/>
        <w:rPr>
          <w:lang w:val="ru-RU"/>
        </w:rPr>
      </w:pPr>
      <w:r w:rsidRPr="00E928EF">
        <w:rPr>
          <w:b/>
          <w:lang w:val="ru-RU"/>
        </w:rPr>
        <w:t>4.4. Викторина «Кто здесь дизайнер?»</w:t>
      </w:r>
    </w:p>
    <w:tbl>
      <w:tblPr>
        <w:tblStyle w:val="aff0"/>
        <w:tblW w:w="0" w:type="auto"/>
        <w:jc w:val="center"/>
        <w:tblLook w:val="04A0"/>
      </w:tblPr>
      <w:tblGrid>
        <w:gridCol w:w="4986"/>
        <w:gridCol w:w="4986"/>
      </w:tblGrid>
      <w:tr w:rsidR="00E928EF" w:rsidRPr="00E532B8" w:rsidTr="001F7089">
        <w:trPr>
          <w:jc w:val="center"/>
        </w:trPr>
        <w:tc>
          <w:tcPr>
            <w:tcW w:w="4986" w:type="dxa"/>
          </w:tcPr>
          <w:p w:rsidR="00E928EF" w:rsidRPr="00E928EF" w:rsidRDefault="00E928EF" w:rsidP="001F7089">
            <w:pPr>
              <w:rPr>
                <w:b/>
                <w:bCs/>
              </w:rPr>
            </w:pPr>
            <w:proofErr w:type="spellStart"/>
            <w:r w:rsidRPr="00E928EF">
              <w:rPr>
                <w:b/>
                <w:bCs/>
              </w:rPr>
              <w:lastRenderedPageBreak/>
              <w:t>Цель</w:t>
            </w:r>
            <w:proofErr w:type="spellEnd"/>
            <w:r w:rsidRPr="00E928EF">
              <w:rPr>
                <w:b/>
                <w:bCs/>
              </w:rPr>
              <w:t xml:space="preserve"> </w:t>
            </w:r>
            <w:proofErr w:type="spellStart"/>
            <w:r w:rsidRPr="00E928EF">
              <w:rPr>
                <w:b/>
                <w:bCs/>
              </w:rPr>
              <w:t>этапа</w:t>
            </w:r>
            <w:proofErr w:type="spellEnd"/>
          </w:p>
        </w:tc>
        <w:tc>
          <w:tcPr>
            <w:tcW w:w="4986" w:type="dxa"/>
          </w:tcPr>
          <w:p w:rsidR="00E928EF" w:rsidRPr="00E928EF" w:rsidRDefault="00E928EF" w:rsidP="001F7089">
            <w:pPr>
              <w:rPr>
                <w:b/>
                <w:bCs/>
                <w:lang w:val="ru-RU"/>
              </w:rPr>
            </w:pPr>
            <w:r w:rsidRPr="00E928EF">
              <w:rPr>
                <w:b/>
                <w:bCs/>
                <w:lang w:val="ru-RU"/>
              </w:rPr>
              <w:t>Познакомить участников с реальными задачами графического дизайнера.</w:t>
            </w:r>
          </w:p>
        </w:tc>
      </w:tr>
      <w:tr w:rsidR="00E928EF" w:rsidTr="001F7089">
        <w:trPr>
          <w:jc w:val="center"/>
        </w:trPr>
        <w:tc>
          <w:tcPr>
            <w:tcW w:w="4986" w:type="dxa"/>
          </w:tcPr>
          <w:p w:rsidR="00E928EF" w:rsidRDefault="00E928EF" w:rsidP="001F7089">
            <w:proofErr w:type="spellStart"/>
            <w:r>
              <w:t>Продолжительность</w:t>
            </w:r>
            <w:proofErr w:type="spellEnd"/>
          </w:p>
        </w:tc>
        <w:tc>
          <w:tcPr>
            <w:tcW w:w="4986" w:type="dxa"/>
          </w:tcPr>
          <w:p w:rsidR="00E928EF" w:rsidRDefault="00E928EF" w:rsidP="001F7089">
            <w:r>
              <w:t xml:space="preserve">10 </w:t>
            </w:r>
            <w:proofErr w:type="spellStart"/>
            <w:r>
              <w:t>минут</w:t>
            </w:r>
            <w:proofErr w:type="spellEnd"/>
          </w:p>
        </w:tc>
      </w:tr>
      <w:tr w:rsidR="00E928EF" w:rsidRPr="00E532B8" w:rsidTr="001F7089">
        <w:trPr>
          <w:jc w:val="center"/>
        </w:trPr>
        <w:tc>
          <w:tcPr>
            <w:tcW w:w="4986" w:type="dxa"/>
          </w:tcPr>
          <w:p w:rsidR="00E928EF" w:rsidRDefault="00E928EF" w:rsidP="001F7089">
            <w:proofErr w:type="spellStart"/>
            <w:r>
              <w:t>Описание</w:t>
            </w:r>
            <w:proofErr w:type="spellEnd"/>
            <w:r>
              <w:t xml:space="preserve"> </w:t>
            </w:r>
            <w:proofErr w:type="spellStart"/>
            <w:r>
              <w:t>игрового</w:t>
            </w:r>
            <w:proofErr w:type="spellEnd"/>
            <w:r>
              <w:t xml:space="preserve"> </w:t>
            </w:r>
            <w:proofErr w:type="spellStart"/>
            <w:r>
              <w:t>процесса</w:t>
            </w:r>
            <w:proofErr w:type="spellEnd"/>
          </w:p>
        </w:tc>
        <w:tc>
          <w:tcPr>
            <w:tcW w:w="4986" w:type="dxa"/>
          </w:tcPr>
          <w:p w:rsidR="00E928EF" w:rsidRPr="00E928EF" w:rsidRDefault="00E928EF" w:rsidP="001F7089">
            <w:pPr>
              <w:rPr>
                <w:lang w:val="ru-RU"/>
              </w:rPr>
            </w:pPr>
            <w:r w:rsidRPr="00E928EF">
              <w:rPr>
                <w:lang w:val="ru-RU"/>
              </w:rPr>
              <w:t xml:space="preserve">Участники отвечают на вопросы игрового </w:t>
            </w:r>
            <w:proofErr w:type="spellStart"/>
            <w:r w:rsidRPr="00E928EF">
              <w:rPr>
                <w:lang w:val="ru-RU"/>
              </w:rPr>
              <w:t>квиза</w:t>
            </w:r>
            <w:proofErr w:type="spellEnd"/>
            <w:r w:rsidRPr="00E928EF">
              <w:rPr>
                <w:lang w:val="ru-RU"/>
              </w:rPr>
              <w:t>, определяя, какие действия действительно относятся к профессии дизайнера.</w:t>
            </w:r>
          </w:p>
        </w:tc>
      </w:tr>
      <w:tr w:rsidR="00E928EF" w:rsidRPr="00E532B8" w:rsidTr="001F7089">
        <w:trPr>
          <w:jc w:val="center"/>
        </w:trPr>
        <w:tc>
          <w:tcPr>
            <w:tcW w:w="4986" w:type="dxa"/>
          </w:tcPr>
          <w:p w:rsidR="00E928EF" w:rsidRDefault="00E928EF" w:rsidP="001F7089">
            <w:proofErr w:type="spellStart"/>
            <w:r>
              <w:t>Действия</w:t>
            </w:r>
            <w:proofErr w:type="spellEnd"/>
            <w:r>
              <w:t xml:space="preserve"> </w:t>
            </w:r>
            <w:proofErr w:type="spellStart"/>
            <w:r>
              <w:t>наставника</w:t>
            </w:r>
            <w:proofErr w:type="spellEnd"/>
          </w:p>
        </w:tc>
        <w:tc>
          <w:tcPr>
            <w:tcW w:w="4986" w:type="dxa"/>
          </w:tcPr>
          <w:p w:rsidR="00E928EF" w:rsidRPr="00E928EF" w:rsidRDefault="00E928EF" w:rsidP="001F7089">
            <w:pPr>
              <w:rPr>
                <w:lang w:val="ru-RU"/>
              </w:rPr>
            </w:pPr>
            <w:r w:rsidRPr="00E928EF">
              <w:rPr>
                <w:lang w:val="ru-RU"/>
              </w:rPr>
              <w:t>Организует работу, консультирует и проводит обсуждение результатов.</w:t>
            </w:r>
          </w:p>
        </w:tc>
      </w:tr>
      <w:tr w:rsidR="00E928EF" w:rsidRPr="00E532B8" w:rsidTr="001F7089">
        <w:trPr>
          <w:jc w:val="center"/>
        </w:trPr>
        <w:tc>
          <w:tcPr>
            <w:tcW w:w="4986" w:type="dxa"/>
          </w:tcPr>
          <w:p w:rsidR="00E928EF" w:rsidRDefault="00E928EF" w:rsidP="001F7089">
            <w:proofErr w:type="spellStart"/>
            <w:r>
              <w:t>Действия</w:t>
            </w:r>
            <w:proofErr w:type="spellEnd"/>
            <w:r>
              <w:t xml:space="preserve"> </w:t>
            </w:r>
            <w:proofErr w:type="spellStart"/>
            <w:r>
              <w:t>участников</w:t>
            </w:r>
            <w:proofErr w:type="spellEnd"/>
          </w:p>
        </w:tc>
        <w:tc>
          <w:tcPr>
            <w:tcW w:w="4986" w:type="dxa"/>
          </w:tcPr>
          <w:p w:rsidR="00E928EF" w:rsidRPr="00E928EF" w:rsidRDefault="00E928EF" w:rsidP="001F7089">
            <w:pPr>
              <w:rPr>
                <w:lang w:val="ru-RU"/>
              </w:rPr>
            </w:pPr>
            <w:r w:rsidRPr="00E928EF">
              <w:rPr>
                <w:lang w:val="ru-RU"/>
              </w:rPr>
              <w:t>Самостоятельно выполняют игровые задания и анализируют результаты.</w:t>
            </w:r>
          </w:p>
        </w:tc>
      </w:tr>
      <w:tr w:rsidR="00E928EF" w:rsidRPr="00E532B8" w:rsidTr="001F7089">
        <w:trPr>
          <w:jc w:val="center"/>
        </w:trPr>
        <w:tc>
          <w:tcPr>
            <w:tcW w:w="4986" w:type="dxa"/>
          </w:tcPr>
          <w:p w:rsidR="00E928EF" w:rsidRDefault="00E928EF" w:rsidP="001F7089">
            <w:proofErr w:type="spellStart"/>
            <w:r>
              <w:t>Формируемые</w:t>
            </w:r>
            <w:proofErr w:type="spellEnd"/>
            <w:r>
              <w:t xml:space="preserve"> </w:t>
            </w:r>
            <w:proofErr w:type="spellStart"/>
            <w:r>
              <w:t>компетенции</w:t>
            </w:r>
            <w:proofErr w:type="spellEnd"/>
          </w:p>
        </w:tc>
        <w:tc>
          <w:tcPr>
            <w:tcW w:w="4986" w:type="dxa"/>
          </w:tcPr>
          <w:p w:rsidR="00E928EF" w:rsidRPr="00E928EF" w:rsidRDefault="00E928EF" w:rsidP="001F7089">
            <w:pPr>
              <w:rPr>
                <w:lang w:val="ru-RU"/>
              </w:rPr>
            </w:pPr>
            <w:proofErr w:type="spellStart"/>
            <w:r w:rsidRPr="00E928EF">
              <w:rPr>
                <w:lang w:val="ru-RU"/>
              </w:rPr>
              <w:t>Креативное</w:t>
            </w:r>
            <w:proofErr w:type="spellEnd"/>
            <w:r w:rsidRPr="00E928EF">
              <w:rPr>
                <w:lang w:val="ru-RU"/>
              </w:rPr>
              <w:t xml:space="preserve"> мышление, визуальная грамотность, работа с информацией.</w:t>
            </w:r>
          </w:p>
        </w:tc>
      </w:tr>
      <w:tr w:rsidR="00E928EF" w:rsidRPr="00E532B8" w:rsidTr="001F7089">
        <w:trPr>
          <w:jc w:val="center"/>
        </w:trPr>
        <w:tc>
          <w:tcPr>
            <w:tcW w:w="4986" w:type="dxa"/>
          </w:tcPr>
          <w:p w:rsidR="00E928EF" w:rsidRDefault="00E928EF" w:rsidP="001F7089">
            <w:proofErr w:type="spellStart"/>
            <w:r>
              <w:t>Критерии</w:t>
            </w:r>
            <w:proofErr w:type="spellEnd"/>
            <w:r>
              <w:t xml:space="preserve"> </w:t>
            </w:r>
            <w:proofErr w:type="spellStart"/>
            <w:r>
              <w:t>успешности</w:t>
            </w:r>
            <w:proofErr w:type="spellEnd"/>
          </w:p>
        </w:tc>
        <w:tc>
          <w:tcPr>
            <w:tcW w:w="4986" w:type="dxa"/>
          </w:tcPr>
          <w:p w:rsidR="00E928EF" w:rsidRPr="00E928EF" w:rsidRDefault="00E928EF" w:rsidP="001F7089">
            <w:pPr>
              <w:rPr>
                <w:lang w:val="ru-RU"/>
              </w:rPr>
            </w:pPr>
            <w:r w:rsidRPr="00E928EF">
              <w:rPr>
                <w:lang w:val="ru-RU"/>
              </w:rPr>
              <w:t>Правильное выполнение заданий и активное участие.</w:t>
            </w:r>
          </w:p>
        </w:tc>
      </w:tr>
      <w:tr w:rsidR="00E928EF" w:rsidRPr="00E532B8" w:rsidTr="001F7089">
        <w:trPr>
          <w:jc w:val="center"/>
        </w:trPr>
        <w:tc>
          <w:tcPr>
            <w:tcW w:w="4986" w:type="dxa"/>
          </w:tcPr>
          <w:p w:rsidR="00E928EF" w:rsidRDefault="00E928EF" w:rsidP="001F7089">
            <w:proofErr w:type="spellStart"/>
            <w:r>
              <w:t>Методические</w:t>
            </w:r>
            <w:proofErr w:type="spellEnd"/>
            <w:r>
              <w:t xml:space="preserve"> </w:t>
            </w:r>
            <w:proofErr w:type="spellStart"/>
            <w:r>
              <w:t>рекомендации</w:t>
            </w:r>
            <w:proofErr w:type="spellEnd"/>
          </w:p>
        </w:tc>
        <w:tc>
          <w:tcPr>
            <w:tcW w:w="4986" w:type="dxa"/>
          </w:tcPr>
          <w:p w:rsidR="00E928EF" w:rsidRPr="00E928EF" w:rsidRDefault="00E928EF" w:rsidP="001F7089">
            <w:pPr>
              <w:rPr>
                <w:lang w:val="ru-RU"/>
              </w:rPr>
            </w:pPr>
            <w:r w:rsidRPr="00E928EF">
              <w:rPr>
                <w:lang w:val="ru-RU"/>
              </w:rPr>
              <w:t>После выполнения заданий провести обсуждение и объяснить практическое значение полученных знаний.</w:t>
            </w:r>
          </w:p>
        </w:tc>
      </w:tr>
    </w:tbl>
    <w:p w:rsidR="00E928EF" w:rsidRDefault="00E928EF" w:rsidP="00E928EF">
      <w:pPr>
        <w:rPr>
          <w:b/>
          <w:lang w:val="ru-RU"/>
        </w:rPr>
      </w:pPr>
    </w:p>
    <w:p w:rsidR="00E928EF" w:rsidRDefault="00E928EF" w:rsidP="00E928EF">
      <w:pPr>
        <w:rPr>
          <w:b/>
          <w:lang w:val="ru-RU"/>
        </w:rPr>
      </w:pPr>
      <w:r>
        <w:rPr>
          <w:b/>
          <w:noProof/>
          <w:lang w:val="ru-RU" w:eastAsia="ru-RU"/>
        </w:rPr>
        <w:drawing>
          <wp:inline distT="0" distB="0" distL="0" distR="0">
            <wp:extent cx="3096072" cy="2297247"/>
            <wp:effectExtent l="0" t="0" r="0" b="8255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2026-07-17_12-55-16.png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3096072" cy="22972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b/>
          <w:lang w:val="ru-RU"/>
        </w:rPr>
        <w:t xml:space="preserve"> </w:t>
      </w:r>
      <w:r>
        <w:rPr>
          <w:b/>
          <w:noProof/>
          <w:lang w:val="ru-RU" w:eastAsia="ru-RU"/>
        </w:rPr>
        <w:drawing>
          <wp:inline distT="0" distB="0" distL="0" distR="0">
            <wp:extent cx="3124200" cy="2296075"/>
            <wp:effectExtent l="0" t="0" r="0" b="952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2026-07-17_12-56-06.png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3127036" cy="22981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960C9" w:rsidRDefault="009960C9" w:rsidP="000F7016">
      <w:pPr>
        <w:ind w:firstLine="709"/>
        <w:rPr>
          <w:b/>
        </w:rPr>
      </w:pPr>
    </w:p>
    <w:p w:rsidR="009960C9" w:rsidRDefault="009960C9" w:rsidP="000F7016">
      <w:pPr>
        <w:ind w:firstLine="709"/>
        <w:rPr>
          <w:b/>
        </w:rPr>
      </w:pPr>
    </w:p>
    <w:p w:rsidR="009960C9" w:rsidRDefault="009960C9" w:rsidP="000F7016">
      <w:pPr>
        <w:ind w:firstLine="709"/>
        <w:rPr>
          <w:b/>
        </w:rPr>
      </w:pPr>
    </w:p>
    <w:p w:rsidR="00E928EF" w:rsidRDefault="00E928EF" w:rsidP="000F7016">
      <w:pPr>
        <w:ind w:firstLine="709"/>
      </w:pPr>
      <w:r>
        <w:rPr>
          <w:b/>
        </w:rPr>
        <w:t xml:space="preserve">4.5. </w:t>
      </w:r>
      <w:proofErr w:type="spellStart"/>
      <w:r>
        <w:rPr>
          <w:b/>
        </w:rPr>
        <w:t>Теоретический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блок</w:t>
      </w:r>
      <w:proofErr w:type="spellEnd"/>
      <w:r>
        <w:rPr>
          <w:b/>
        </w:rPr>
        <w:t xml:space="preserve"> «</w:t>
      </w:r>
      <w:proofErr w:type="spellStart"/>
      <w:r>
        <w:rPr>
          <w:b/>
        </w:rPr>
        <w:t>Основы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профессии</w:t>
      </w:r>
      <w:proofErr w:type="spellEnd"/>
      <w:r>
        <w:rPr>
          <w:b/>
        </w:rPr>
        <w:t>»</w:t>
      </w:r>
    </w:p>
    <w:tbl>
      <w:tblPr>
        <w:tblStyle w:val="aff0"/>
        <w:tblW w:w="0" w:type="auto"/>
        <w:jc w:val="center"/>
        <w:tblLook w:val="04A0"/>
      </w:tblPr>
      <w:tblGrid>
        <w:gridCol w:w="4986"/>
        <w:gridCol w:w="4986"/>
      </w:tblGrid>
      <w:tr w:rsidR="00E928EF" w:rsidRPr="00E532B8" w:rsidTr="001F7089">
        <w:trPr>
          <w:jc w:val="center"/>
        </w:trPr>
        <w:tc>
          <w:tcPr>
            <w:tcW w:w="4986" w:type="dxa"/>
          </w:tcPr>
          <w:p w:rsidR="00E928EF" w:rsidRPr="00E928EF" w:rsidRDefault="00E928EF" w:rsidP="001F7089">
            <w:pPr>
              <w:rPr>
                <w:b/>
                <w:bCs/>
              </w:rPr>
            </w:pPr>
            <w:proofErr w:type="spellStart"/>
            <w:r w:rsidRPr="00E928EF">
              <w:rPr>
                <w:b/>
                <w:bCs/>
              </w:rPr>
              <w:t>Цель</w:t>
            </w:r>
            <w:proofErr w:type="spellEnd"/>
            <w:r w:rsidRPr="00E928EF">
              <w:rPr>
                <w:b/>
                <w:bCs/>
              </w:rPr>
              <w:t xml:space="preserve"> </w:t>
            </w:r>
            <w:proofErr w:type="spellStart"/>
            <w:r w:rsidRPr="00E928EF">
              <w:rPr>
                <w:b/>
                <w:bCs/>
              </w:rPr>
              <w:t>этапа</w:t>
            </w:r>
            <w:proofErr w:type="spellEnd"/>
          </w:p>
        </w:tc>
        <w:tc>
          <w:tcPr>
            <w:tcW w:w="4986" w:type="dxa"/>
          </w:tcPr>
          <w:p w:rsidR="00E928EF" w:rsidRPr="00E928EF" w:rsidRDefault="00E928EF" w:rsidP="001F7089">
            <w:pPr>
              <w:rPr>
                <w:b/>
                <w:bCs/>
                <w:lang w:val="ru-RU"/>
              </w:rPr>
            </w:pPr>
            <w:r w:rsidRPr="00E928EF">
              <w:rPr>
                <w:b/>
                <w:bCs/>
                <w:lang w:val="ru-RU"/>
              </w:rPr>
              <w:t>Сформировать базовое представление о профессии.</w:t>
            </w:r>
          </w:p>
        </w:tc>
      </w:tr>
      <w:tr w:rsidR="00E928EF" w:rsidTr="001F7089">
        <w:trPr>
          <w:jc w:val="center"/>
        </w:trPr>
        <w:tc>
          <w:tcPr>
            <w:tcW w:w="4986" w:type="dxa"/>
          </w:tcPr>
          <w:p w:rsidR="00E928EF" w:rsidRDefault="00E928EF" w:rsidP="001F7089">
            <w:proofErr w:type="spellStart"/>
            <w:r>
              <w:lastRenderedPageBreak/>
              <w:t>Продолжительность</w:t>
            </w:r>
            <w:proofErr w:type="spellEnd"/>
          </w:p>
        </w:tc>
        <w:tc>
          <w:tcPr>
            <w:tcW w:w="4986" w:type="dxa"/>
          </w:tcPr>
          <w:p w:rsidR="00E928EF" w:rsidRDefault="00E928EF" w:rsidP="001F7089">
            <w:r>
              <w:t xml:space="preserve">10 </w:t>
            </w:r>
            <w:proofErr w:type="spellStart"/>
            <w:r>
              <w:t>минут</w:t>
            </w:r>
            <w:proofErr w:type="spellEnd"/>
          </w:p>
        </w:tc>
      </w:tr>
      <w:tr w:rsidR="00E928EF" w:rsidRPr="00E532B8" w:rsidTr="001F7089">
        <w:trPr>
          <w:jc w:val="center"/>
        </w:trPr>
        <w:tc>
          <w:tcPr>
            <w:tcW w:w="4986" w:type="dxa"/>
          </w:tcPr>
          <w:p w:rsidR="00E928EF" w:rsidRDefault="00E928EF" w:rsidP="001F7089">
            <w:proofErr w:type="spellStart"/>
            <w:r>
              <w:t>Описание</w:t>
            </w:r>
            <w:proofErr w:type="spellEnd"/>
            <w:r>
              <w:t xml:space="preserve"> </w:t>
            </w:r>
            <w:proofErr w:type="spellStart"/>
            <w:r>
              <w:t>игрового</w:t>
            </w:r>
            <w:proofErr w:type="spellEnd"/>
            <w:r>
              <w:t xml:space="preserve"> </w:t>
            </w:r>
            <w:proofErr w:type="spellStart"/>
            <w:r>
              <w:t>процесса</w:t>
            </w:r>
            <w:proofErr w:type="spellEnd"/>
          </w:p>
        </w:tc>
        <w:tc>
          <w:tcPr>
            <w:tcW w:w="4986" w:type="dxa"/>
          </w:tcPr>
          <w:p w:rsidR="00E928EF" w:rsidRPr="00E928EF" w:rsidRDefault="00E928EF" w:rsidP="001F7089">
            <w:pPr>
              <w:rPr>
                <w:lang w:val="ru-RU"/>
              </w:rPr>
            </w:pPr>
            <w:r w:rsidRPr="00E928EF">
              <w:rPr>
                <w:lang w:val="ru-RU"/>
              </w:rPr>
              <w:t xml:space="preserve">В игровой форме изучаются композиция, цвет, </w:t>
            </w:r>
            <w:proofErr w:type="spellStart"/>
            <w:r w:rsidRPr="00E928EF">
              <w:rPr>
                <w:lang w:val="ru-RU"/>
              </w:rPr>
              <w:t>типографика</w:t>
            </w:r>
            <w:proofErr w:type="spellEnd"/>
            <w:r w:rsidRPr="00E928EF">
              <w:rPr>
                <w:lang w:val="ru-RU"/>
              </w:rPr>
              <w:t xml:space="preserve">, аудитория, </w:t>
            </w:r>
            <w:proofErr w:type="spellStart"/>
            <w:r w:rsidRPr="00E928EF">
              <w:rPr>
                <w:lang w:val="ru-RU"/>
              </w:rPr>
              <w:t>брендинг</w:t>
            </w:r>
            <w:proofErr w:type="spellEnd"/>
            <w:r w:rsidRPr="00E928EF">
              <w:rPr>
                <w:lang w:val="ru-RU"/>
              </w:rPr>
              <w:t xml:space="preserve"> и современные цифровые инструменты.</w:t>
            </w:r>
          </w:p>
        </w:tc>
      </w:tr>
      <w:tr w:rsidR="00E928EF" w:rsidRPr="00E532B8" w:rsidTr="001F7089">
        <w:trPr>
          <w:jc w:val="center"/>
        </w:trPr>
        <w:tc>
          <w:tcPr>
            <w:tcW w:w="4986" w:type="dxa"/>
          </w:tcPr>
          <w:p w:rsidR="00E928EF" w:rsidRDefault="00E928EF" w:rsidP="001F7089">
            <w:proofErr w:type="spellStart"/>
            <w:r>
              <w:t>Действия</w:t>
            </w:r>
            <w:proofErr w:type="spellEnd"/>
            <w:r>
              <w:t xml:space="preserve"> </w:t>
            </w:r>
            <w:proofErr w:type="spellStart"/>
            <w:r>
              <w:t>наставника</w:t>
            </w:r>
            <w:proofErr w:type="spellEnd"/>
          </w:p>
        </w:tc>
        <w:tc>
          <w:tcPr>
            <w:tcW w:w="4986" w:type="dxa"/>
          </w:tcPr>
          <w:p w:rsidR="00E928EF" w:rsidRPr="00E928EF" w:rsidRDefault="00E928EF" w:rsidP="001F7089">
            <w:pPr>
              <w:rPr>
                <w:lang w:val="ru-RU"/>
              </w:rPr>
            </w:pPr>
            <w:r w:rsidRPr="00E928EF">
              <w:rPr>
                <w:lang w:val="ru-RU"/>
              </w:rPr>
              <w:t>Организует работу, консультирует и проводит обсуждение результатов.</w:t>
            </w:r>
          </w:p>
        </w:tc>
      </w:tr>
      <w:tr w:rsidR="00E928EF" w:rsidRPr="00E532B8" w:rsidTr="001F7089">
        <w:trPr>
          <w:jc w:val="center"/>
        </w:trPr>
        <w:tc>
          <w:tcPr>
            <w:tcW w:w="4986" w:type="dxa"/>
          </w:tcPr>
          <w:p w:rsidR="00E928EF" w:rsidRDefault="00E928EF" w:rsidP="001F7089">
            <w:proofErr w:type="spellStart"/>
            <w:r>
              <w:t>Действия</w:t>
            </w:r>
            <w:proofErr w:type="spellEnd"/>
            <w:r>
              <w:t xml:space="preserve"> </w:t>
            </w:r>
            <w:proofErr w:type="spellStart"/>
            <w:r>
              <w:t>участников</w:t>
            </w:r>
            <w:proofErr w:type="spellEnd"/>
          </w:p>
        </w:tc>
        <w:tc>
          <w:tcPr>
            <w:tcW w:w="4986" w:type="dxa"/>
          </w:tcPr>
          <w:p w:rsidR="00E928EF" w:rsidRPr="00E928EF" w:rsidRDefault="00E928EF" w:rsidP="001F7089">
            <w:pPr>
              <w:rPr>
                <w:lang w:val="ru-RU"/>
              </w:rPr>
            </w:pPr>
            <w:r w:rsidRPr="00E928EF">
              <w:rPr>
                <w:lang w:val="ru-RU"/>
              </w:rPr>
              <w:t>Самостоятельно выполняют игровые задания и анализируют результаты.</w:t>
            </w:r>
          </w:p>
        </w:tc>
      </w:tr>
      <w:tr w:rsidR="00E928EF" w:rsidRPr="00E532B8" w:rsidTr="001F7089">
        <w:trPr>
          <w:jc w:val="center"/>
        </w:trPr>
        <w:tc>
          <w:tcPr>
            <w:tcW w:w="4986" w:type="dxa"/>
          </w:tcPr>
          <w:p w:rsidR="00E928EF" w:rsidRDefault="00E928EF" w:rsidP="001F7089">
            <w:proofErr w:type="spellStart"/>
            <w:r>
              <w:t>Формируемые</w:t>
            </w:r>
            <w:proofErr w:type="spellEnd"/>
            <w:r>
              <w:t xml:space="preserve"> </w:t>
            </w:r>
            <w:proofErr w:type="spellStart"/>
            <w:r>
              <w:t>компетенции</w:t>
            </w:r>
            <w:proofErr w:type="spellEnd"/>
          </w:p>
        </w:tc>
        <w:tc>
          <w:tcPr>
            <w:tcW w:w="4986" w:type="dxa"/>
          </w:tcPr>
          <w:p w:rsidR="00E928EF" w:rsidRPr="00E928EF" w:rsidRDefault="00E928EF" w:rsidP="001F7089">
            <w:pPr>
              <w:rPr>
                <w:lang w:val="ru-RU"/>
              </w:rPr>
            </w:pPr>
            <w:proofErr w:type="spellStart"/>
            <w:r w:rsidRPr="00E928EF">
              <w:rPr>
                <w:lang w:val="ru-RU"/>
              </w:rPr>
              <w:t>Креативное</w:t>
            </w:r>
            <w:proofErr w:type="spellEnd"/>
            <w:r w:rsidRPr="00E928EF">
              <w:rPr>
                <w:lang w:val="ru-RU"/>
              </w:rPr>
              <w:t xml:space="preserve"> мышление, визуальная грамотность, работа с информацией.</w:t>
            </w:r>
          </w:p>
        </w:tc>
      </w:tr>
      <w:tr w:rsidR="00E928EF" w:rsidRPr="00E532B8" w:rsidTr="001F7089">
        <w:trPr>
          <w:jc w:val="center"/>
        </w:trPr>
        <w:tc>
          <w:tcPr>
            <w:tcW w:w="4986" w:type="dxa"/>
          </w:tcPr>
          <w:p w:rsidR="00E928EF" w:rsidRDefault="00E928EF" w:rsidP="001F7089">
            <w:proofErr w:type="spellStart"/>
            <w:r>
              <w:t>Критерии</w:t>
            </w:r>
            <w:proofErr w:type="spellEnd"/>
            <w:r>
              <w:t xml:space="preserve"> </w:t>
            </w:r>
            <w:proofErr w:type="spellStart"/>
            <w:r>
              <w:t>успешности</w:t>
            </w:r>
            <w:proofErr w:type="spellEnd"/>
          </w:p>
        </w:tc>
        <w:tc>
          <w:tcPr>
            <w:tcW w:w="4986" w:type="dxa"/>
          </w:tcPr>
          <w:p w:rsidR="00E928EF" w:rsidRPr="00E928EF" w:rsidRDefault="00E928EF" w:rsidP="001F7089">
            <w:pPr>
              <w:rPr>
                <w:lang w:val="ru-RU"/>
              </w:rPr>
            </w:pPr>
            <w:r w:rsidRPr="00E928EF">
              <w:rPr>
                <w:lang w:val="ru-RU"/>
              </w:rPr>
              <w:t>Правильное выполнение заданий и активное участие.</w:t>
            </w:r>
          </w:p>
        </w:tc>
      </w:tr>
      <w:tr w:rsidR="00E928EF" w:rsidRPr="00E532B8" w:rsidTr="001F7089">
        <w:trPr>
          <w:jc w:val="center"/>
        </w:trPr>
        <w:tc>
          <w:tcPr>
            <w:tcW w:w="4986" w:type="dxa"/>
          </w:tcPr>
          <w:p w:rsidR="00E928EF" w:rsidRDefault="00E928EF" w:rsidP="001F7089">
            <w:proofErr w:type="spellStart"/>
            <w:r>
              <w:t>Методические</w:t>
            </w:r>
            <w:proofErr w:type="spellEnd"/>
            <w:r>
              <w:t xml:space="preserve"> </w:t>
            </w:r>
            <w:proofErr w:type="spellStart"/>
            <w:r>
              <w:t>рекомендации</w:t>
            </w:r>
            <w:proofErr w:type="spellEnd"/>
          </w:p>
        </w:tc>
        <w:tc>
          <w:tcPr>
            <w:tcW w:w="4986" w:type="dxa"/>
          </w:tcPr>
          <w:p w:rsidR="00E928EF" w:rsidRPr="00E928EF" w:rsidRDefault="00E928EF" w:rsidP="001F7089">
            <w:pPr>
              <w:rPr>
                <w:lang w:val="ru-RU"/>
              </w:rPr>
            </w:pPr>
            <w:r w:rsidRPr="00E928EF">
              <w:rPr>
                <w:lang w:val="ru-RU"/>
              </w:rPr>
              <w:t>После выполнения заданий провести обсуждение и объяснить практическое значение полученных знаний.</w:t>
            </w:r>
          </w:p>
        </w:tc>
      </w:tr>
    </w:tbl>
    <w:p w:rsidR="00E928EF" w:rsidRDefault="00E928EF" w:rsidP="00E928EF">
      <w:pPr>
        <w:rPr>
          <w:b/>
          <w:lang w:val="ru-RU"/>
        </w:rPr>
      </w:pPr>
    </w:p>
    <w:p w:rsidR="00E928EF" w:rsidRDefault="00E928EF" w:rsidP="00E928EF">
      <w:pPr>
        <w:rPr>
          <w:b/>
          <w:lang w:val="ru-RU"/>
        </w:rPr>
      </w:pPr>
      <w:r>
        <w:rPr>
          <w:b/>
          <w:noProof/>
          <w:lang w:val="ru-RU" w:eastAsia="ru-RU"/>
        </w:rPr>
        <w:drawing>
          <wp:inline distT="0" distB="0" distL="0" distR="0">
            <wp:extent cx="3219945" cy="2302510"/>
            <wp:effectExtent l="0" t="0" r="0" b="254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2026-07-17_12-56-40.png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3264508" cy="23343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b/>
          <w:lang w:val="ru-RU"/>
        </w:rPr>
        <w:t xml:space="preserve">  </w:t>
      </w:r>
      <w:r>
        <w:rPr>
          <w:b/>
          <w:noProof/>
          <w:lang w:val="ru-RU" w:eastAsia="ru-RU"/>
        </w:rPr>
        <w:drawing>
          <wp:inline distT="0" distB="0" distL="0" distR="0">
            <wp:extent cx="2962850" cy="2300822"/>
            <wp:effectExtent l="0" t="0" r="9525" b="4445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2026-07-17_12-57-27.png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2975230" cy="23104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960C9" w:rsidRDefault="009960C9" w:rsidP="000F7016">
      <w:pPr>
        <w:ind w:firstLine="709"/>
        <w:rPr>
          <w:b/>
        </w:rPr>
      </w:pPr>
    </w:p>
    <w:p w:rsidR="009960C9" w:rsidRDefault="009960C9" w:rsidP="000F7016">
      <w:pPr>
        <w:ind w:firstLine="709"/>
        <w:rPr>
          <w:b/>
        </w:rPr>
      </w:pPr>
    </w:p>
    <w:p w:rsidR="009960C9" w:rsidRDefault="009960C9" w:rsidP="000F7016">
      <w:pPr>
        <w:ind w:firstLine="709"/>
        <w:rPr>
          <w:b/>
        </w:rPr>
      </w:pPr>
    </w:p>
    <w:p w:rsidR="009960C9" w:rsidRDefault="009960C9" w:rsidP="000F7016">
      <w:pPr>
        <w:ind w:firstLine="709"/>
        <w:rPr>
          <w:b/>
        </w:rPr>
      </w:pPr>
    </w:p>
    <w:p w:rsidR="009960C9" w:rsidRDefault="009960C9" w:rsidP="000F7016">
      <w:pPr>
        <w:ind w:firstLine="709"/>
        <w:rPr>
          <w:b/>
        </w:rPr>
      </w:pPr>
    </w:p>
    <w:p w:rsidR="00E928EF" w:rsidRDefault="00E928EF" w:rsidP="000F7016">
      <w:pPr>
        <w:ind w:firstLine="709"/>
      </w:pPr>
      <w:r>
        <w:rPr>
          <w:b/>
        </w:rPr>
        <w:t xml:space="preserve">4.6. </w:t>
      </w:r>
      <w:proofErr w:type="spellStart"/>
      <w:r>
        <w:rPr>
          <w:b/>
        </w:rPr>
        <w:t>Игровой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блок</w:t>
      </w:r>
      <w:proofErr w:type="spellEnd"/>
      <w:r>
        <w:rPr>
          <w:b/>
        </w:rPr>
        <w:t xml:space="preserve"> «7 </w:t>
      </w:r>
      <w:proofErr w:type="spellStart"/>
      <w:r>
        <w:rPr>
          <w:b/>
        </w:rPr>
        <w:t>правил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дизайна</w:t>
      </w:r>
      <w:proofErr w:type="spellEnd"/>
      <w:r>
        <w:rPr>
          <w:b/>
        </w:rPr>
        <w:t>»</w:t>
      </w:r>
    </w:p>
    <w:tbl>
      <w:tblPr>
        <w:tblStyle w:val="aff0"/>
        <w:tblW w:w="0" w:type="auto"/>
        <w:jc w:val="center"/>
        <w:tblLook w:val="04A0"/>
      </w:tblPr>
      <w:tblGrid>
        <w:gridCol w:w="4986"/>
        <w:gridCol w:w="4986"/>
      </w:tblGrid>
      <w:tr w:rsidR="00E928EF" w:rsidRPr="00E532B8" w:rsidTr="001F7089">
        <w:trPr>
          <w:jc w:val="center"/>
        </w:trPr>
        <w:tc>
          <w:tcPr>
            <w:tcW w:w="4986" w:type="dxa"/>
          </w:tcPr>
          <w:p w:rsidR="00E928EF" w:rsidRPr="00E928EF" w:rsidRDefault="00E928EF" w:rsidP="001F7089">
            <w:pPr>
              <w:rPr>
                <w:b/>
                <w:bCs/>
              </w:rPr>
            </w:pPr>
            <w:proofErr w:type="spellStart"/>
            <w:r w:rsidRPr="00E928EF">
              <w:rPr>
                <w:b/>
                <w:bCs/>
              </w:rPr>
              <w:t>Цель</w:t>
            </w:r>
            <w:proofErr w:type="spellEnd"/>
            <w:r w:rsidRPr="00E928EF">
              <w:rPr>
                <w:b/>
                <w:bCs/>
              </w:rPr>
              <w:t xml:space="preserve"> </w:t>
            </w:r>
            <w:proofErr w:type="spellStart"/>
            <w:r w:rsidRPr="00E928EF">
              <w:rPr>
                <w:b/>
                <w:bCs/>
              </w:rPr>
              <w:t>этапа</w:t>
            </w:r>
            <w:proofErr w:type="spellEnd"/>
          </w:p>
        </w:tc>
        <w:tc>
          <w:tcPr>
            <w:tcW w:w="4986" w:type="dxa"/>
          </w:tcPr>
          <w:p w:rsidR="00E928EF" w:rsidRPr="00E928EF" w:rsidRDefault="00E928EF" w:rsidP="001F7089">
            <w:pPr>
              <w:rPr>
                <w:b/>
                <w:bCs/>
                <w:lang w:val="ru-RU"/>
              </w:rPr>
            </w:pPr>
            <w:r w:rsidRPr="00E928EF">
              <w:rPr>
                <w:b/>
                <w:bCs/>
                <w:lang w:val="ru-RU"/>
              </w:rPr>
              <w:t xml:space="preserve">Закрепить основные принципы </w:t>
            </w:r>
            <w:r w:rsidRPr="00E928EF">
              <w:rPr>
                <w:b/>
                <w:bCs/>
                <w:lang w:val="ru-RU"/>
              </w:rPr>
              <w:lastRenderedPageBreak/>
              <w:t>визуального дизайна.</w:t>
            </w:r>
          </w:p>
        </w:tc>
      </w:tr>
      <w:tr w:rsidR="00E928EF" w:rsidTr="001F7089">
        <w:trPr>
          <w:jc w:val="center"/>
        </w:trPr>
        <w:tc>
          <w:tcPr>
            <w:tcW w:w="4986" w:type="dxa"/>
          </w:tcPr>
          <w:p w:rsidR="00E928EF" w:rsidRDefault="00E928EF" w:rsidP="001F7089">
            <w:proofErr w:type="spellStart"/>
            <w:r>
              <w:lastRenderedPageBreak/>
              <w:t>Продолжительность</w:t>
            </w:r>
            <w:proofErr w:type="spellEnd"/>
          </w:p>
        </w:tc>
        <w:tc>
          <w:tcPr>
            <w:tcW w:w="4986" w:type="dxa"/>
          </w:tcPr>
          <w:p w:rsidR="00E928EF" w:rsidRDefault="00E928EF" w:rsidP="001F7089">
            <w:r>
              <w:t xml:space="preserve">15 </w:t>
            </w:r>
            <w:proofErr w:type="spellStart"/>
            <w:r>
              <w:t>минут</w:t>
            </w:r>
            <w:proofErr w:type="spellEnd"/>
          </w:p>
        </w:tc>
      </w:tr>
      <w:tr w:rsidR="00E928EF" w:rsidRPr="00E532B8" w:rsidTr="001F7089">
        <w:trPr>
          <w:jc w:val="center"/>
        </w:trPr>
        <w:tc>
          <w:tcPr>
            <w:tcW w:w="4986" w:type="dxa"/>
          </w:tcPr>
          <w:p w:rsidR="00E928EF" w:rsidRDefault="00E928EF" w:rsidP="001F7089">
            <w:proofErr w:type="spellStart"/>
            <w:r>
              <w:t>Описание</w:t>
            </w:r>
            <w:proofErr w:type="spellEnd"/>
            <w:r>
              <w:t xml:space="preserve"> </w:t>
            </w:r>
            <w:proofErr w:type="spellStart"/>
            <w:r>
              <w:t>игрового</w:t>
            </w:r>
            <w:proofErr w:type="spellEnd"/>
            <w:r>
              <w:t xml:space="preserve"> </w:t>
            </w:r>
            <w:proofErr w:type="spellStart"/>
            <w:r>
              <w:t>процесса</w:t>
            </w:r>
            <w:proofErr w:type="spellEnd"/>
          </w:p>
        </w:tc>
        <w:tc>
          <w:tcPr>
            <w:tcW w:w="4986" w:type="dxa"/>
          </w:tcPr>
          <w:p w:rsidR="00E928EF" w:rsidRPr="00E928EF" w:rsidRDefault="00E928EF" w:rsidP="001F7089">
            <w:pPr>
              <w:rPr>
                <w:lang w:val="ru-RU"/>
              </w:rPr>
            </w:pPr>
            <w:r w:rsidRPr="00E928EF">
              <w:rPr>
                <w:lang w:val="ru-RU"/>
              </w:rPr>
              <w:t>После знакомства с каждым правилом участники выполняют небольшие интерактивные задания и получают мгновенную обратную связь.</w:t>
            </w:r>
          </w:p>
        </w:tc>
      </w:tr>
      <w:tr w:rsidR="00E928EF" w:rsidRPr="00E532B8" w:rsidTr="001F7089">
        <w:trPr>
          <w:jc w:val="center"/>
        </w:trPr>
        <w:tc>
          <w:tcPr>
            <w:tcW w:w="4986" w:type="dxa"/>
          </w:tcPr>
          <w:p w:rsidR="00E928EF" w:rsidRDefault="00E928EF" w:rsidP="001F7089">
            <w:proofErr w:type="spellStart"/>
            <w:r>
              <w:t>Действия</w:t>
            </w:r>
            <w:proofErr w:type="spellEnd"/>
            <w:r>
              <w:t xml:space="preserve"> </w:t>
            </w:r>
            <w:proofErr w:type="spellStart"/>
            <w:r>
              <w:t>наставника</w:t>
            </w:r>
            <w:proofErr w:type="spellEnd"/>
          </w:p>
        </w:tc>
        <w:tc>
          <w:tcPr>
            <w:tcW w:w="4986" w:type="dxa"/>
          </w:tcPr>
          <w:p w:rsidR="00E928EF" w:rsidRPr="00E928EF" w:rsidRDefault="00E928EF" w:rsidP="001F7089">
            <w:pPr>
              <w:rPr>
                <w:lang w:val="ru-RU"/>
              </w:rPr>
            </w:pPr>
            <w:r w:rsidRPr="00E928EF">
              <w:rPr>
                <w:lang w:val="ru-RU"/>
              </w:rPr>
              <w:t>Организует работу, консультирует и проводит обсуждение результатов.</w:t>
            </w:r>
          </w:p>
        </w:tc>
      </w:tr>
      <w:tr w:rsidR="00E928EF" w:rsidRPr="00E532B8" w:rsidTr="001F7089">
        <w:trPr>
          <w:jc w:val="center"/>
        </w:trPr>
        <w:tc>
          <w:tcPr>
            <w:tcW w:w="4986" w:type="dxa"/>
          </w:tcPr>
          <w:p w:rsidR="00E928EF" w:rsidRDefault="00E928EF" w:rsidP="001F7089">
            <w:proofErr w:type="spellStart"/>
            <w:r>
              <w:t>Действия</w:t>
            </w:r>
            <w:proofErr w:type="spellEnd"/>
            <w:r>
              <w:t xml:space="preserve"> </w:t>
            </w:r>
            <w:proofErr w:type="spellStart"/>
            <w:r>
              <w:t>участников</w:t>
            </w:r>
            <w:proofErr w:type="spellEnd"/>
          </w:p>
        </w:tc>
        <w:tc>
          <w:tcPr>
            <w:tcW w:w="4986" w:type="dxa"/>
          </w:tcPr>
          <w:p w:rsidR="00E928EF" w:rsidRPr="00E928EF" w:rsidRDefault="00E928EF" w:rsidP="001F7089">
            <w:pPr>
              <w:rPr>
                <w:lang w:val="ru-RU"/>
              </w:rPr>
            </w:pPr>
            <w:r w:rsidRPr="00E928EF">
              <w:rPr>
                <w:lang w:val="ru-RU"/>
              </w:rPr>
              <w:t>Самостоятельно выполняют игровые задания и анализируют результаты.</w:t>
            </w:r>
          </w:p>
        </w:tc>
      </w:tr>
      <w:tr w:rsidR="00E928EF" w:rsidRPr="00E532B8" w:rsidTr="001F7089">
        <w:trPr>
          <w:jc w:val="center"/>
        </w:trPr>
        <w:tc>
          <w:tcPr>
            <w:tcW w:w="4986" w:type="dxa"/>
          </w:tcPr>
          <w:p w:rsidR="00E928EF" w:rsidRDefault="00E928EF" w:rsidP="001F7089">
            <w:proofErr w:type="spellStart"/>
            <w:r>
              <w:t>Формируемые</w:t>
            </w:r>
            <w:proofErr w:type="spellEnd"/>
            <w:r>
              <w:t xml:space="preserve"> </w:t>
            </w:r>
            <w:proofErr w:type="spellStart"/>
            <w:r>
              <w:t>компетенции</w:t>
            </w:r>
            <w:proofErr w:type="spellEnd"/>
          </w:p>
        </w:tc>
        <w:tc>
          <w:tcPr>
            <w:tcW w:w="4986" w:type="dxa"/>
          </w:tcPr>
          <w:p w:rsidR="00E928EF" w:rsidRPr="00E928EF" w:rsidRDefault="00E928EF" w:rsidP="001F7089">
            <w:pPr>
              <w:rPr>
                <w:lang w:val="ru-RU"/>
              </w:rPr>
            </w:pPr>
            <w:proofErr w:type="spellStart"/>
            <w:r w:rsidRPr="00E928EF">
              <w:rPr>
                <w:lang w:val="ru-RU"/>
              </w:rPr>
              <w:t>Креативное</w:t>
            </w:r>
            <w:proofErr w:type="spellEnd"/>
            <w:r w:rsidRPr="00E928EF">
              <w:rPr>
                <w:lang w:val="ru-RU"/>
              </w:rPr>
              <w:t xml:space="preserve"> мышление, визуальная грамотность, работа с информацией.</w:t>
            </w:r>
          </w:p>
        </w:tc>
      </w:tr>
      <w:tr w:rsidR="00E928EF" w:rsidRPr="00E532B8" w:rsidTr="001F7089">
        <w:trPr>
          <w:jc w:val="center"/>
        </w:trPr>
        <w:tc>
          <w:tcPr>
            <w:tcW w:w="4986" w:type="dxa"/>
          </w:tcPr>
          <w:p w:rsidR="00E928EF" w:rsidRDefault="00E928EF" w:rsidP="001F7089">
            <w:proofErr w:type="spellStart"/>
            <w:r>
              <w:t>Критерии</w:t>
            </w:r>
            <w:proofErr w:type="spellEnd"/>
            <w:r>
              <w:t xml:space="preserve"> </w:t>
            </w:r>
            <w:proofErr w:type="spellStart"/>
            <w:r>
              <w:t>успешности</w:t>
            </w:r>
            <w:proofErr w:type="spellEnd"/>
          </w:p>
        </w:tc>
        <w:tc>
          <w:tcPr>
            <w:tcW w:w="4986" w:type="dxa"/>
          </w:tcPr>
          <w:p w:rsidR="00E928EF" w:rsidRPr="00E928EF" w:rsidRDefault="00E928EF" w:rsidP="001F7089">
            <w:pPr>
              <w:rPr>
                <w:lang w:val="ru-RU"/>
              </w:rPr>
            </w:pPr>
            <w:r w:rsidRPr="00E928EF">
              <w:rPr>
                <w:lang w:val="ru-RU"/>
              </w:rPr>
              <w:t>Правильное выполнение заданий и активное участие.</w:t>
            </w:r>
          </w:p>
        </w:tc>
      </w:tr>
      <w:tr w:rsidR="00E928EF" w:rsidRPr="00E532B8" w:rsidTr="001F7089">
        <w:trPr>
          <w:jc w:val="center"/>
        </w:trPr>
        <w:tc>
          <w:tcPr>
            <w:tcW w:w="4986" w:type="dxa"/>
          </w:tcPr>
          <w:p w:rsidR="00E928EF" w:rsidRDefault="00E928EF" w:rsidP="001F7089">
            <w:proofErr w:type="spellStart"/>
            <w:r>
              <w:t>Методические</w:t>
            </w:r>
            <w:proofErr w:type="spellEnd"/>
            <w:r>
              <w:t xml:space="preserve"> </w:t>
            </w:r>
            <w:proofErr w:type="spellStart"/>
            <w:r>
              <w:t>рекомендации</w:t>
            </w:r>
            <w:proofErr w:type="spellEnd"/>
          </w:p>
        </w:tc>
        <w:tc>
          <w:tcPr>
            <w:tcW w:w="4986" w:type="dxa"/>
          </w:tcPr>
          <w:p w:rsidR="00E928EF" w:rsidRPr="00E928EF" w:rsidRDefault="00E928EF" w:rsidP="001F7089">
            <w:pPr>
              <w:rPr>
                <w:lang w:val="ru-RU"/>
              </w:rPr>
            </w:pPr>
            <w:r w:rsidRPr="00E928EF">
              <w:rPr>
                <w:lang w:val="ru-RU"/>
              </w:rPr>
              <w:t>После выполнения заданий провести обсуждение и объяснить практическое значение полученных знаний.</w:t>
            </w:r>
          </w:p>
        </w:tc>
      </w:tr>
    </w:tbl>
    <w:p w:rsidR="00E928EF" w:rsidRDefault="00E928EF" w:rsidP="00E928EF">
      <w:pPr>
        <w:rPr>
          <w:b/>
          <w:lang w:val="ru-RU"/>
        </w:rPr>
      </w:pPr>
    </w:p>
    <w:p w:rsidR="00E928EF" w:rsidRDefault="00E928EF" w:rsidP="00E928EF">
      <w:pPr>
        <w:rPr>
          <w:b/>
          <w:lang w:val="ru-RU"/>
        </w:rPr>
      </w:pPr>
      <w:r>
        <w:rPr>
          <w:b/>
          <w:noProof/>
          <w:lang w:val="ru-RU" w:eastAsia="ru-RU"/>
        </w:rPr>
        <w:drawing>
          <wp:inline distT="0" distB="0" distL="0" distR="0">
            <wp:extent cx="3246483" cy="2302510"/>
            <wp:effectExtent l="0" t="0" r="0" b="254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2026-07-17_12-58-04.png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3310166" cy="23476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b/>
          <w:lang w:val="ru-RU"/>
        </w:rPr>
        <w:t xml:space="preserve"> </w:t>
      </w:r>
      <w:r>
        <w:rPr>
          <w:b/>
          <w:noProof/>
          <w:lang w:val="ru-RU" w:eastAsia="ru-RU"/>
        </w:rPr>
        <w:drawing>
          <wp:inline distT="0" distB="0" distL="0" distR="0">
            <wp:extent cx="2975702" cy="2300605"/>
            <wp:effectExtent l="0" t="0" r="0" b="4445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2026-07-17_12-58-29.png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2979241" cy="23033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960C9" w:rsidRDefault="009960C9" w:rsidP="000F7016">
      <w:pPr>
        <w:ind w:firstLine="709"/>
        <w:jc w:val="center"/>
        <w:rPr>
          <w:b/>
          <w:lang w:val="ru-RU"/>
        </w:rPr>
      </w:pPr>
    </w:p>
    <w:p w:rsidR="009960C9" w:rsidRDefault="009960C9" w:rsidP="000F7016">
      <w:pPr>
        <w:ind w:firstLine="709"/>
        <w:jc w:val="center"/>
        <w:rPr>
          <w:b/>
          <w:lang w:val="ru-RU"/>
        </w:rPr>
      </w:pPr>
    </w:p>
    <w:p w:rsidR="009960C9" w:rsidRDefault="009960C9" w:rsidP="000F7016">
      <w:pPr>
        <w:ind w:firstLine="709"/>
        <w:jc w:val="center"/>
        <w:rPr>
          <w:b/>
          <w:lang w:val="ru-RU"/>
        </w:rPr>
      </w:pPr>
    </w:p>
    <w:p w:rsidR="009960C9" w:rsidRDefault="009960C9" w:rsidP="000F7016">
      <w:pPr>
        <w:ind w:firstLine="709"/>
        <w:jc w:val="center"/>
        <w:rPr>
          <w:b/>
          <w:lang w:val="ru-RU"/>
        </w:rPr>
      </w:pPr>
    </w:p>
    <w:p w:rsidR="009960C9" w:rsidRDefault="009960C9" w:rsidP="000F7016">
      <w:pPr>
        <w:ind w:firstLine="709"/>
        <w:jc w:val="center"/>
        <w:rPr>
          <w:b/>
          <w:lang w:val="ru-RU"/>
        </w:rPr>
      </w:pPr>
    </w:p>
    <w:p w:rsidR="00EE6C4E" w:rsidRPr="00EE6C4E" w:rsidRDefault="00EE6C4E" w:rsidP="009960C9">
      <w:pPr>
        <w:spacing w:after="0"/>
        <w:ind w:firstLine="709"/>
        <w:jc w:val="center"/>
        <w:rPr>
          <w:lang w:val="ru-RU"/>
        </w:rPr>
      </w:pPr>
      <w:r w:rsidRPr="00EE6C4E">
        <w:rPr>
          <w:b/>
          <w:lang w:val="ru-RU"/>
        </w:rPr>
        <w:t>Часть 3. Практические задания и завершение профессиональной пробы</w:t>
      </w:r>
    </w:p>
    <w:p w:rsidR="00EE6C4E" w:rsidRDefault="00EE6C4E" w:rsidP="009960C9">
      <w:pPr>
        <w:spacing w:after="0"/>
        <w:ind w:firstLine="709"/>
      </w:pPr>
      <w:r>
        <w:rPr>
          <w:b/>
        </w:rPr>
        <w:t xml:space="preserve">4.7. </w:t>
      </w:r>
      <w:proofErr w:type="spellStart"/>
      <w:r>
        <w:rPr>
          <w:b/>
        </w:rPr>
        <w:t>Практические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миссии</w:t>
      </w:r>
      <w:proofErr w:type="spellEnd"/>
    </w:p>
    <w:tbl>
      <w:tblPr>
        <w:tblStyle w:val="aff0"/>
        <w:tblW w:w="0" w:type="auto"/>
        <w:jc w:val="center"/>
        <w:tblLook w:val="04A0"/>
      </w:tblPr>
      <w:tblGrid>
        <w:gridCol w:w="4986"/>
        <w:gridCol w:w="4986"/>
      </w:tblGrid>
      <w:tr w:rsidR="00EE6C4E" w:rsidRPr="00E532B8" w:rsidTr="001F7089">
        <w:trPr>
          <w:jc w:val="center"/>
        </w:trPr>
        <w:tc>
          <w:tcPr>
            <w:tcW w:w="4986" w:type="dxa"/>
          </w:tcPr>
          <w:p w:rsidR="00EE6C4E" w:rsidRPr="00EE6C4E" w:rsidRDefault="00EE6C4E" w:rsidP="001F7089">
            <w:pPr>
              <w:rPr>
                <w:b/>
                <w:bCs/>
              </w:rPr>
            </w:pPr>
            <w:proofErr w:type="spellStart"/>
            <w:r w:rsidRPr="00EE6C4E">
              <w:rPr>
                <w:b/>
                <w:bCs/>
              </w:rPr>
              <w:lastRenderedPageBreak/>
              <w:t>Цель</w:t>
            </w:r>
            <w:proofErr w:type="spellEnd"/>
            <w:r w:rsidRPr="00EE6C4E">
              <w:rPr>
                <w:b/>
                <w:bCs/>
              </w:rPr>
              <w:t xml:space="preserve"> </w:t>
            </w:r>
            <w:proofErr w:type="spellStart"/>
            <w:r w:rsidRPr="00EE6C4E">
              <w:rPr>
                <w:b/>
                <w:bCs/>
              </w:rPr>
              <w:t>этапа</w:t>
            </w:r>
            <w:proofErr w:type="spellEnd"/>
          </w:p>
        </w:tc>
        <w:tc>
          <w:tcPr>
            <w:tcW w:w="4986" w:type="dxa"/>
          </w:tcPr>
          <w:p w:rsidR="00EE6C4E" w:rsidRPr="00EE6C4E" w:rsidRDefault="00EE6C4E" w:rsidP="001F7089">
            <w:pPr>
              <w:rPr>
                <w:b/>
                <w:bCs/>
                <w:lang w:val="ru-RU"/>
              </w:rPr>
            </w:pPr>
            <w:r w:rsidRPr="00EE6C4E">
              <w:rPr>
                <w:b/>
                <w:bCs/>
                <w:lang w:val="ru-RU"/>
              </w:rPr>
              <w:t>Закрепить знания через выполнение игровых профессиональных задач.</w:t>
            </w:r>
          </w:p>
        </w:tc>
      </w:tr>
      <w:tr w:rsidR="00EE6C4E" w:rsidTr="001F7089">
        <w:trPr>
          <w:jc w:val="center"/>
        </w:trPr>
        <w:tc>
          <w:tcPr>
            <w:tcW w:w="4986" w:type="dxa"/>
          </w:tcPr>
          <w:p w:rsidR="00EE6C4E" w:rsidRDefault="00EE6C4E" w:rsidP="001F7089">
            <w:proofErr w:type="spellStart"/>
            <w:r>
              <w:t>Продолжительность</w:t>
            </w:r>
            <w:proofErr w:type="spellEnd"/>
          </w:p>
        </w:tc>
        <w:tc>
          <w:tcPr>
            <w:tcW w:w="4986" w:type="dxa"/>
          </w:tcPr>
          <w:p w:rsidR="00EE6C4E" w:rsidRDefault="00EE6C4E" w:rsidP="001F7089">
            <w:r>
              <w:t xml:space="preserve">35 </w:t>
            </w:r>
            <w:proofErr w:type="spellStart"/>
            <w:r>
              <w:t>минут</w:t>
            </w:r>
            <w:proofErr w:type="spellEnd"/>
          </w:p>
        </w:tc>
      </w:tr>
      <w:tr w:rsidR="00EE6C4E" w:rsidRPr="00E532B8" w:rsidTr="001F7089">
        <w:trPr>
          <w:jc w:val="center"/>
        </w:trPr>
        <w:tc>
          <w:tcPr>
            <w:tcW w:w="4986" w:type="dxa"/>
          </w:tcPr>
          <w:p w:rsidR="00EE6C4E" w:rsidRDefault="00EE6C4E" w:rsidP="001F7089">
            <w:proofErr w:type="spellStart"/>
            <w:r>
              <w:t>Описание</w:t>
            </w:r>
            <w:proofErr w:type="spellEnd"/>
            <w:r>
              <w:t xml:space="preserve"> </w:t>
            </w:r>
            <w:proofErr w:type="spellStart"/>
            <w:r>
              <w:t>игрового</w:t>
            </w:r>
            <w:proofErr w:type="spellEnd"/>
            <w:r>
              <w:t xml:space="preserve"> </w:t>
            </w:r>
            <w:proofErr w:type="spellStart"/>
            <w:r>
              <w:t>процесса</w:t>
            </w:r>
            <w:proofErr w:type="spellEnd"/>
          </w:p>
        </w:tc>
        <w:tc>
          <w:tcPr>
            <w:tcW w:w="4986" w:type="dxa"/>
          </w:tcPr>
          <w:p w:rsidR="00EE6C4E" w:rsidRPr="00EE6C4E" w:rsidRDefault="00EE6C4E" w:rsidP="001F7089">
            <w:pPr>
              <w:rPr>
                <w:lang w:val="ru-RU"/>
              </w:rPr>
            </w:pPr>
            <w:r w:rsidRPr="00EE6C4E">
              <w:rPr>
                <w:lang w:val="ru-RU"/>
              </w:rPr>
              <w:t>Участники выполняют серию интерактивных миссий: анализируют афиши, выбирают удачные цветовые решения, исправляют ошибки композиции, помогают восстановить вывески города, создают простые дизайнерские решения и получают игровые баллы.</w:t>
            </w:r>
          </w:p>
        </w:tc>
      </w:tr>
      <w:tr w:rsidR="00EE6C4E" w:rsidRPr="00E532B8" w:rsidTr="001F7089">
        <w:trPr>
          <w:jc w:val="center"/>
        </w:trPr>
        <w:tc>
          <w:tcPr>
            <w:tcW w:w="4986" w:type="dxa"/>
          </w:tcPr>
          <w:p w:rsidR="00EE6C4E" w:rsidRDefault="00EE6C4E" w:rsidP="001F7089">
            <w:proofErr w:type="spellStart"/>
            <w:r>
              <w:t>Роль</w:t>
            </w:r>
            <w:proofErr w:type="spellEnd"/>
            <w:r>
              <w:t xml:space="preserve"> </w:t>
            </w:r>
            <w:proofErr w:type="spellStart"/>
            <w:r>
              <w:t>наставника</w:t>
            </w:r>
            <w:proofErr w:type="spellEnd"/>
          </w:p>
        </w:tc>
        <w:tc>
          <w:tcPr>
            <w:tcW w:w="4986" w:type="dxa"/>
          </w:tcPr>
          <w:p w:rsidR="00EE6C4E" w:rsidRPr="00EE6C4E" w:rsidRDefault="00EE6C4E" w:rsidP="001F7089">
            <w:pPr>
              <w:rPr>
                <w:lang w:val="ru-RU"/>
              </w:rPr>
            </w:pPr>
            <w:r w:rsidRPr="00EE6C4E">
              <w:rPr>
                <w:lang w:val="ru-RU"/>
              </w:rPr>
              <w:t>Наблюдает, консультирует, организует обсуждение результатов, помогает анализировать дизайнерские решения.</w:t>
            </w:r>
          </w:p>
        </w:tc>
      </w:tr>
      <w:tr w:rsidR="00EE6C4E" w:rsidRPr="00E532B8" w:rsidTr="001F7089">
        <w:trPr>
          <w:jc w:val="center"/>
        </w:trPr>
        <w:tc>
          <w:tcPr>
            <w:tcW w:w="4986" w:type="dxa"/>
          </w:tcPr>
          <w:p w:rsidR="00EE6C4E" w:rsidRDefault="00EE6C4E" w:rsidP="001F7089">
            <w:proofErr w:type="spellStart"/>
            <w:r>
              <w:t>Роль</w:t>
            </w:r>
            <w:proofErr w:type="spellEnd"/>
            <w:r>
              <w:t xml:space="preserve"> </w:t>
            </w:r>
            <w:proofErr w:type="spellStart"/>
            <w:r>
              <w:t>участников</w:t>
            </w:r>
            <w:proofErr w:type="spellEnd"/>
          </w:p>
        </w:tc>
        <w:tc>
          <w:tcPr>
            <w:tcW w:w="4986" w:type="dxa"/>
          </w:tcPr>
          <w:p w:rsidR="00EE6C4E" w:rsidRPr="00EE6C4E" w:rsidRDefault="00EE6C4E" w:rsidP="001F7089">
            <w:pPr>
              <w:rPr>
                <w:lang w:val="ru-RU"/>
              </w:rPr>
            </w:pPr>
            <w:r w:rsidRPr="00EE6C4E">
              <w:rPr>
                <w:lang w:val="ru-RU"/>
              </w:rPr>
              <w:t>Самостоятельно выполняют задания, принимают решения и аргументируют свой выбор.</w:t>
            </w:r>
          </w:p>
        </w:tc>
      </w:tr>
      <w:tr w:rsidR="00EE6C4E" w:rsidRPr="00E532B8" w:rsidTr="001F7089">
        <w:trPr>
          <w:jc w:val="center"/>
        </w:trPr>
        <w:tc>
          <w:tcPr>
            <w:tcW w:w="4986" w:type="dxa"/>
          </w:tcPr>
          <w:p w:rsidR="00EE6C4E" w:rsidRDefault="00EE6C4E" w:rsidP="001F7089">
            <w:proofErr w:type="spellStart"/>
            <w:r>
              <w:t>Формируемые</w:t>
            </w:r>
            <w:proofErr w:type="spellEnd"/>
            <w:r>
              <w:t xml:space="preserve"> </w:t>
            </w:r>
            <w:proofErr w:type="spellStart"/>
            <w:r>
              <w:t>компетенции</w:t>
            </w:r>
            <w:proofErr w:type="spellEnd"/>
          </w:p>
        </w:tc>
        <w:tc>
          <w:tcPr>
            <w:tcW w:w="4986" w:type="dxa"/>
          </w:tcPr>
          <w:p w:rsidR="00EE6C4E" w:rsidRPr="00EE6C4E" w:rsidRDefault="00EE6C4E" w:rsidP="001F7089">
            <w:pPr>
              <w:rPr>
                <w:lang w:val="ru-RU"/>
              </w:rPr>
            </w:pPr>
            <w:proofErr w:type="spellStart"/>
            <w:r w:rsidRPr="00EE6C4E">
              <w:rPr>
                <w:lang w:val="ru-RU"/>
              </w:rPr>
              <w:t>Креативность</w:t>
            </w:r>
            <w:proofErr w:type="spellEnd"/>
            <w:r w:rsidRPr="00EE6C4E">
              <w:rPr>
                <w:lang w:val="ru-RU"/>
              </w:rPr>
              <w:t>, визуальное мышление, работа с цифровыми технологиями, коммуникация.</w:t>
            </w:r>
          </w:p>
        </w:tc>
      </w:tr>
      <w:tr w:rsidR="00EE6C4E" w:rsidRPr="00E532B8" w:rsidTr="001F7089">
        <w:trPr>
          <w:jc w:val="center"/>
        </w:trPr>
        <w:tc>
          <w:tcPr>
            <w:tcW w:w="4986" w:type="dxa"/>
          </w:tcPr>
          <w:p w:rsidR="00EE6C4E" w:rsidRDefault="00EE6C4E" w:rsidP="001F7089">
            <w:proofErr w:type="spellStart"/>
            <w:r>
              <w:t>Критерии</w:t>
            </w:r>
            <w:proofErr w:type="spellEnd"/>
            <w:r>
              <w:t xml:space="preserve"> </w:t>
            </w:r>
            <w:proofErr w:type="spellStart"/>
            <w:r>
              <w:t>оценки</w:t>
            </w:r>
            <w:proofErr w:type="spellEnd"/>
          </w:p>
        </w:tc>
        <w:tc>
          <w:tcPr>
            <w:tcW w:w="4986" w:type="dxa"/>
          </w:tcPr>
          <w:p w:rsidR="00EE6C4E" w:rsidRPr="00EE6C4E" w:rsidRDefault="00EE6C4E" w:rsidP="001F7089">
            <w:pPr>
              <w:rPr>
                <w:lang w:val="ru-RU"/>
              </w:rPr>
            </w:pPr>
            <w:r w:rsidRPr="00EE6C4E">
              <w:rPr>
                <w:lang w:val="ru-RU"/>
              </w:rPr>
              <w:t>Активность, правильность выполнения задания, умение объяснить принятое решение.</w:t>
            </w:r>
          </w:p>
        </w:tc>
      </w:tr>
      <w:tr w:rsidR="00EE6C4E" w:rsidRPr="00E532B8" w:rsidTr="001F7089">
        <w:trPr>
          <w:jc w:val="center"/>
        </w:trPr>
        <w:tc>
          <w:tcPr>
            <w:tcW w:w="4986" w:type="dxa"/>
          </w:tcPr>
          <w:p w:rsidR="00EE6C4E" w:rsidRDefault="00EE6C4E" w:rsidP="001F7089">
            <w:proofErr w:type="spellStart"/>
            <w:r>
              <w:t>Методические</w:t>
            </w:r>
            <w:proofErr w:type="spellEnd"/>
            <w:r>
              <w:t xml:space="preserve"> </w:t>
            </w:r>
            <w:proofErr w:type="spellStart"/>
            <w:r>
              <w:t>рекомендации</w:t>
            </w:r>
            <w:proofErr w:type="spellEnd"/>
          </w:p>
        </w:tc>
        <w:tc>
          <w:tcPr>
            <w:tcW w:w="4986" w:type="dxa"/>
          </w:tcPr>
          <w:p w:rsidR="00EE6C4E" w:rsidRPr="00EE6C4E" w:rsidRDefault="00EE6C4E" w:rsidP="001F7089">
            <w:pPr>
              <w:rPr>
                <w:lang w:val="ru-RU"/>
              </w:rPr>
            </w:pPr>
            <w:r w:rsidRPr="00EE6C4E">
              <w:rPr>
                <w:lang w:val="ru-RU"/>
              </w:rPr>
              <w:t>Поощрять поиск нескольких вариантов решения и обсуждение достоинств каждого.</w:t>
            </w:r>
          </w:p>
        </w:tc>
      </w:tr>
    </w:tbl>
    <w:p w:rsidR="00EE6C4E" w:rsidRDefault="00EE6C4E" w:rsidP="00EE6C4E">
      <w:pPr>
        <w:rPr>
          <w:b/>
          <w:lang w:val="ru-RU"/>
        </w:rPr>
      </w:pPr>
    </w:p>
    <w:p w:rsidR="00EE6C4E" w:rsidRDefault="00EE6C4E" w:rsidP="00EE6C4E">
      <w:pPr>
        <w:rPr>
          <w:b/>
          <w:lang w:val="ru-RU"/>
        </w:rPr>
      </w:pPr>
      <w:r>
        <w:rPr>
          <w:b/>
          <w:noProof/>
          <w:lang w:val="ru-RU" w:eastAsia="ru-RU"/>
        </w:rPr>
        <w:drawing>
          <wp:inline distT="0" distB="0" distL="0" distR="0">
            <wp:extent cx="3253740" cy="2336515"/>
            <wp:effectExtent l="0" t="0" r="3810" b="6985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2026-07-17_15-07-38.png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3286100" cy="23597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b/>
          <w:lang w:val="ru-RU"/>
        </w:rPr>
        <w:t xml:space="preserve"> </w:t>
      </w:r>
      <w:r>
        <w:rPr>
          <w:b/>
          <w:noProof/>
          <w:lang w:val="ru-RU" w:eastAsia="ru-RU"/>
        </w:rPr>
        <w:drawing>
          <wp:inline distT="0" distB="0" distL="0" distR="0">
            <wp:extent cx="2971800" cy="2335628"/>
            <wp:effectExtent l="0" t="0" r="0" b="762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2026-07-17_15-08-06.png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2995921" cy="23545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E6C4E" w:rsidRDefault="00EE6C4E" w:rsidP="000F7016">
      <w:pPr>
        <w:ind w:firstLine="709"/>
      </w:pPr>
      <w:r>
        <w:rPr>
          <w:b/>
        </w:rPr>
        <w:t xml:space="preserve">4.8. </w:t>
      </w:r>
      <w:proofErr w:type="spellStart"/>
      <w:r>
        <w:rPr>
          <w:b/>
        </w:rPr>
        <w:t>Творческая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мастерская</w:t>
      </w:r>
      <w:proofErr w:type="spellEnd"/>
    </w:p>
    <w:tbl>
      <w:tblPr>
        <w:tblStyle w:val="aff0"/>
        <w:tblW w:w="0" w:type="auto"/>
        <w:jc w:val="center"/>
        <w:tblLook w:val="04A0"/>
      </w:tblPr>
      <w:tblGrid>
        <w:gridCol w:w="4986"/>
        <w:gridCol w:w="4986"/>
      </w:tblGrid>
      <w:tr w:rsidR="00EE6C4E" w:rsidRPr="00E532B8" w:rsidTr="001F7089">
        <w:trPr>
          <w:jc w:val="center"/>
        </w:trPr>
        <w:tc>
          <w:tcPr>
            <w:tcW w:w="4986" w:type="dxa"/>
          </w:tcPr>
          <w:p w:rsidR="00EE6C4E" w:rsidRPr="00DF7BEC" w:rsidRDefault="00EE6C4E" w:rsidP="001F7089">
            <w:pPr>
              <w:rPr>
                <w:b/>
                <w:bCs/>
              </w:rPr>
            </w:pPr>
            <w:proofErr w:type="spellStart"/>
            <w:r w:rsidRPr="00DF7BEC">
              <w:rPr>
                <w:b/>
                <w:bCs/>
              </w:rPr>
              <w:lastRenderedPageBreak/>
              <w:t>Цель</w:t>
            </w:r>
            <w:proofErr w:type="spellEnd"/>
            <w:r w:rsidRPr="00DF7BEC">
              <w:rPr>
                <w:b/>
                <w:bCs/>
              </w:rPr>
              <w:t xml:space="preserve"> </w:t>
            </w:r>
            <w:proofErr w:type="spellStart"/>
            <w:r w:rsidRPr="00DF7BEC">
              <w:rPr>
                <w:b/>
                <w:bCs/>
              </w:rPr>
              <w:t>этапа</w:t>
            </w:r>
            <w:proofErr w:type="spellEnd"/>
          </w:p>
        </w:tc>
        <w:tc>
          <w:tcPr>
            <w:tcW w:w="4986" w:type="dxa"/>
          </w:tcPr>
          <w:p w:rsidR="00EE6C4E" w:rsidRPr="00DF7BEC" w:rsidRDefault="00EE6C4E" w:rsidP="001F7089">
            <w:pPr>
              <w:rPr>
                <w:b/>
                <w:bCs/>
                <w:lang w:val="ru-RU"/>
              </w:rPr>
            </w:pPr>
            <w:r w:rsidRPr="00DF7BEC">
              <w:rPr>
                <w:b/>
                <w:bCs/>
                <w:lang w:val="ru-RU"/>
              </w:rPr>
              <w:t>Дать возможность почувствовать себя настоящим графическим дизайнером.</w:t>
            </w:r>
          </w:p>
        </w:tc>
      </w:tr>
      <w:tr w:rsidR="00EE6C4E" w:rsidTr="001F7089">
        <w:trPr>
          <w:jc w:val="center"/>
        </w:trPr>
        <w:tc>
          <w:tcPr>
            <w:tcW w:w="4986" w:type="dxa"/>
          </w:tcPr>
          <w:p w:rsidR="00EE6C4E" w:rsidRDefault="00EE6C4E" w:rsidP="001F7089">
            <w:proofErr w:type="spellStart"/>
            <w:r>
              <w:t>Продолжительность</w:t>
            </w:r>
            <w:proofErr w:type="spellEnd"/>
          </w:p>
        </w:tc>
        <w:tc>
          <w:tcPr>
            <w:tcW w:w="4986" w:type="dxa"/>
          </w:tcPr>
          <w:p w:rsidR="00EE6C4E" w:rsidRDefault="00EE6C4E" w:rsidP="001F7089">
            <w:r>
              <w:t xml:space="preserve">10 </w:t>
            </w:r>
            <w:proofErr w:type="spellStart"/>
            <w:r>
              <w:t>минут</w:t>
            </w:r>
            <w:proofErr w:type="spellEnd"/>
          </w:p>
        </w:tc>
      </w:tr>
      <w:tr w:rsidR="00EE6C4E" w:rsidTr="001F7089">
        <w:trPr>
          <w:jc w:val="center"/>
        </w:trPr>
        <w:tc>
          <w:tcPr>
            <w:tcW w:w="4986" w:type="dxa"/>
          </w:tcPr>
          <w:p w:rsidR="00EE6C4E" w:rsidRDefault="00EE6C4E" w:rsidP="001F7089">
            <w:proofErr w:type="spellStart"/>
            <w:r>
              <w:t>Описание</w:t>
            </w:r>
            <w:proofErr w:type="spellEnd"/>
            <w:r>
              <w:t xml:space="preserve"> </w:t>
            </w:r>
            <w:proofErr w:type="spellStart"/>
            <w:r>
              <w:t>игрового</w:t>
            </w:r>
            <w:proofErr w:type="spellEnd"/>
            <w:r>
              <w:t xml:space="preserve"> </w:t>
            </w:r>
            <w:proofErr w:type="spellStart"/>
            <w:r>
              <w:t>процесса</w:t>
            </w:r>
            <w:proofErr w:type="spellEnd"/>
          </w:p>
        </w:tc>
        <w:tc>
          <w:tcPr>
            <w:tcW w:w="4986" w:type="dxa"/>
          </w:tcPr>
          <w:p w:rsidR="00EE6C4E" w:rsidRDefault="00EE6C4E" w:rsidP="001F7089">
            <w:r w:rsidRPr="00EE6C4E">
              <w:rPr>
                <w:lang w:val="ru-RU"/>
              </w:rPr>
              <w:t xml:space="preserve">Каждый участник выполняет небольшое творческое задание, используя знания, полученные во время игры. </w:t>
            </w:r>
            <w:proofErr w:type="spellStart"/>
            <w:r>
              <w:t>Допускается</w:t>
            </w:r>
            <w:proofErr w:type="spellEnd"/>
            <w:r>
              <w:t xml:space="preserve"> </w:t>
            </w:r>
            <w:proofErr w:type="spellStart"/>
            <w:r>
              <w:t>несколько</w:t>
            </w:r>
            <w:proofErr w:type="spellEnd"/>
            <w:r>
              <w:t xml:space="preserve"> </w:t>
            </w:r>
            <w:proofErr w:type="spellStart"/>
            <w:r>
              <w:t>вариантов</w:t>
            </w:r>
            <w:proofErr w:type="spellEnd"/>
            <w:r>
              <w:t xml:space="preserve"> </w:t>
            </w:r>
            <w:proofErr w:type="spellStart"/>
            <w:r>
              <w:t>решения</w:t>
            </w:r>
            <w:proofErr w:type="spellEnd"/>
            <w:r>
              <w:t xml:space="preserve"> с </w:t>
            </w:r>
            <w:proofErr w:type="spellStart"/>
            <w:r>
              <w:t>последующим</w:t>
            </w:r>
            <w:proofErr w:type="spellEnd"/>
            <w:r>
              <w:t xml:space="preserve"> </w:t>
            </w:r>
            <w:proofErr w:type="spellStart"/>
            <w:r>
              <w:t>коллективным</w:t>
            </w:r>
            <w:proofErr w:type="spellEnd"/>
            <w:r>
              <w:t xml:space="preserve"> </w:t>
            </w:r>
            <w:proofErr w:type="spellStart"/>
            <w:r>
              <w:t>обсуждением</w:t>
            </w:r>
            <w:proofErr w:type="spellEnd"/>
            <w:r>
              <w:t>.</w:t>
            </w:r>
          </w:p>
        </w:tc>
      </w:tr>
      <w:tr w:rsidR="00EE6C4E" w:rsidRPr="00E532B8" w:rsidTr="001F7089">
        <w:trPr>
          <w:jc w:val="center"/>
        </w:trPr>
        <w:tc>
          <w:tcPr>
            <w:tcW w:w="4986" w:type="dxa"/>
          </w:tcPr>
          <w:p w:rsidR="00EE6C4E" w:rsidRDefault="00EE6C4E" w:rsidP="001F7089">
            <w:proofErr w:type="spellStart"/>
            <w:r>
              <w:t>Роль</w:t>
            </w:r>
            <w:proofErr w:type="spellEnd"/>
            <w:r>
              <w:t xml:space="preserve"> </w:t>
            </w:r>
            <w:proofErr w:type="spellStart"/>
            <w:r>
              <w:t>наставника</w:t>
            </w:r>
            <w:proofErr w:type="spellEnd"/>
          </w:p>
        </w:tc>
        <w:tc>
          <w:tcPr>
            <w:tcW w:w="4986" w:type="dxa"/>
          </w:tcPr>
          <w:p w:rsidR="00EE6C4E" w:rsidRPr="00EE6C4E" w:rsidRDefault="00EE6C4E" w:rsidP="001F7089">
            <w:pPr>
              <w:rPr>
                <w:lang w:val="ru-RU"/>
              </w:rPr>
            </w:pPr>
            <w:r w:rsidRPr="00EE6C4E">
              <w:rPr>
                <w:lang w:val="ru-RU"/>
              </w:rPr>
              <w:t>Наблюдает, консультирует, организует обсуждение результатов, помогает анализировать дизайнерские решения.</w:t>
            </w:r>
          </w:p>
        </w:tc>
      </w:tr>
      <w:tr w:rsidR="00EE6C4E" w:rsidRPr="00E532B8" w:rsidTr="001F7089">
        <w:trPr>
          <w:jc w:val="center"/>
        </w:trPr>
        <w:tc>
          <w:tcPr>
            <w:tcW w:w="4986" w:type="dxa"/>
          </w:tcPr>
          <w:p w:rsidR="00EE6C4E" w:rsidRDefault="00EE6C4E" w:rsidP="001F7089">
            <w:proofErr w:type="spellStart"/>
            <w:r>
              <w:t>Роль</w:t>
            </w:r>
            <w:proofErr w:type="spellEnd"/>
            <w:r>
              <w:t xml:space="preserve"> </w:t>
            </w:r>
            <w:proofErr w:type="spellStart"/>
            <w:r>
              <w:t>участников</w:t>
            </w:r>
            <w:proofErr w:type="spellEnd"/>
          </w:p>
        </w:tc>
        <w:tc>
          <w:tcPr>
            <w:tcW w:w="4986" w:type="dxa"/>
          </w:tcPr>
          <w:p w:rsidR="00EE6C4E" w:rsidRPr="00EE6C4E" w:rsidRDefault="00EE6C4E" w:rsidP="001F7089">
            <w:pPr>
              <w:rPr>
                <w:lang w:val="ru-RU"/>
              </w:rPr>
            </w:pPr>
            <w:r w:rsidRPr="00EE6C4E">
              <w:rPr>
                <w:lang w:val="ru-RU"/>
              </w:rPr>
              <w:t>Самостоятельно выполняют задания, принимают решения и аргументируют свой выбор.</w:t>
            </w:r>
          </w:p>
        </w:tc>
      </w:tr>
      <w:tr w:rsidR="00EE6C4E" w:rsidRPr="00E532B8" w:rsidTr="001F7089">
        <w:trPr>
          <w:jc w:val="center"/>
        </w:trPr>
        <w:tc>
          <w:tcPr>
            <w:tcW w:w="4986" w:type="dxa"/>
          </w:tcPr>
          <w:p w:rsidR="00EE6C4E" w:rsidRDefault="00EE6C4E" w:rsidP="001F7089">
            <w:proofErr w:type="spellStart"/>
            <w:r>
              <w:t>Формируемые</w:t>
            </w:r>
            <w:proofErr w:type="spellEnd"/>
            <w:r>
              <w:t xml:space="preserve"> </w:t>
            </w:r>
            <w:proofErr w:type="spellStart"/>
            <w:r>
              <w:t>компетенции</w:t>
            </w:r>
            <w:proofErr w:type="spellEnd"/>
          </w:p>
        </w:tc>
        <w:tc>
          <w:tcPr>
            <w:tcW w:w="4986" w:type="dxa"/>
          </w:tcPr>
          <w:p w:rsidR="00EE6C4E" w:rsidRPr="00EE6C4E" w:rsidRDefault="00EE6C4E" w:rsidP="001F7089">
            <w:pPr>
              <w:rPr>
                <w:lang w:val="ru-RU"/>
              </w:rPr>
            </w:pPr>
            <w:proofErr w:type="spellStart"/>
            <w:r w:rsidRPr="00EE6C4E">
              <w:rPr>
                <w:lang w:val="ru-RU"/>
              </w:rPr>
              <w:t>Креативность</w:t>
            </w:r>
            <w:proofErr w:type="spellEnd"/>
            <w:r w:rsidRPr="00EE6C4E">
              <w:rPr>
                <w:lang w:val="ru-RU"/>
              </w:rPr>
              <w:t>, визуальное мышление, работа с цифровыми технологиями, коммуникация.</w:t>
            </w:r>
          </w:p>
        </w:tc>
      </w:tr>
      <w:tr w:rsidR="00EE6C4E" w:rsidRPr="00E532B8" w:rsidTr="001F7089">
        <w:trPr>
          <w:jc w:val="center"/>
        </w:trPr>
        <w:tc>
          <w:tcPr>
            <w:tcW w:w="4986" w:type="dxa"/>
          </w:tcPr>
          <w:p w:rsidR="00EE6C4E" w:rsidRDefault="00EE6C4E" w:rsidP="001F7089">
            <w:proofErr w:type="spellStart"/>
            <w:r>
              <w:t>Критерии</w:t>
            </w:r>
            <w:proofErr w:type="spellEnd"/>
            <w:r>
              <w:t xml:space="preserve"> </w:t>
            </w:r>
            <w:proofErr w:type="spellStart"/>
            <w:r>
              <w:t>оценки</w:t>
            </w:r>
            <w:proofErr w:type="spellEnd"/>
          </w:p>
        </w:tc>
        <w:tc>
          <w:tcPr>
            <w:tcW w:w="4986" w:type="dxa"/>
          </w:tcPr>
          <w:p w:rsidR="00EE6C4E" w:rsidRPr="00EE6C4E" w:rsidRDefault="00EE6C4E" w:rsidP="001F7089">
            <w:pPr>
              <w:rPr>
                <w:lang w:val="ru-RU"/>
              </w:rPr>
            </w:pPr>
            <w:r w:rsidRPr="00EE6C4E">
              <w:rPr>
                <w:lang w:val="ru-RU"/>
              </w:rPr>
              <w:t>Активность, правильность выполнения задания, умение объяснить принятое решение.</w:t>
            </w:r>
          </w:p>
        </w:tc>
      </w:tr>
      <w:tr w:rsidR="00EE6C4E" w:rsidRPr="00E532B8" w:rsidTr="001F7089">
        <w:trPr>
          <w:jc w:val="center"/>
        </w:trPr>
        <w:tc>
          <w:tcPr>
            <w:tcW w:w="4986" w:type="dxa"/>
          </w:tcPr>
          <w:p w:rsidR="00EE6C4E" w:rsidRDefault="00EE6C4E" w:rsidP="001F7089">
            <w:proofErr w:type="spellStart"/>
            <w:r>
              <w:t>Методические</w:t>
            </w:r>
            <w:proofErr w:type="spellEnd"/>
            <w:r>
              <w:t xml:space="preserve"> </w:t>
            </w:r>
            <w:proofErr w:type="spellStart"/>
            <w:r>
              <w:t>рекомендации</w:t>
            </w:r>
            <w:proofErr w:type="spellEnd"/>
          </w:p>
        </w:tc>
        <w:tc>
          <w:tcPr>
            <w:tcW w:w="4986" w:type="dxa"/>
          </w:tcPr>
          <w:p w:rsidR="00EE6C4E" w:rsidRPr="00EE6C4E" w:rsidRDefault="00EE6C4E" w:rsidP="001F7089">
            <w:pPr>
              <w:rPr>
                <w:lang w:val="ru-RU"/>
              </w:rPr>
            </w:pPr>
            <w:r w:rsidRPr="00EE6C4E">
              <w:rPr>
                <w:lang w:val="ru-RU"/>
              </w:rPr>
              <w:t>Поощрять поиск нескольких вариантов решения и обсуждение достоинств каждого.</w:t>
            </w:r>
          </w:p>
        </w:tc>
      </w:tr>
    </w:tbl>
    <w:p w:rsidR="00DF7BEC" w:rsidRDefault="00DF7BEC" w:rsidP="00EE6C4E">
      <w:pPr>
        <w:rPr>
          <w:b/>
          <w:lang w:val="ru-RU"/>
        </w:rPr>
      </w:pPr>
    </w:p>
    <w:p w:rsidR="00DF7BEC" w:rsidRDefault="00DF7BEC" w:rsidP="00EE6C4E">
      <w:pPr>
        <w:rPr>
          <w:b/>
          <w:lang w:val="ru-RU"/>
        </w:rPr>
      </w:pPr>
      <w:r>
        <w:rPr>
          <w:b/>
          <w:noProof/>
          <w:lang w:val="ru-RU" w:eastAsia="ru-RU"/>
        </w:rPr>
        <w:drawing>
          <wp:inline distT="0" distB="0" distL="0" distR="0">
            <wp:extent cx="2919179" cy="2138045"/>
            <wp:effectExtent l="0" t="0" r="0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2026-07-17_15-09-43.png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2935691" cy="21501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b/>
          <w:lang w:val="ru-RU"/>
        </w:rPr>
        <w:t xml:space="preserve"> </w:t>
      </w:r>
      <w:r>
        <w:rPr>
          <w:b/>
          <w:noProof/>
          <w:lang w:val="ru-RU" w:eastAsia="ru-RU"/>
        </w:rPr>
        <w:drawing>
          <wp:inline distT="0" distB="0" distL="0" distR="0">
            <wp:extent cx="3291840" cy="2131966"/>
            <wp:effectExtent l="0" t="0" r="3810" b="1905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2026-07-17_15-10-26.png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3314057" cy="2146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960C9" w:rsidRDefault="009960C9" w:rsidP="000F7016">
      <w:pPr>
        <w:ind w:firstLine="709"/>
        <w:rPr>
          <w:b/>
        </w:rPr>
      </w:pPr>
    </w:p>
    <w:p w:rsidR="00EE6C4E" w:rsidRDefault="00EE6C4E" w:rsidP="000F7016">
      <w:pPr>
        <w:ind w:firstLine="709"/>
      </w:pPr>
      <w:r>
        <w:rPr>
          <w:b/>
        </w:rPr>
        <w:t xml:space="preserve">4.9. </w:t>
      </w:r>
      <w:proofErr w:type="spellStart"/>
      <w:r>
        <w:rPr>
          <w:b/>
        </w:rPr>
        <w:t>Блок</w:t>
      </w:r>
      <w:proofErr w:type="spellEnd"/>
      <w:r>
        <w:rPr>
          <w:b/>
        </w:rPr>
        <w:t xml:space="preserve"> «</w:t>
      </w:r>
      <w:proofErr w:type="spellStart"/>
      <w:r>
        <w:rPr>
          <w:b/>
        </w:rPr>
        <w:t>Профессия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графического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дизайнера</w:t>
      </w:r>
      <w:proofErr w:type="spellEnd"/>
      <w:r>
        <w:rPr>
          <w:b/>
        </w:rPr>
        <w:t>»</w:t>
      </w:r>
    </w:p>
    <w:tbl>
      <w:tblPr>
        <w:tblStyle w:val="aff0"/>
        <w:tblW w:w="0" w:type="auto"/>
        <w:jc w:val="center"/>
        <w:tblLook w:val="04A0"/>
      </w:tblPr>
      <w:tblGrid>
        <w:gridCol w:w="4986"/>
        <w:gridCol w:w="4986"/>
      </w:tblGrid>
      <w:tr w:rsidR="00EE6C4E" w:rsidRPr="00E532B8" w:rsidTr="001F7089">
        <w:trPr>
          <w:jc w:val="center"/>
        </w:trPr>
        <w:tc>
          <w:tcPr>
            <w:tcW w:w="4986" w:type="dxa"/>
          </w:tcPr>
          <w:p w:rsidR="00EE6C4E" w:rsidRPr="00DF7BEC" w:rsidRDefault="00EE6C4E" w:rsidP="001F7089">
            <w:pPr>
              <w:rPr>
                <w:b/>
                <w:bCs/>
              </w:rPr>
            </w:pPr>
            <w:proofErr w:type="spellStart"/>
            <w:r w:rsidRPr="00DF7BEC">
              <w:rPr>
                <w:b/>
                <w:bCs/>
              </w:rPr>
              <w:lastRenderedPageBreak/>
              <w:t>Цель</w:t>
            </w:r>
            <w:proofErr w:type="spellEnd"/>
            <w:r w:rsidRPr="00DF7BEC">
              <w:rPr>
                <w:b/>
                <w:bCs/>
              </w:rPr>
              <w:t xml:space="preserve"> </w:t>
            </w:r>
            <w:proofErr w:type="spellStart"/>
            <w:r w:rsidRPr="00DF7BEC">
              <w:rPr>
                <w:b/>
                <w:bCs/>
              </w:rPr>
              <w:t>этапа</w:t>
            </w:r>
            <w:proofErr w:type="spellEnd"/>
          </w:p>
        </w:tc>
        <w:tc>
          <w:tcPr>
            <w:tcW w:w="4986" w:type="dxa"/>
          </w:tcPr>
          <w:p w:rsidR="00EE6C4E" w:rsidRPr="00DF7BEC" w:rsidRDefault="00EE6C4E" w:rsidP="001F7089">
            <w:pPr>
              <w:rPr>
                <w:b/>
                <w:bCs/>
                <w:lang w:val="ru-RU"/>
              </w:rPr>
            </w:pPr>
            <w:r w:rsidRPr="00DF7BEC">
              <w:rPr>
                <w:b/>
                <w:bCs/>
                <w:lang w:val="ru-RU"/>
              </w:rPr>
              <w:t>Показать реальные направления профессионального развития.</w:t>
            </w:r>
          </w:p>
        </w:tc>
      </w:tr>
      <w:tr w:rsidR="00EE6C4E" w:rsidTr="001F7089">
        <w:trPr>
          <w:jc w:val="center"/>
        </w:trPr>
        <w:tc>
          <w:tcPr>
            <w:tcW w:w="4986" w:type="dxa"/>
          </w:tcPr>
          <w:p w:rsidR="00EE6C4E" w:rsidRDefault="00EE6C4E" w:rsidP="001F7089">
            <w:proofErr w:type="spellStart"/>
            <w:r>
              <w:t>Продолжительность</w:t>
            </w:r>
            <w:proofErr w:type="spellEnd"/>
          </w:p>
        </w:tc>
        <w:tc>
          <w:tcPr>
            <w:tcW w:w="4986" w:type="dxa"/>
          </w:tcPr>
          <w:p w:rsidR="00EE6C4E" w:rsidRDefault="00EE6C4E" w:rsidP="001F7089">
            <w:r>
              <w:t xml:space="preserve">5 </w:t>
            </w:r>
            <w:proofErr w:type="spellStart"/>
            <w:r>
              <w:t>минут</w:t>
            </w:r>
            <w:proofErr w:type="spellEnd"/>
          </w:p>
        </w:tc>
      </w:tr>
      <w:tr w:rsidR="00EE6C4E" w:rsidRPr="00E532B8" w:rsidTr="001F7089">
        <w:trPr>
          <w:jc w:val="center"/>
        </w:trPr>
        <w:tc>
          <w:tcPr>
            <w:tcW w:w="4986" w:type="dxa"/>
          </w:tcPr>
          <w:p w:rsidR="00EE6C4E" w:rsidRDefault="00EE6C4E" w:rsidP="001F7089">
            <w:proofErr w:type="spellStart"/>
            <w:r>
              <w:t>Описание</w:t>
            </w:r>
            <w:proofErr w:type="spellEnd"/>
            <w:r>
              <w:t xml:space="preserve"> </w:t>
            </w:r>
            <w:proofErr w:type="spellStart"/>
            <w:r>
              <w:t>игрового</w:t>
            </w:r>
            <w:proofErr w:type="spellEnd"/>
            <w:r>
              <w:t xml:space="preserve"> </w:t>
            </w:r>
            <w:proofErr w:type="spellStart"/>
            <w:r>
              <w:t>процесса</w:t>
            </w:r>
            <w:proofErr w:type="spellEnd"/>
          </w:p>
        </w:tc>
        <w:tc>
          <w:tcPr>
            <w:tcW w:w="4986" w:type="dxa"/>
          </w:tcPr>
          <w:p w:rsidR="00EE6C4E" w:rsidRPr="00EE6C4E" w:rsidRDefault="00EE6C4E" w:rsidP="001F7089">
            <w:pPr>
              <w:rPr>
                <w:lang w:val="ru-RU"/>
              </w:rPr>
            </w:pPr>
            <w:r w:rsidRPr="00EE6C4E">
              <w:rPr>
                <w:lang w:val="ru-RU"/>
              </w:rPr>
              <w:t>Игра знакомит школьников с образовательной траекторией, современными сферами применения графического дизайна и примерами карьерного роста.</w:t>
            </w:r>
          </w:p>
        </w:tc>
      </w:tr>
      <w:tr w:rsidR="00EE6C4E" w:rsidRPr="00E532B8" w:rsidTr="001F7089">
        <w:trPr>
          <w:jc w:val="center"/>
        </w:trPr>
        <w:tc>
          <w:tcPr>
            <w:tcW w:w="4986" w:type="dxa"/>
          </w:tcPr>
          <w:p w:rsidR="00EE6C4E" w:rsidRDefault="00EE6C4E" w:rsidP="001F7089">
            <w:proofErr w:type="spellStart"/>
            <w:r>
              <w:t>Роль</w:t>
            </w:r>
            <w:proofErr w:type="spellEnd"/>
            <w:r>
              <w:t xml:space="preserve"> </w:t>
            </w:r>
            <w:proofErr w:type="spellStart"/>
            <w:r>
              <w:t>наставника</w:t>
            </w:r>
            <w:proofErr w:type="spellEnd"/>
          </w:p>
        </w:tc>
        <w:tc>
          <w:tcPr>
            <w:tcW w:w="4986" w:type="dxa"/>
          </w:tcPr>
          <w:p w:rsidR="00EE6C4E" w:rsidRPr="00EE6C4E" w:rsidRDefault="00EE6C4E" w:rsidP="001F7089">
            <w:pPr>
              <w:rPr>
                <w:lang w:val="ru-RU"/>
              </w:rPr>
            </w:pPr>
            <w:r w:rsidRPr="00EE6C4E">
              <w:rPr>
                <w:lang w:val="ru-RU"/>
              </w:rPr>
              <w:t>Наблюдает, консультирует, организует обсуждение результатов, помогает анализировать дизайнерские решения.</w:t>
            </w:r>
          </w:p>
        </w:tc>
      </w:tr>
      <w:tr w:rsidR="00EE6C4E" w:rsidRPr="00E532B8" w:rsidTr="001F7089">
        <w:trPr>
          <w:jc w:val="center"/>
        </w:trPr>
        <w:tc>
          <w:tcPr>
            <w:tcW w:w="4986" w:type="dxa"/>
          </w:tcPr>
          <w:p w:rsidR="00EE6C4E" w:rsidRDefault="00EE6C4E" w:rsidP="001F7089">
            <w:proofErr w:type="spellStart"/>
            <w:r>
              <w:t>Роль</w:t>
            </w:r>
            <w:proofErr w:type="spellEnd"/>
            <w:r>
              <w:t xml:space="preserve"> </w:t>
            </w:r>
            <w:proofErr w:type="spellStart"/>
            <w:r>
              <w:t>участников</w:t>
            </w:r>
            <w:proofErr w:type="spellEnd"/>
          </w:p>
        </w:tc>
        <w:tc>
          <w:tcPr>
            <w:tcW w:w="4986" w:type="dxa"/>
          </w:tcPr>
          <w:p w:rsidR="00EE6C4E" w:rsidRPr="00EE6C4E" w:rsidRDefault="00EE6C4E" w:rsidP="001F7089">
            <w:pPr>
              <w:rPr>
                <w:lang w:val="ru-RU"/>
              </w:rPr>
            </w:pPr>
            <w:r w:rsidRPr="00EE6C4E">
              <w:rPr>
                <w:lang w:val="ru-RU"/>
              </w:rPr>
              <w:t>Самостоятельно выполняют задания, принимают решения и аргументируют свой выбор.</w:t>
            </w:r>
          </w:p>
        </w:tc>
      </w:tr>
      <w:tr w:rsidR="00EE6C4E" w:rsidRPr="00E532B8" w:rsidTr="001F7089">
        <w:trPr>
          <w:jc w:val="center"/>
        </w:trPr>
        <w:tc>
          <w:tcPr>
            <w:tcW w:w="4986" w:type="dxa"/>
          </w:tcPr>
          <w:p w:rsidR="00EE6C4E" w:rsidRDefault="00EE6C4E" w:rsidP="001F7089">
            <w:proofErr w:type="spellStart"/>
            <w:r>
              <w:t>Формируемые</w:t>
            </w:r>
            <w:proofErr w:type="spellEnd"/>
            <w:r>
              <w:t xml:space="preserve"> </w:t>
            </w:r>
            <w:proofErr w:type="spellStart"/>
            <w:r>
              <w:t>компетенции</w:t>
            </w:r>
            <w:proofErr w:type="spellEnd"/>
          </w:p>
        </w:tc>
        <w:tc>
          <w:tcPr>
            <w:tcW w:w="4986" w:type="dxa"/>
          </w:tcPr>
          <w:p w:rsidR="00EE6C4E" w:rsidRPr="00EE6C4E" w:rsidRDefault="00EE6C4E" w:rsidP="001F7089">
            <w:pPr>
              <w:rPr>
                <w:lang w:val="ru-RU"/>
              </w:rPr>
            </w:pPr>
            <w:proofErr w:type="spellStart"/>
            <w:r w:rsidRPr="00EE6C4E">
              <w:rPr>
                <w:lang w:val="ru-RU"/>
              </w:rPr>
              <w:t>Креативность</w:t>
            </w:r>
            <w:proofErr w:type="spellEnd"/>
            <w:r w:rsidRPr="00EE6C4E">
              <w:rPr>
                <w:lang w:val="ru-RU"/>
              </w:rPr>
              <w:t>, визуальное мышление, работа с цифровыми технологиями, коммуникация.</w:t>
            </w:r>
          </w:p>
        </w:tc>
      </w:tr>
      <w:tr w:rsidR="00EE6C4E" w:rsidRPr="00E532B8" w:rsidTr="001F7089">
        <w:trPr>
          <w:jc w:val="center"/>
        </w:trPr>
        <w:tc>
          <w:tcPr>
            <w:tcW w:w="4986" w:type="dxa"/>
          </w:tcPr>
          <w:p w:rsidR="00EE6C4E" w:rsidRDefault="00EE6C4E" w:rsidP="001F7089">
            <w:proofErr w:type="spellStart"/>
            <w:r>
              <w:t>Критерии</w:t>
            </w:r>
            <w:proofErr w:type="spellEnd"/>
            <w:r>
              <w:t xml:space="preserve"> </w:t>
            </w:r>
            <w:proofErr w:type="spellStart"/>
            <w:r>
              <w:t>оценки</w:t>
            </w:r>
            <w:proofErr w:type="spellEnd"/>
          </w:p>
        </w:tc>
        <w:tc>
          <w:tcPr>
            <w:tcW w:w="4986" w:type="dxa"/>
          </w:tcPr>
          <w:p w:rsidR="00EE6C4E" w:rsidRPr="00EE6C4E" w:rsidRDefault="00EE6C4E" w:rsidP="001F7089">
            <w:pPr>
              <w:rPr>
                <w:lang w:val="ru-RU"/>
              </w:rPr>
            </w:pPr>
            <w:r w:rsidRPr="00EE6C4E">
              <w:rPr>
                <w:lang w:val="ru-RU"/>
              </w:rPr>
              <w:t>Активность, правильность выполнения задания, умение объяснить принятое решение.</w:t>
            </w:r>
          </w:p>
        </w:tc>
      </w:tr>
      <w:tr w:rsidR="00EE6C4E" w:rsidRPr="00E532B8" w:rsidTr="001F7089">
        <w:trPr>
          <w:jc w:val="center"/>
        </w:trPr>
        <w:tc>
          <w:tcPr>
            <w:tcW w:w="4986" w:type="dxa"/>
          </w:tcPr>
          <w:p w:rsidR="00EE6C4E" w:rsidRDefault="00EE6C4E" w:rsidP="001F7089">
            <w:proofErr w:type="spellStart"/>
            <w:r>
              <w:t>Методические</w:t>
            </w:r>
            <w:proofErr w:type="spellEnd"/>
            <w:r>
              <w:t xml:space="preserve"> </w:t>
            </w:r>
            <w:proofErr w:type="spellStart"/>
            <w:r>
              <w:t>рекомендации</w:t>
            </w:r>
            <w:proofErr w:type="spellEnd"/>
          </w:p>
        </w:tc>
        <w:tc>
          <w:tcPr>
            <w:tcW w:w="4986" w:type="dxa"/>
          </w:tcPr>
          <w:p w:rsidR="00EE6C4E" w:rsidRPr="00EE6C4E" w:rsidRDefault="00EE6C4E" w:rsidP="001F7089">
            <w:pPr>
              <w:rPr>
                <w:lang w:val="ru-RU"/>
              </w:rPr>
            </w:pPr>
            <w:r w:rsidRPr="00EE6C4E">
              <w:rPr>
                <w:lang w:val="ru-RU"/>
              </w:rPr>
              <w:t>Поощрять поиск нескольких вариантов решения и обсуждение достоинств каждого.</w:t>
            </w:r>
          </w:p>
        </w:tc>
      </w:tr>
    </w:tbl>
    <w:p w:rsidR="00052910" w:rsidRDefault="00052910" w:rsidP="00EE6C4E">
      <w:pPr>
        <w:rPr>
          <w:b/>
          <w:lang w:val="ru-RU"/>
        </w:rPr>
      </w:pPr>
    </w:p>
    <w:p w:rsidR="00052910" w:rsidRDefault="00052910" w:rsidP="00EE6C4E">
      <w:pPr>
        <w:rPr>
          <w:b/>
          <w:lang w:val="ru-RU"/>
        </w:rPr>
      </w:pPr>
      <w:r>
        <w:rPr>
          <w:b/>
          <w:noProof/>
          <w:lang w:val="ru-RU" w:eastAsia="ru-RU"/>
        </w:rPr>
        <w:drawing>
          <wp:inline distT="0" distB="0" distL="0" distR="0">
            <wp:extent cx="3161106" cy="2308225"/>
            <wp:effectExtent l="0" t="0" r="1270" b="0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2026-07-17_15-11-00.png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3188788" cy="23284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b/>
          <w:lang w:val="ru-RU"/>
        </w:rPr>
        <w:t xml:space="preserve">  </w:t>
      </w:r>
      <w:r>
        <w:rPr>
          <w:b/>
          <w:noProof/>
          <w:lang w:val="ru-RU" w:eastAsia="ru-RU"/>
        </w:rPr>
        <w:drawing>
          <wp:inline distT="0" distB="0" distL="0" distR="0">
            <wp:extent cx="3047966" cy="2308860"/>
            <wp:effectExtent l="0" t="0" r="635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2026-07-17_15-11-14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083113" cy="23354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960C9" w:rsidRDefault="009960C9" w:rsidP="000F7016">
      <w:pPr>
        <w:ind w:firstLine="709"/>
        <w:rPr>
          <w:b/>
        </w:rPr>
      </w:pPr>
    </w:p>
    <w:p w:rsidR="009960C9" w:rsidRDefault="009960C9" w:rsidP="000F7016">
      <w:pPr>
        <w:ind w:firstLine="709"/>
        <w:rPr>
          <w:b/>
        </w:rPr>
      </w:pPr>
    </w:p>
    <w:p w:rsidR="00EE6C4E" w:rsidRDefault="00EE6C4E" w:rsidP="000F7016">
      <w:pPr>
        <w:ind w:firstLine="709"/>
      </w:pPr>
      <w:r>
        <w:rPr>
          <w:b/>
        </w:rPr>
        <w:t xml:space="preserve">4.10. </w:t>
      </w:r>
      <w:proofErr w:type="spellStart"/>
      <w:r>
        <w:rPr>
          <w:b/>
        </w:rPr>
        <w:t>Итоговая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рефлексия</w:t>
      </w:r>
      <w:proofErr w:type="spellEnd"/>
    </w:p>
    <w:tbl>
      <w:tblPr>
        <w:tblStyle w:val="aff0"/>
        <w:tblW w:w="0" w:type="auto"/>
        <w:jc w:val="center"/>
        <w:tblLook w:val="04A0"/>
      </w:tblPr>
      <w:tblGrid>
        <w:gridCol w:w="3964"/>
        <w:gridCol w:w="5948"/>
      </w:tblGrid>
      <w:tr w:rsidR="00EE6C4E" w:rsidRPr="00E532B8" w:rsidTr="009960C9">
        <w:trPr>
          <w:jc w:val="center"/>
        </w:trPr>
        <w:tc>
          <w:tcPr>
            <w:tcW w:w="3964" w:type="dxa"/>
          </w:tcPr>
          <w:p w:rsidR="00EE6C4E" w:rsidRPr="00052910" w:rsidRDefault="00EE6C4E" w:rsidP="001F7089">
            <w:pPr>
              <w:rPr>
                <w:b/>
                <w:bCs/>
              </w:rPr>
            </w:pPr>
            <w:proofErr w:type="spellStart"/>
            <w:r w:rsidRPr="00052910">
              <w:rPr>
                <w:b/>
                <w:bCs/>
              </w:rPr>
              <w:lastRenderedPageBreak/>
              <w:t>Цель</w:t>
            </w:r>
            <w:proofErr w:type="spellEnd"/>
            <w:r w:rsidRPr="00052910">
              <w:rPr>
                <w:b/>
                <w:bCs/>
              </w:rPr>
              <w:t xml:space="preserve"> </w:t>
            </w:r>
            <w:proofErr w:type="spellStart"/>
            <w:r w:rsidRPr="00052910">
              <w:rPr>
                <w:b/>
                <w:bCs/>
              </w:rPr>
              <w:t>этапа</w:t>
            </w:r>
            <w:proofErr w:type="spellEnd"/>
          </w:p>
        </w:tc>
        <w:tc>
          <w:tcPr>
            <w:tcW w:w="5948" w:type="dxa"/>
          </w:tcPr>
          <w:p w:rsidR="00EE6C4E" w:rsidRPr="00052910" w:rsidRDefault="00EE6C4E" w:rsidP="001F7089">
            <w:pPr>
              <w:rPr>
                <w:b/>
                <w:bCs/>
                <w:lang w:val="ru-RU"/>
              </w:rPr>
            </w:pPr>
            <w:r w:rsidRPr="00052910">
              <w:rPr>
                <w:b/>
                <w:bCs/>
                <w:lang w:val="ru-RU"/>
              </w:rPr>
              <w:t>Помочь участникам осмыслить полученный опыт.</w:t>
            </w:r>
          </w:p>
        </w:tc>
      </w:tr>
      <w:tr w:rsidR="00EE6C4E" w:rsidTr="009960C9">
        <w:trPr>
          <w:jc w:val="center"/>
        </w:trPr>
        <w:tc>
          <w:tcPr>
            <w:tcW w:w="3964" w:type="dxa"/>
          </w:tcPr>
          <w:p w:rsidR="00EE6C4E" w:rsidRDefault="00EE6C4E" w:rsidP="001F7089">
            <w:proofErr w:type="spellStart"/>
            <w:r>
              <w:t>Продолжительность</w:t>
            </w:r>
            <w:proofErr w:type="spellEnd"/>
          </w:p>
        </w:tc>
        <w:tc>
          <w:tcPr>
            <w:tcW w:w="5948" w:type="dxa"/>
          </w:tcPr>
          <w:p w:rsidR="00EE6C4E" w:rsidRDefault="00EE6C4E" w:rsidP="001F7089">
            <w:r>
              <w:t xml:space="preserve">5 </w:t>
            </w:r>
            <w:proofErr w:type="spellStart"/>
            <w:r>
              <w:t>минут</w:t>
            </w:r>
            <w:proofErr w:type="spellEnd"/>
          </w:p>
        </w:tc>
      </w:tr>
      <w:tr w:rsidR="00EE6C4E" w:rsidRPr="00E532B8" w:rsidTr="009960C9">
        <w:trPr>
          <w:jc w:val="center"/>
        </w:trPr>
        <w:tc>
          <w:tcPr>
            <w:tcW w:w="3964" w:type="dxa"/>
          </w:tcPr>
          <w:p w:rsidR="00EE6C4E" w:rsidRDefault="00EE6C4E" w:rsidP="001F7089">
            <w:proofErr w:type="spellStart"/>
            <w:r>
              <w:t>Описание</w:t>
            </w:r>
            <w:proofErr w:type="spellEnd"/>
            <w:r>
              <w:t xml:space="preserve"> </w:t>
            </w:r>
            <w:proofErr w:type="spellStart"/>
            <w:r>
              <w:t>игрового</w:t>
            </w:r>
            <w:proofErr w:type="spellEnd"/>
            <w:r>
              <w:t xml:space="preserve"> </w:t>
            </w:r>
            <w:proofErr w:type="spellStart"/>
            <w:r>
              <w:t>процесса</w:t>
            </w:r>
            <w:proofErr w:type="spellEnd"/>
          </w:p>
        </w:tc>
        <w:tc>
          <w:tcPr>
            <w:tcW w:w="5948" w:type="dxa"/>
          </w:tcPr>
          <w:p w:rsidR="00EE6C4E" w:rsidRPr="00EE6C4E" w:rsidRDefault="00EE6C4E" w:rsidP="001F7089">
            <w:pPr>
              <w:rPr>
                <w:lang w:val="ru-RU"/>
              </w:rPr>
            </w:pPr>
            <w:r w:rsidRPr="00EE6C4E">
              <w:rPr>
                <w:lang w:val="ru-RU"/>
              </w:rPr>
              <w:t>Участники отвечают на вопросы рефлексии, оценивают собственный интерес к профессии и обсуждают наиболее запомнившиеся задания.</w:t>
            </w:r>
          </w:p>
        </w:tc>
      </w:tr>
      <w:tr w:rsidR="00EE6C4E" w:rsidRPr="00E532B8" w:rsidTr="009960C9">
        <w:trPr>
          <w:jc w:val="center"/>
        </w:trPr>
        <w:tc>
          <w:tcPr>
            <w:tcW w:w="3964" w:type="dxa"/>
          </w:tcPr>
          <w:p w:rsidR="00EE6C4E" w:rsidRDefault="00EE6C4E" w:rsidP="001F7089">
            <w:proofErr w:type="spellStart"/>
            <w:r>
              <w:t>Роль</w:t>
            </w:r>
            <w:proofErr w:type="spellEnd"/>
            <w:r>
              <w:t xml:space="preserve"> </w:t>
            </w:r>
            <w:proofErr w:type="spellStart"/>
            <w:r>
              <w:t>наставника</w:t>
            </w:r>
            <w:proofErr w:type="spellEnd"/>
          </w:p>
        </w:tc>
        <w:tc>
          <w:tcPr>
            <w:tcW w:w="5948" w:type="dxa"/>
          </w:tcPr>
          <w:p w:rsidR="00EE6C4E" w:rsidRPr="00EE6C4E" w:rsidRDefault="00EE6C4E" w:rsidP="001F7089">
            <w:pPr>
              <w:rPr>
                <w:lang w:val="ru-RU"/>
              </w:rPr>
            </w:pPr>
            <w:r w:rsidRPr="00EE6C4E">
              <w:rPr>
                <w:lang w:val="ru-RU"/>
              </w:rPr>
              <w:t>Наблюдает, консультирует, организует обсуждение результатов, помогает анализировать дизайнерские решения.</w:t>
            </w:r>
          </w:p>
        </w:tc>
      </w:tr>
      <w:tr w:rsidR="00EE6C4E" w:rsidRPr="00E532B8" w:rsidTr="009960C9">
        <w:trPr>
          <w:jc w:val="center"/>
        </w:trPr>
        <w:tc>
          <w:tcPr>
            <w:tcW w:w="3964" w:type="dxa"/>
          </w:tcPr>
          <w:p w:rsidR="00EE6C4E" w:rsidRDefault="00EE6C4E" w:rsidP="001F7089">
            <w:proofErr w:type="spellStart"/>
            <w:r>
              <w:t>Роль</w:t>
            </w:r>
            <w:proofErr w:type="spellEnd"/>
            <w:r>
              <w:t xml:space="preserve"> </w:t>
            </w:r>
            <w:proofErr w:type="spellStart"/>
            <w:r>
              <w:t>участников</w:t>
            </w:r>
            <w:proofErr w:type="spellEnd"/>
          </w:p>
        </w:tc>
        <w:tc>
          <w:tcPr>
            <w:tcW w:w="5948" w:type="dxa"/>
          </w:tcPr>
          <w:p w:rsidR="00EE6C4E" w:rsidRPr="00EE6C4E" w:rsidRDefault="00EE6C4E" w:rsidP="001F7089">
            <w:pPr>
              <w:rPr>
                <w:lang w:val="ru-RU"/>
              </w:rPr>
            </w:pPr>
            <w:r w:rsidRPr="00EE6C4E">
              <w:rPr>
                <w:lang w:val="ru-RU"/>
              </w:rPr>
              <w:t>Самостоятельно выполняют задания, принимают решения и аргументируют свой выбор.</w:t>
            </w:r>
          </w:p>
        </w:tc>
      </w:tr>
      <w:tr w:rsidR="00EE6C4E" w:rsidRPr="00E532B8" w:rsidTr="009960C9">
        <w:trPr>
          <w:jc w:val="center"/>
        </w:trPr>
        <w:tc>
          <w:tcPr>
            <w:tcW w:w="3964" w:type="dxa"/>
          </w:tcPr>
          <w:p w:rsidR="00EE6C4E" w:rsidRDefault="00EE6C4E" w:rsidP="001F7089">
            <w:proofErr w:type="spellStart"/>
            <w:r>
              <w:t>Формируемые</w:t>
            </w:r>
            <w:proofErr w:type="spellEnd"/>
            <w:r>
              <w:t xml:space="preserve"> </w:t>
            </w:r>
            <w:proofErr w:type="spellStart"/>
            <w:r>
              <w:t>компетенции</w:t>
            </w:r>
            <w:proofErr w:type="spellEnd"/>
          </w:p>
        </w:tc>
        <w:tc>
          <w:tcPr>
            <w:tcW w:w="5948" w:type="dxa"/>
          </w:tcPr>
          <w:p w:rsidR="00EE6C4E" w:rsidRPr="00EE6C4E" w:rsidRDefault="00EE6C4E" w:rsidP="001F7089">
            <w:pPr>
              <w:rPr>
                <w:lang w:val="ru-RU"/>
              </w:rPr>
            </w:pPr>
            <w:proofErr w:type="spellStart"/>
            <w:r w:rsidRPr="00EE6C4E">
              <w:rPr>
                <w:lang w:val="ru-RU"/>
              </w:rPr>
              <w:t>Креативность</w:t>
            </w:r>
            <w:proofErr w:type="spellEnd"/>
            <w:r w:rsidRPr="00EE6C4E">
              <w:rPr>
                <w:lang w:val="ru-RU"/>
              </w:rPr>
              <w:t>, визуальное мышление, работа с цифровыми технологиями, коммуникация.</w:t>
            </w:r>
          </w:p>
        </w:tc>
      </w:tr>
      <w:tr w:rsidR="00EE6C4E" w:rsidRPr="00E532B8" w:rsidTr="009960C9">
        <w:trPr>
          <w:jc w:val="center"/>
        </w:trPr>
        <w:tc>
          <w:tcPr>
            <w:tcW w:w="3964" w:type="dxa"/>
          </w:tcPr>
          <w:p w:rsidR="00EE6C4E" w:rsidRDefault="00EE6C4E" w:rsidP="001F7089">
            <w:proofErr w:type="spellStart"/>
            <w:r>
              <w:t>Критерии</w:t>
            </w:r>
            <w:proofErr w:type="spellEnd"/>
            <w:r>
              <w:t xml:space="preserve"> </w:t>
            </w:r>
            <w:proofErr w:type="spellStart"/>
            <w:r>
              <w:t>оценки</w:t>
            </w:r>
            <w:proofErr w:type="spellEnd"/>
          </w:p>
        </w:tc>
        <w:tc>
          <w:tcPr>
            <w:tcW w:w="5948" w:type="dxa"/>
          </w:tcPr>
          <w:p w:rsidR="00EE6C4E" w:rsidRPr="00EE6C4E" w:rsidRDefault="00EE6C4E" w:rsidP="001F7089">
            <w:pPr>
              <w:rPr>
                <w:lang w:val="ru-RU"/>
              </w:rPr>
            </w:pPr>
            <w:r w:rsidRPr="00EE6C4E">
              <w:rPr>
                <w:lang w:val="ru-RU"/>
              </w:rPr>
              <w:t>Активность, правильность выполнения задания, умение объяснить принятое решение.</w:t>
            </w:r>
          </w:p>
        </w:tc>
      </w:tr>
      <w:tr w:rsidR="00EE6C4E" w:rsidRPr="00E532B8" w:rsidTr="009960C9">
        <w:trPr>
          <w:jc w:val="center"/>
        </w:trPr>
        <w:tc>
          <w:tcPr>
            <w:tcW w:w="3964" w:type="dxa"/>
          </w:tcPr>
          <w:p w:rsidR="00EE6C4E" w:rsidRDefault="00EE6C4E" w:rsidP="001F7089">
            <w:proofErr w:type="spellStart"/>
            <w:r>
              <w:t>Методические</w:t>
            </w:r>
            <w:proofErr w:type="spellEnd"/>
            <w:r>
              <w:t xml:space="preserve"> </w:t>
            </w:r>
            <w:proofErr w:type="spellStart"/>
            <w:r>
              <w:t>рекомендации</w:t>
            </w:r>
            <w:proofErr w:type="spellEnd"/>
          </w:p>
        </w:tc>
        <w:tc>
          <w:tcPr>
            <w:tcW w:w="5948" w:type="dxa"/>
          </w:tcPr>
          <w:p w:rsidR="00EE6C4E" w:rsidRPr="00EE6C4E" w:rsidRDefault="00EE6C4E" w:rsidP="001F7089">
            <w:pPr>
              <w:rPr>
                <w:lang w:val="ru-RU"/>
              </w:rPr>
            </w:pPr>
            <w:r w:rsidRPr="00EE6C4E">
              <w:rPr>
                <w:lang w:val="ru-RU"/>
              </w:rPr>
              <w:t>Поощрять поиск нескольких вариантов решения и обсуждение достоинств каждого.</w:t>
            </w:r>
          </w:p>
        </w:tc>
      </w:tr>
    </w:tbl>
    <w:p w:rsidR="00EE6C4E" w:rsidRDefault="00EE6C4E" w:rsidP="00EE6C4E">
      <w:pPr>
        <w:rPr>
          <w:lang w:val="ru-RU"/>
        </w:rPr>
      </w:pPr>
    </w:p>
    <w:p w:rsidR="00052910" w:rsidRPr="00EE6C4E" w:rsidRDefault="00052910" w:rsidP="009960C9">
      <w:pPr>
        <w:jc w:val="center"/>
        <w:rPr>
          <w:lang w:val="ru-RU"/>
        </w:rPr>
      </w:pPr>
      <w:r>
        <w:rPr>
          <w:noProof/>
          <w:lang w:val="ru-RU" w:eastAsia="ru-RU"/>
        </w:rPr>
        <w:drawing>
          <wp:inline distT="0" distB="0" distL="0" distR="0">
            <wp:extent cx="5890260" cy="4127100"/>
            <wp:effectExtent l="0" t="0" r="0" b="6985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2026-07-17_15-13-39.png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922177" cy="41494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E6C4E" w:rsidRDefault="00EE6C4E" w:rsidP="000F7016">
      <w:pPr>
        <w:ind w:firstLine="709"/>
      </w:pPr>
      <w:r>
        <w:rPr>
          <w:b/>
        </w:rPr>
        <w:t xml:space="preserve">4.11. </w:t>
      </w:r>
      <w:proofErr w:type="spellStart"/>
      <w:r>
        <w:rPr>
          <w:b/>
        </w:rPr>
        <w:t>Получение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сертификата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участника</w:t>
      </w:r>
      <w:proofErr w:type="spellEnd"/>
    </w:p>
    <w:tbl>
      <w:tblPr>
        <w:tblStyle w:val="aff0"/>
        <w:tblW w:w="0" w:type="auto"/>
        <w:jc w:val="center"/>
        <w:tblLook w:val="04A0"/>
      </w:tblPr>
      <w:tblGrid>
        <w:gridCol w:w="3823"/>
        <w:gridCol w:w="6089"/>
      </w:tblGrid>
      <w:tr w:rsidR="00EE6C4E" w:rsidRPr="00E532B8" w:rsidTr="009960C9">
        <w:trPr>
          <w:jc w:val="center"/>
        </w:trPr>
        <w:tc>
          <w:tcPr>
            <w:tcW w:w="3823" w:type="dxa"/>
          </w:tcPr>
          <w:p w:rsidR="00EE6C4E" w:rsidRPr="00052910" w:rsidRDefault="00EE6C4E" w:rsidP="001F7089">
            <w:pPr>
              <w:rPr>
                <w:b/>
                <w:bCs/>
              </w:rPr>
            </w:pPr>
            <w:proofErr w:type="spellStart"/>
            <w:r w:rsidRPr="00052910">
              <w:rPr>
                <w:b/>
                <w:bCs/>
              </w:rPr>
              <w:lastRenderedPageBreak/>
              <w:t>Цель</w:t>
            </w:r>
            <w:proofErr w:type="spellEnd"/>
            <w:r w:rsidRPr="00052910">
              <w:rPr>
                <w:b/>
                <w:bCs/>
              </w:rPr>
              <w:t xml:space="preserve"> </w:t>
            </w:r>
            <w:proofErr w:type="spellStart"/>
            <w:r w:rsidRPr="00052910">
              <w:rPr>
                <w:b/>
                <w:bCs/>
              </w:rPr>
              <w:t>этапа</w:t>
            </w:r>
            <w:proofErr w:type="spellEnd"/>
          </w:p>
        </w:tc>
        <w:tc>
          <w:tcPr>
            <w:tcW w:w="6089" w:type="dxa"/>
          </w:tcPr>
          <w:p w:rsidR="00EE6C4E" w:rsidRPr="00052910" w:rsidRDefault="00EE6C4E" w:rsidP="001F7089">
            <w:pPr>
              <w:rPr>
                <w:b/>
                <w:bCs/>
                <w:lang w:val="ru-RU"/>
              </w:rPr>
            </w:pPr>
            <w:r w:rsidRPr="00052910">
              <w:rPr>
                <w:b/>
                <w:bCs/>
                <w:lang w:val="ru-RU"/>
              </w:rPr>
              <w:t>Завершить профессиональную пробу и зафиксировать результат.</w:t>
            </w:r>
          </w:p>
        </w:tc>
      </w:tr>
      <w:tr w:rsidR="00EE6C4E" w:rsidTr="009960C9">
        <w:trPr>
          <w:jc w:val="center"/>
        </w:trPr>
        <w:tc>
          <w:tcPr>
            <w:tcW w:w="3823" w:type="dxa"/>
          </w:tcPr>
          <w:p w:rsidR="00EE6C4E" w:rsidRDefault="00EE6C4E" w:rsidP="001F7089">
            <w:proofErr w:type="spellStart"/>
            <w:r>
              <w:t>Продолжительность</w:t>
            </w:r>
            <w:proofErr w:type="spellEnd"/>
          </w:p>
        </w:tc>
        <w:tc>
          <w:tcPr>
            <w:tcW w:w="6089" w:type="dxa"/>
          </w:tcPr>
          <w:p w:rsidR="00EE6C4E" w:rsidRDefault="00EE6C4E" w:rsidP="001F7089">
            <w:r>
              <w:t xml:space="preserve">5 </w:t>
            </w:r>
            <w:proofErr w:type="spellStart"/>
            <w:r>
              <w:t>минут</w:t>
            </w:r>
            <w:proofErr w:type="spellEnd"/>
          </w:p>
        </w:tc>
      </w:tr>
      <w:tr w:rsidR="00EE6C4E" w:rsidRPr="00E532B8" w:rsidTr="009960C9">
        <w:trPr>
          <w:jc w:val="center"/>
        </w:trPr>
        <w:tc>
          <w:tcPr>
            <w:tcW w:w="3823" w:type="dxa"/>
          </w:tcPr>
          <w:p w:rsidR="00EE6C4E" w:rsidRDefault="00EE6C4E" w:rsidP="001F7089">
            <w:proofErr w:type="spellStart"/>
            <w:r>
              <w:t>Описание</w:t>
            </w:r>
            <w:proofErr w:type="spellEnd"/>
            <w:r>
              <w:t xml:space="preserve"> </w:t>
            </w:r>
            <w:proofErr w:type="spellStart"/>
            <w:r>
              <w:t>игрового</w:t>
            </w:r>
            <w:proofErr w:type="spellEnd"/>
            <w:r>
              <w:t xml:space="preserve"> </w:t>
            </w:r>
            <w:proofErr w:type="spellStart"/>
            <w:r>
              <w:t>процесса</w:t>
            </w:r>
            <w:proofErr w:type="spellEnd"/>
          </w:p>
        </w:tc>
        <w:tc>
          <w:tcPr>
            <w:tcW w:w="6089" w:type="dxa"/>
          </w:tcPr>
          <w:p w:rsidR="00EE6C4E" w:rsidRPr="00EE6C4E" w:rsidRDefault="00EE6C4E" w:rsidP="001F7089">
            <w:pPr>
              <w:rPr>
                <w:lang w:val="ru-RU"/>
              </w:rPr>
            </w:pPr>
            <w:r w:rsidRPr="00EE6C4E">
              <w:rPr>
                <w:lang w:val="ru-RU"/>
              </w:rPr>
              <w:t>После завершения всех этапов игра формирует итоговый результат, участник получает сертификат о прохождении профессиональной пробы.</w:t>
            </w:r>
          </w:p>
        </w:tc>
      </w:tr>
      <w:tr w:rsidR="00EE6C4E" w:rsidRPr="00E532B8" w:rsidTr="009960C9">
        <w:trPr>
          <w:jc w:val="center"/>
        </w:trPr>
        <w:tc>
          <w:tcPr>
            <w:tcW w:w="3823" w:type="dxa"/>
          </w:tcPr>
          <w:p w:rsidR="00EE6C4E" w:rsidRDefault="00EE6C4E" w:rsidP="001F7089">
            <w:proofErr w:type="spellStart"/>
            <w:r>
              <w:t>Роль</w:t>
            </w:r>
            <w:proofErr w:type="spellEnd"/>
            <w:r>
              <w:t xml:space="preserve"> </w:t>
            </w:r>
            <w:proofErr w:type="spellStart"/>
            <w:r>
              <w:t>наставника</w:t>
            </w:r>
            <w:proofErr w:type="spellEnd"/>
          </w:p>
        </w:tc>
        <w:tc>
          <w:tcPr>
            <w:tcW w:w="6089" w:type="dxa"/>
          </w:tcPr>
          <w:p w:rsidR="00EE6C4E" w:rsidRPr="00EE6C4E" w:rsidRDefault="00EE6C4E" w:rsidP="001F7089">
            <w:pPr>
              <w:rPr>
                <w:lang w:val="ru-RU"/>
              </w:rPr>
            </w:pPr>
            <w:r w:rsidRPr="00EE6C4E">
              <w:rPr>
                <w:lang w:val="ru-RU"/>
              </w:rPr>
              <w:t>Наблюдает, консультирует, организует обсуждение результатов, помогает анализировать дизайнерские решения.</w:t>
            </w:r>
          </w:p>
        </w:tc>
      </w:tr>
      <w:tr w:rsidR="00EE6C4E" w:rsidRPr="00E532B8" w:rsidTr="009960C9">
        <w:trPr>
          <w:jc w:val="center"/>
        </w:trPr>
        <w:tc>
          <w:tcPr>
            <w:tcW w:w="3823" w:type="dxa"/>
          </w:tcPr>
          <w:p w:rsidR="00EE6C4E" w:rsidRDefault="00EE6C4E" w:rsidP="001F7089">
            <w:proofErr w:type="spellStart"/>
            <w:r>
              <w:t>Роль</w:t>
            </w:r>
            <w:proofErr w:type="spellEnd"/>
            <w:r>
              <w:t xml:space="preserve"> </w:t>
            </w:r>
            <w:proofErr w:type="spellStart"/>
            <w:r>
              <w:t>участников</w:t>
            </w:r>
            <w:proofErr w:type="spellEnd"/>
          </w:p>
        </w:tc>
        <w:tc>
          <w:tcPr>
            <w:tcW w:w="6089" w:type="dxa"/>
          </w:tcPr>
          <w:p w:rsidR="00EE6C4E" w:rsidRPr="00EE6C4E" w:rsidRDefault="00EE6C4E" w:rsidP="001F7089">
            <w:pPr>
              <w:rPr>
                <w:lang w:val="ru-RU"/>
              </w:rPr>
            </w:pPr>
            <w:r w:rsidRPr="00EE6C4E">
              <w:rPr>
                <w:lang w:val="ru-RU"/>
              </w:rPr>
              <w:t>Самостоятельно выполняют задания, принимают решения и аргументируют свой выбор.</w:t>
            </w:r>
          </w:p>
        </w:tc>
      </w:tr>
      <w:tr w:rsidR="00EE6C4E" w:rsidRPr="00E532B8" w:rsidTr="009960C9">
        <w:trPr>
          <w:jc w:val="center"/>
        </w:trPr>
        <w:tc>
          <w:tcPr>
            <w:tcW w:w="3823" w:type="dxa"/>
          </w:tcPr>
          <w:p w:rsidR="00EE6C4E" w:rsidRDefault="00EE6C4E" w:rsidP="001F7089">
            <w:proofErr w:type="spellStart"/>
            <w:r>
              <w:t>Формируемые</w:t>
            </w:r>
            <w:proofErr w:type="spellEnd"/>
            <w:r>
              <w:t xml:space="preserve"> </w:t>
            </w:r>
            <w:proofErr w:type="spellStart"/>
            <w:r>
              <w:t>компетенции</w:t>
            </w:r>
            <w:proofErr w:type="spellEnd"/>
          </w:p>
        </w:tc>
        <w:tc>
          <w:tcPr>
            <w:tcW w:w="6089" w:type="dxa"/>
          </w:tcPr>
          <w:p w:rsidR="00EE6C4E" w:rsidRPr="00EE6C4E" w:rsidRDefault="00EE6C4E" w:rsidP="001F7089">
            <w:pPr>
              <w:rPr>
                <w:lang w:val="ru-RU"/>
              </w:rPr>
            </w:pPr>
            <w:proofErr w:type="spellStart"/>
            <w:r w:rsidRPr="00EE6C4E">
              <w:rPr>
                <w:lang w:val="ru-RU"/>
              </w:rPr>
              <w:t>Креативность</w:t>
            </w:r>
            <w:proofErr w:type="spellEnd"/>
            <w:r w:rsidRPr="00EE6C4E">
              <w:rPr>
                <w:lang w:val="ru-RU"/>
              </w:rPr>
              <w:t>, визуальное мышление, работа с цифровыми технологиями, коммуникация.</w:t>
            </w:r>
          </w:p>
        </w:tc>
      </w:tr>
      <w:tr w:rsidR="00EE6C4E" w:rsidRPr="00E532B8" w:rsidTr="009960C9">
        <w:trPr>
          <w:jc w:val="center"/>
        </w:trPr>
        <w:tc>
          <w:tcPr>
            <w:tcW w:w="3823" w:type="dxa"/>
          </w:tcPr>
          <w:p w:rsidR="00EE6C4E" w:rsidRDefault="00EE6C4E" w:rsidP="001F7089">
            <w:proofErr w:type="spellStart"/>
            <w:r>
              <w:t>Критерии</w:t>
            </w:r>
            <w:proofErr w:type="spellEnd"/>
            <w:r>
              <w:t xml:space="preserve"> </w:t>
            </w:r>
            <w:proofErr w:type="spellStart"/>
            <w:r>
              <w:t>оценки</w:t>
            </w:r>
            <w:proofErr w:type="spellEnd"/>
          </w:p>
        </w:tc>
        <w:tc>
          <w:tcPr>
            <w:tcW w:w="6089" w:type="dxa"/>
          </w:tcPr>
          <w:p w:rsidR="00EE6C4E" w:rsidRPr="00EE6C4E" w:rsidRDefault="00EE6C4E" w:rsidP="001F7089">
            <w:pPr>
              <w:rPr>
                <w:lang w:val="ru-RU"/>
              </w:rPr>
            </w:pPr>
            <w:r w:rsidRPr="00EE6C4E">
              <w:rPr>
                <w:lang w:val="ru-RU"/>
              </w:rPr>
              <w:t>Активность, правильность выполнения задания, умение объяснить принятое решение.</w:t>
            </w:r>
          </w:p>
        </w:tc>
      </w:tr>
      <w:tr w:rsidR="00EE6C4E" w:rsidRPr="00E532B8" w:rsidTr="009960C9">
        <w:trPr>
          <w:jc w:val="center"/>
        </w:trPr>
        <w:tc>
          <w:tcPr>
            <w:tcW w:w="3823" w:type="dxa"/>
          </w:tcPr>
          <w:p w:rsidR="00EE6C4E" w:rsidRDefault="00EE6C4E" w:rsidP="001F7089">
            <w:proofErr w:type="spellStart"/>
            <w:r>
              <w:t>Методические</w:t>
            </w:r>
            <w:proofErr w:type="spellEnd"/>
            <w:r>
              <w:t xml:space="preserve"> </w:t>
            </w:r>
            <w:proofErr w:type="spellStart"/>
            <w:r>
              <w:t>рекомендации</w:t>
            </w:r>
            <w:proofErr w:type="spellEnd"/>
          </w:p>
        </w:tc>
        <w:tc>
          <w:tcPr>
            <w:tcW w:w="6089" w:type="dxa"/>
          </w:tcPr>
          <w:p w:rsidR="00EE6C4E" w:rsidRPr="00EE6C4E" w:rsidRDefault="00EE6C4E" w:rsidP="001F7089">
            <w:pPr>
              <w:rPr>
                <w:lang w:val="ru-RU"/>
              </w:rPr>
            </w:pPr>
            <w:r w:rsidRPr="00EE6C4E">
              <w:rPr>
                <w:lang w:val="ru-RU"/>
              </w:rPr>
              <w:t>Поощрять поиск нескольких вариантов решения и обсуждение достоинств каждого.</w:t>
            </w:r>
          </w:p>
        </w:tc>
      </w:tr>
    </w:tbl>
    <w:p w:rsidR="00052910" w:rsidRDefault="00052910" w:rsidP="00EE6C4E">
      <w:pPr>
        <w:rPr>
          <w:b/>
          <w:lang w:val="ru-RU"/>
        </w:rPr>
      </w:pPr>
    </w:p>
    <w:p w:rsidR="00052910" w:rsidRDefault="00052910" w:rsidP="009960C9">
      <w:pPr>
        <w:jc w:val="center"/>
        <w:rPr>
          <w:b/>
          <w:lang w:val="ru-RU"/>
        </w:rPr>
      </w:pPr>
      <w:r>
        <w:rPr>
          <w:b/>
          <w:noProof/>
          <w:lang w:val="ru-RU" w:eastAsia="ru-RU"/>
        </w:rPr>
        <w:drawing>
          <wp:inline distT="0" distB="0" distL="0" distR="0">
            <wp:extent cx="5946127" cy="3985260"/>
            <wp:effectExtent l="0" t="0" r="0" b="0"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2026-07-17_15-13-53.png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958296" cy="39934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E6C4E" w:rsidRPr="00EE6C4E" w:rsidRDefault="00EE6C4E" w:rsidP="002545B7">
      <w:pPr>
        <w:jc w:val="center"/>
        <w:rPr>
          <w:lang w:val="ru-RU"/>
        </w:rPr>
      </w:pPr>
      <w:r w:rsidRPr="00EE6C4E">
        <w:rPr>
          <w:b/>
          <w:lang w:val="ru-RU"/>
        </w:rPr>
        <w:t>Итоги раздела</w:t>
      </w:r>
    </w:p>
    <w:p w:rsidR="00EE6C4E" w:rsidRPr="00EE6C4E" w:rsidRDefault="00EE6C4E" w:rsidP="002545B7">
      <w:pPr>
        <w:ind w:firstLine="709"/>
        <w:rPr>
          <w:lang w:val="ru-RU"/>
        </w:rPr>
      </w:pPr>
      <w:r w:rsidRPr="00EE6C4E">
        <w:rPr>
          <w:lang w:val="ru-RU"/>
        </w:rPr>
        <w:lastRenderedPageBreak/>
        <w:t>Полный сценарий позволяет провести профессиональную пробу по единому алгоритму. Использование игровой модели повышает вовлеченность школьников, а сочетание теоретических и практических заданий способствует более осознанному выбору профессии графического дизайнера.</w:t>
      </w:r>
    </w:p>
    <w:p w:rsidR="001F7089" w:rsidRPr="00052910" w:rsidRDefault="001F7089" w:rsidP="000F7016">
      <w:pPr>
        <w:spacing w:after="0"/>
        <w:ind w:firstLine="709"/>
        <w:jc w:val="center"/>
        <w:rPr>
          <w:szCs w:val="28"/>
          <w:lang w:val="ru-RU"/>
        </w:rPr>
      </w:pPr>
      <w:r w:rsidRPr="00052910">
        <w:rPr>
          <w:b/>
          <w:szCs w:val="28"/>
          <w:lang w:val="ru-RU"/>
        </w:rPr>
        <w:t>5. МЕТОДИЧЕСКИЕ РЕКОМЕНДАЦИИ НАСТАВНИКУ</w:t>
      </w:r>
    </w:p>
    <w:p w:rsidR="001F7089" w:rsidRPr="001F7089" w:rsidRDefault="001F7089" w:rsidP="000F7016">
      <w:pPr>
        <w:spacing w:after="0"/>
        <w:ind w:firstLine="709"/>
        <w:rPr>
          <w:lang w:val="ru-RU"/>
        </w:rPr>
      </w:pPr>
      <w:r w:rsidRPr="001F7089">
        <w:rPr>
          <w:b/>
          <w:lang w:val="ru-RU"/>
        </w:rPr>
        <w:t>5.1. Подготовка к проведению профессиональной пробы</w:t>
      </w:r>
    </w:p>
    <w:p w:rsidR="001F7089" w:rsidRPr="001F7089" w:rsidRDefault="00052910" w:rsidP="000F7016">
      <w:pPr>
        <w:pStyle w:val="a0"/>
        <w:numPr>
          <w:ilvl w:val="0"/>
          <w:numId w:val="0"/>
        </w:numPr>
        <w:spacing w:after="0"/>
        <w:ind w:left="360" w:firstLine="709"/>
        <w:rPr>
          <w:lang w:val="ru-RU"/>
        </w:rPr>
      </w:pPr>
      <w:r>
        <w:rPr>
          <w:lang w:val="ru-RU"/>
        </w:rPr>
        <w:t xml:space="preserve">- </w:t>
      </w:r>
      <w:r w:rsidR="001F7089" w:rsidRPr="001F7089">
        <w:rPr>
          <w:lang w:val="ru-RU"/>
        </w:rPr>
        <w:t>Проверить исправность компьютеров и проектора.</w:t>
      </w:r>
    </w:p>
    <w:p w:rsidR="001F7089" w:rsidRPr="00011455" w:rsidRDefault="00052910" w:rsidP="000F7016">
      <w:pPr>
        <w:pStyle w:val="a0"/>
        <w:numPr>
          <w:ilvl w:val="0"/>
          <w:numId w:val="0"/>
        </w:numPr>
        <w:spacing w:after="0"/>
        <w:ind w:left="360" w:firstLine="709"/>
        <w:rPr>
          <w:lang w:val="ru-RU"/>
        </w:rPr>
      </w:pPr>
      <w:r>
        <w:rPr>
          <w:lang w:val="ru-RU"/>
        </w:rPr>
        <w:t xml:space="preserve">- </w:t>
      </w:r>
      <w:r w:rsidR="001F7089" w:rsidRPr="00011455">
        <w:rPr>
          <w:lang w:val="ru-RU"/>
        </w:rPr>
        <w:t xml:space="preserve">Открыть игру </w:t>
      </w:r>
      <w:r w:rsidR="001F7089">
        <w:t>Design</w:t>
      </w:r>
      <w:r w:rsidR="001F7089" w:rsidRPr="00011455">
        <w:rPr>
          <w:lang w:val="ru-RU"/>
        </w:rPr>
        <w:t xml:space="preserve"> </w:t>
      </w:r>
      <w:r w:rsidR="001F7089">
        <w:t>Studio</w:t>
      </w:r>
      <w:r w:rsidR="001F7089" w:rsidRPr="00011455">
        <w:rPr>
          <w:lang w:val="ru-RU"/>
        </w:rPr>
        <w:t xml:space="preserve"> </w:t>
      </w:r>
      <w:r w:rsidR="001F7089">
        <w:t>Pro</w:t>
      </w:r>
      <w:r w:rsidR="001F7089" w:rsidRPr="00011455">
        <w:rPr>
          <w:lang w:val="ru-RU"/>
        </w:rPr>
        <w:t xml:space="preserve"> на всех рабочих местах.</w:t>
      </w:r>
    </w:p>
    <w:p w:rsidR="001F7089" w:rsidRPr="00011455" w:rsidRDefault="00052910" w:rsidP="000F7016">
      <w:pPr>
        <w:pStyle w:val="a0"/>
        <w:numPr>
          <w:ilvl w:val="0"/>
          <w:numId w:val="0"/>
        </w:numPr>
        <w:spacing w:after="0"/>
        <w:ind w:left="360" w:firstLine="709"/>
        <w:rPr>
          <w:lang w:val="ru-RU"/>
        </w:rPr>
      </w:pPr>
      <w:r>
        <w:rPr>
          <w:lang w:val="ru-RU"/>
        </w:rPr>
        <w:t xml:space="preserve">- </w:t>
      </w:r>
      <w:r w:rsidR="001F7089" w:rsidRPr="00011455">
        <w:rPr>
          <w:lang w:val="ru-RU"/>
        </w:rPr>
        <w:t>Подготовить список участников и сертификаты.</w:t>
      </w:r>
    </w:p>
    <w:p w:rsidR="001F7089" w:rsidRPr="00011455" w:rsidRDefault="00052910" w:rsidP="000F7016">
      <w:pPr>
        <w:pStyle w:val="a0"/>
        <w:numPr>
          <w:ilvl w:val="0"/>
          <w:numId w:val="0"/>
        </w:numPr>
        <w:spacing w:after="0"/>
        <w:ind w:left="360" w:firstLine="709"/>
        <w:rPr>
          <w:lang w:val="ru-RU"/>
        </w:rPr>
      </w:pPr>
      <w:r>
        <w:rPr>
          <w:lang w:val="ru-RU"/>
        </w:rPr>
        <w:t xml:space="preserve">- </w:t>
      </w:r>
      <w:r w:rsidR="001F7089" w:rsidRPr="00011455">
        <w:rPr>
          <w:lang w:val="ru-RU"/>
        </w:rPr>
        <w:t>Проверить подключение к сети и работу периферийного оборудования.</w:t>
      </w:r>
    </w:p>
    <w:p w:rsidR="001F7089" w:rsidRPr="00052910" w:rsidRDefault="001F7089" w:rsidP="000F7016">
      <w:pPr>
        <w:spacing w:after="0"/>
        <w:ind w:firstLine="709"/>
        <w:rPr>
          <w:lang w:val="ru-RU"/>
        </w:rPr>
      </w:pPr>
      <w:r w:rsidRPr="00052910">
        <w:rPr>
          <w:b/>
          <w:lang w:val="ru-RU"/>
        </w:rPr>
        <w:t>5.2. Рекомендации по сопровождению игровых этапов</w:t>
      </w:r>
    </w:p>
    <w:p w:rsidR="001F7089" w:rsidRPr="00011455" w:rsidRDefault="00052910" w:rsidP="000F7016">
      <w:pPr>
        <w:pStyle w:val="a0"/>
        <w:numPr>
          <w:ilvl w:val="0"/>
          <w:numId w:val="0"/>
        </w:numPr>
        <w:spacing w:after="0"/>
        <w:ind w:left="360" w:firstLine="709"/>
        <w:rPr>
          <w:lang w:val="ru-RU"/>
        </w:rPr>
      </w:pPr>
      <w:r>
        <w:rPr>
          <w:lang w:val="ru-RU"/>
        </w:rPr>
        <w:t xml:space="preserve">- </w:t>
      </w:r>
      <w:r w:rsidR="001F7089" w:rsidRPr="00011455">
        <w:rPr>
          <w:lang w:val="ru-RU"/>
        </w:rPr>
        <w:t>Не сообщать правильные ответы заранее.</w:t>
      </w:r>
    </w:p>
    <w:p w:rsidR="001F7089" w:rsidRPr="00052910" w:rsidRDefault="00052910" w:rsidP="000F7016">
      <w:pPr>
        <w:pStyle w:val="a0"/>
        <w:numPr>
          <w:ilvl w:val="0"/>
          <w:numId w:val="0"/>
        </w:numPr>
        <w:spacing w:after="0"/>
        <w:ind w:left="360" w:firstLine="709"/>
        <w:rPr>
          <w:lang w:val="ru-RU"/>
        </w:rPr>
      </w:pPr>
      <w:r>
        <w:rPr>
          <w:lang w:val="ru-RU"/>
        </w:rPr>
        <w:t xml:space="preserve">- </w:t>
      </w:r>
      <w:r w:rsidR="001F7089" w:rsidRPr="00052910">
        <w:rPr>
          <w:lang w:val="ru-RU"/>
        </w:rPr>
        <w:t>Поддерживать позитивную атмосферу.</w:t>
      </w:r>
    </w:p>
    <w:p w:rsidR="001F7089" w:rsidRPr="00052910" w:rsidRDefault="00052910" w:rsidP="000F7016">
      <w:pPr>
        <w:pStyle w:val="a0"/>
        <w:numPr>
          <w:ilvl w:val="0"/>
          <w:numId w:val="0"/>
        </w:numPr>
        <w:spacing w:after="0"/>
        <w:ind w:left="360" w:firstLine="709"/>
        <w:rPr>
          <w:lang w:val="ru-RU"/>
        </w:rPr>
      </w:pPr>
      <w:r>
        <w:rPr>
          <w:lang w:val="ru-RU"/>
        </w:rPr>
        <w:t xml:space="preserve">- </w:t>
      </w:r>
      <w:r w:rsidR="001F7089" w:rsidRPr="00052910">
        <w:rPr>
          <w:lang w:val="ru-RU"/>
        </w:rPr>
        <w:t>Поощрять обсуждение дизайнерских решений.</w:t>
      </w:r>
    </w:p>
    <w:p w:rsidR="001F7089" w:rsidRPr="00011455" w:rsidRDefault="00052910" w:rsidP="000F7016">
      <w:pPr>
        <w:pStyle w:val="a0"/>
        <w:numPr>
          <w:ilvl w:val="0"/>
          <w:numId w:val="0"/>
        </w:numPr>
        <w:spacing w:after="0"/>
        <w:ind w:left="360" w:firstLine="709"/>
        <w:rPr>
          <w:lang w:val="ru-RU"/>
        </w:rPr>
      </w:pPr>
      <w:r>
        <w:rPr>
          <w:lang w:val="ru-RU"/>
        </w:rPr>
        <w:t xml:space="preserve">- </w:t>
      </w:r>
      <w:r w:rsidR="001F7089" w:rsidRPr="00011455">
        <w:rPr>
          <w:lang w:val="ru-RU"/>
        </w:rPr>
        <w:t>Связывать игровые задания с реальной профессией.</w:t>
      </w:r>
    </w:p>
    <w:p w:rsidR="001F7089" w:rsidRPr="00011455" w:rsidRDefault="001F7089" w:rsidP="000F7016">
      <w:pPr>
        <w:spacing w:after="0"/>
        <w:ind w:firstLine="709"/>
        <w:rPr>
          <w:lang w:val="ru-RU"/>
        </w:rPr>
      </w:pPr>
      <w:r w:rsidRPr="00011455">
        <w:rPr>
          <w:b/>
          <w:lang w:val="ru-RU"/>
        </w:rPr>
        <w:t>5.3. Работа с участниками разного уровня подготовки</w:t>
      </w:r>
    </w:p>
    <w:p w:rsidR="001F7089" w:rsidRPr="00011455" w:rsidRDefault="00052910" w:rsidP="000F7016">
      <w:pPr>
        <w:pStyle w:val="a0"/>
        <w:numPr>
          <w:ilvl w:val="0"/>
          <w:numId w:val="0"/>
        </w:numPr>
        <w:spacing w:after="0"/>
        <w:ind w:left="360" w:firstLine="709"/>
        <w:rPr>
          <w:lang w:val="ru-RU"/>
        </w:rPr>
      </w:pPr>
      <w:r>
        <w:rPr>
          <w:lang w:val="ru-RU"/>
        </w:rPr>
        <w:t xml:space="preserve">- </w:t>
      </w:r>
      <w:r w:rsidR="001F7089" w:rsidRPr="00011455">
        <w:rPr>
          <w:lang w:val="ru-RU"/>
        </w:rPr>
        <w:t>Новичкам уделять больше внимания на первых этапах.</w:t>
      </w:r>
    </w:p>
    <w:p w:rsidR="001F7089" w:rsidRPr="00011455" w:rsidRDefault="00052910" w:rsidP="000F7016">
      <w:pPr>
        <w:pStyle w:val="a0"/>
        <w:numPr>
          <w:ilvl w:val="0"/>
          <w:numId w:val="0"/>
        </w:numPr>
        <w:spacing w:after="0"/>
        <w:ind w:left="360" w:firstLine="709"/>
        <w:rPr>
          <w:lang w:val="ru-RU"/>
        </w:rPr>
      </w:pPr>
      <w:r>
        <w:rPr>
          <w:lang w:val="ru-RU"/>
        </w:rPr>
        <w:t xml:space="preserve">- </w:t>
      </w:r>
      <w:r w:rsidR="001F7089" w:rsidRPr="00011455">
        <w:rPr>
          <w:lang w:val="ru-RU"/>
        </w:rPr>
        <w:t>Сильным участникам предлагать дополнительные вопросы.</w:t>
      </w:r>
    </w:p>
    <w:p w:rsidR="001F7089" w:rsidRPr="00011455" w:rsidRDefault="00052910" w:rsidP="000F7016">
      <w:pPr>
        <w:pStyle w:val="a0"/>
        <w:numPr>
          <w:ilvl w:val="0"/>
          <w:numId w:val="0"/>
        </w:numPr>
        <w:spacing w:after="0"/>
        <w:ind w:left="360" w:firstLine="709"/>
        <w:rPr>
          <w:lang w:val="ru-RU"/>
        </w:rPr>
      </w:pPr>
      <w:r>
        <w:rPr>
          <w:lang w:val="ru-RU"/>
        </w:rPr>
        <w:t xml:space="preserve">- </w:t>
      </w:r>
      <w:r w:rsidR="001F7089" w:rsidRPr="00011455">
        <w:rPr>
          <w:lang w:val="ru-RU"/>
        </w:rPr>
        <w:t>Использовать взаимопомощь без передачи готовых решений.</w:t>
      </w:r>
    </w:p>
    <w:p w:rsidR="001F7089" w:rsidRPr="00011455" w:rsidRDefault="00052910" w:rsidP="000F7016">
      <w:pPr>
        <w:pStyle w:val="a0"/>
        <w:numPr>
          <w:ilvl w:val="0"/>
          <w:numId w:val="0"/>
        </w:numPr>
        <w:spacing w:after="0"/>
        <w:ind w:left="360" w:firstLine="709"/>
        <w:rPr>
          <w:lang w:val="ru-RU"/>
        </w:rPr>
      </w:pPr>
      <w:r>
        <w:rPr>
          <w:lang w:val="ru-RU"/>
        </w:rPr>
        <w:t xml:space="preserve">- </w:t>
      </w:r>
      <w:r w:rsidR="001F7089" w:rsidRPr="00011455">
        <w:rPr>
          <w:lang w:val="ru-RU"/>
        </w:rPr>
        <w:t>Создавать ситуацию успеха для каждого школьника.</w:t>
      </w:r>
    </w:p>
    <w:p w:rsidR="001F7089" w:rsidRPr="00052910" w:rsidRDefault="001F7089" w:rsidP="000F7016">
      <w:pPr>
        <w:spacing w:after="0"/>
        <w:ind w:firstLine="709"/>
        <w:rPr>
          <w:lang w:val="ru-RU"/>
        </w:rPr>
      </w:pPr>
      <w:r w:rsidRPr="00052910">
        <w:rPr>
          <w:b/>
          <w:lang w:val="ru-RU"/>
        </w:rPr>
        <w:t>5.4. Организация обсуждения и обратной связи</w:t>
      </w:r>
    </w:p>
    <w:p w:rsidR="001F7089" w:rsidRPr="00011455" w:rsidRDefault="00052910" w:rsidP="000F7016">
      <w:pPr>
        <w:pStyle w:val="a0"/>
        <w:numPr>
          <w:ilvl w:val="0"/>
          <w:numId w:val="0"/>
        </w:numPr>
        <w:spacing w:after="0"/>
        <w:ind w:left="360" w:firstLine="709"/>
        <w:rPr>
          <w:lang w:val="ru-RU"/>
        </w:rPr>
      </w:pPr>
      <w:r>
        <w:rPr>
          <w:lang w:val="ru-RU"/>
        </w:rPr>
        <w:t xml:space="preserve">- </w:t>
      </w:r>
      <w:r w:rsidR="001F7089" w:rsidRPr="00011455">
        <w:rPr>
          <w:lang w:val="ru-RU"/>
        </w:rPr>
        <w:t>После каждого крупного этапа задавать вопросы для обсуждения.</w:t>
      </w:r>
    </w:p>
    <w:p w:rsidR="001F7089" w:rsidRPr="00011455" w:rsidRDefault="00052910" w:rsidP="000F7016">
      <w:pPr>
        <w:pStyle w:val="a0"/>
        <w:numPr>
          <w:ilvl w:val="0"/>
          <w:numId w:val="0"/>
        </w:numPr>
        <w:spacing w:after="0"/>
        <w:ind w:left="360" w:firstLine="709"/>
        <w:rPr>
          <w:lang w:val="ru-RU"/>
        </w:rPr>
      </w:pPr>
      <w:r>
        <w:rPr>
          <w:lang w:val="ru-RU"/>
        </w:rPr>
        <w:t xml:space="preserve">- </w:t>
      </w:r>
      <w:r w:rsidR="001F7089" w:rsidRPr="00011455">
        <w:rPr>
          <w:lang w:val="ru-RU"/>
        </w:rPr>
        <w:t>Просить участников объяснить свой выбор.</w:t>
      </w:r>
    </w:p>
    <w:p w:rsidR="001F7089" w:rsidRPr="00011455" w:rsidRDefault="00052910" w:rsidP="000F7016">
      <w:pPr>
        <w:pStyle w:val="a0"/>
        <w:numPr>
          <w:ilvl w:val="0"/>
          <w:numId w:val="0"/>
        </w:numPr>
        <w:spacing w:after="0"/>
        <w:ind w:left="360" w:firstLine="709"/>
        <w:rPr>
          <w:lang w:val="ru-RU"/>
        </w:rPr>
      </w:pPr>
      <w:r>
        <w:rPr>
          <w:lang w:val="ru-RU"/>
        </w:rPr>
        <w:t xml:space="preserve">- </w:t>
      </w:r>
      <w:r w:rsidR="001F7089" w:rsidRPr="00011455">
        <w:rPr>
          <w:lang w:val="ru-RU"/>
        </w:rPr>
        <w:t>Показывать несколько возможных дизайнерских решений.</w:t>
      </w:r>
    </w:p>
    <w:p w:rsidR="001F7089" w:rsidRPr="00011455" w:rsidRDefault="00052910" w:rsidP="000F7016">
      <w:pPr>
        <w:pStyle w:val="a0"/>
        <w:numPr>
          <w:ilvl w:val="0"/>
          <w:numId w:val="0"/>
        </w:numPr>
        <w:spacing w:after="0"/>
        <w:ind w:left="360" w:firstLine="709"/>
        <w:rPr>
          <w:lang w:val="ru-RU"/>
        </w:rPr>
      </w:pPr>
      <w:r>
        <w:rPr>
          <w:lang w:val="ru-RU"/>
        </w:rPr>
        <w:t xml:space="preserve">- </w:t>
      </w:r>
      <w:r w:rsidR="001F7089" w:rsidRPr="00011455">
        <w:rPr>
          <w:lang w:val="ru-RU"/>
        </w:rPr>
        <w:t>Подчеркивать, что в дизайне существует несколько удачных вариантов.</w:t>
      </w:r>
    </w:p>
    <w:p w:rsidR="001F7089" w:rsidRPr="00011455" w:rsidRDefault="001F7089" w:rsidP="000F7016">
      <w:pPr>
        <w:spacing w:after="0"/>
        <w:ind w:firstLine="709"/>
        <w:rPr>
          <w:lang w:val="ru-RU"/>
        </w:rPr>
      </w:pPr>
      <w:r w:rsidRPr="00011455">
        <w:rPr>
          <w:b/>
          <w:lang w:val="ru-RU"/>
        </w:rPr>
        <w:t>5.5. Возможные трудности и способы их преодоления</w:t>
      </w:r>
    </w:p>
    <w:p w:rsidR="001F7089" w:rsidRPr="00011455" w:rsidRDefault="00052910" w:rsidP="000F7016">
      <w:pPr>
        <w:pStyle w:val="a0"/>
        <w:numPr>
          <w:ilvl w:val="0"/>
          <w:numId w:val="0"/>
        </w:numPr>
        <w:spacing w:after="0"/>
        <w:ind w:left="360" w:firstLine="709"/>
        <w:rPr>
          <w:lang w:val="ru-RU"/>
        </w:rPr>
      </w:pPr>
      <w:r>
        <w:rPr>
          <w:lang w:val="ru-RU"/>
        </w:rPr>
        <w:t xml:space="preserve">- </w:t>
      </w:r>
      <w:r w:rsidR="001F7089" w:rsidRPr="00011455">
        <w:rPr>
          <w:lang w:val="ru-RU"/>
        </w:rPr>
        <w:t>Потеря интереса — использовать игровые элементы и поощрение.</w:t>
      </w:r>
    </w:p>
    <w:p w:rsidR="001F7089" w:rsidRPr="00011455" w:rsidRDefault="00052910" w:rsidP="000F7016">
      <w:pPr>
        <w:pStyle w:val="a0"/>
        <w:numPr>
          <w:ilvl w:val="0"/>
          <w:numId w:val="0"/>
        </w:numPr>
        <w:spacing w:after="0"/>
        <w:ind w:left="360" w:firstLine="709"/>
        <w:rPr>
          <w:lang w:val="ru-RU"/>
        </w:rPr>
      </w:pPr>
      <w:r>
        <w:rPr>
          <w:lang w:val="ru-RU"/>
        </w:rPr>
        <w:t xml:space="preserve">- </w:t>
      </w:r>
      <w:r w:rsidR="001F7089" w:rsidRPr="00011455">
        <w:rPr>
          <w:lang w:val="ru-RU"/>
        </w:rPr>
        <w:t>Технические проблемы — иметь резервное рабочее место.</w:t>
      </w:r>
    </w:p>
    <w:p w:rsidR="001F7089" w:rsidRPr="00011455" w:rsidRDefault="00052910" w:rsidP="000F7016">
      <w:pPr>
        <w:pStyle w:val="a0"/>
        <w:numPr>
          <w:ilvl w:val="0"/>
          <w:numId w:val="0"/>
        </w:numPr>
        <w:spacing w:after="0"/>
        <w:ind w:left="360" w:firstLine="709"/>
        <w:rPr>
          <w:lang w:val="ru-RU"/>
        </w:rPr>
      </w:pPr>
      <w:r>
        <w:rPr>
          <w:lang w:val="ru-RU"/>
        </w:rPr>
        <w:t xml:space="preserve">- </w:t>
      </w:r>
      <w:r w:rsidR="001F7089" w:rsidRPr="00011455">
        <w:rPr>
          <w:lang w:val="ru-RU"/>
        </w:rPr>
        <w:t>Сложности с пониманием задания — привести жизненный пример.</w:t>
      </w:r>
    </w:p>
    <w:p w:rsidR="001F7089" w:rsidRPr="00011455" w:rsidRDefault="00052910" w:rsidP="000F7016">
      <w:pPr>
        <w:pStyle w:val="a0"/>
        <w:numPr>
          <w:ilvl w:val="0"/>
          <w:numId w:val="0"/>
        </w:numPr>
        <w:spacing w:after="0"/>
        <w:ind w:left="360" w:firstLine="709"/>
        <w:rPr>
          <w:lang w:val="ru-RU"/>
        </w:rPr>
      </w:pPr>
      <w:r>
        <w:rPr>
          <w:lang w:val="ru-RU"/>
        </w:rPr>
        <w:t xml:space="preserve">- </w:t>
      </w:r>
      <w:r w:rsidR="001F7089" w:rsidRPr="00011455">
        <w:rPr>
          <w:lang w:val="ru-RU"/>
        </w:rPr>
        <w:t>Недостаток времени — сократить обсуждение, сохранив практическую часть.</w:t>
      </w:r>
    </w:p>
    <w:p w:rsidR="00052910" w:rsidRDefault="00052910" w:rsidP="000F7016">
      <w:pPr>
        <w:spacing w:after="0"/>
        <w:ind w:firstLine="709"/>
        <w:rPr>
          <w:b/>
          <w:lang w:val="ru-RU"/>
        </w:rPr>
      </w:pPr>
    </w:p>
    <w:p w:rsidR="00B30376" w:rsidRDefault="00B30376" w:rsidP="000F7016">
      <w:pPr>
        <w:spacing w:after="0"/>
        <w:ind w:firstLine="709"/>
        <w:rPr>
          <w:b/>
          <w:lang w:val="ru-RU"/>
        </w:rPr>
      </w:pPr>
    </w:p>
    <w:p w:rsidR="00052910" w:rsidRDefault="00052910" w:rsidP="000F7016">
      <w:pPr>
        <w:spacing w:after="0"/>
        <w:ind w:firstLine="709"/>
        <w:rPr>
          <w:b/>
          <w:lang w:val="ru-RU"/>
        </w:rPr>
      </w:pPr>
    </w:p>
    <w:p w:rsidR="001F7089" w:rsidRPr="00011455" w:rsidRDefault="001F7089" w:rsidP="000F7016">
      <w:pPr>
        <w:spacing w:after="0"/>
        <w:ind w:firstLine="709"/>
        <w:jc w:val="center"/>
        <w:rPr>
          <w:lang w:val="ru-RU"/>
        </w:rPr>
      </w:pPr>
      <w:r w:rsidRPr="00011455">
        <w:rPr>
          <w:b/>
          <w:lang w:val="ru-RU"/>
        </w:rPr>
        <w:t>Чек-лист наставника</w:t>
      </w:r>
    </w:p>
    <w:p w:rsidR="001F7089" w:rsidRPr="00011455" w:rsidRDefault="001F7089" w:rsidP="000F7016">
      <w:pPr>
        <w:spacing w:after="0"/>
        <w:ind w:firstLine="709"/>
        <w:rPr>
          <w:lang w:val="ru-RU"/>
        </w:rPr>
      </w:pPr>
      <w:r w:rsidRPr="00011455">
        <w:rPr>
          <w:lang w:val="ru-RU"/>
        </w:rPr>
        <w:t>□ Компьютеры готовы к работе</w:t>
      </w:r>
    </w:p>
    <w:p w:rsidR="001F7089" w:rsidRPr="00011455" w:rsidRDefault="001F7089" w:rsidP="000F7016">
      <w:pPr>
        <w:spacing w:after="0"/>
        <w:ind w:firstLine="709"/>
        <w:rPr>
          <w:lang w:val="ru-RU"/>
        </w:rPr>
      </w:pPr>
      <w:r w:rsidRPr="00011455">
        <w:rPr>
          <w:lang w:val="ru-RU"/>
        </w:rPr>
        <w:lastRenderedPageBreak/>
        <w:t>□ Игра запущена</w:t>
      </w:r>
    </w:p>
    <w:p w:rsidR="001F7089" w:rsidRPr="00011455" w:rsidRDefault="001F7089" w:rsidP="000F7016">
      <w:pPr>
        <w:spacing w:after="0"/>
        <w:ind w:firstLine="709"/>
        <w:rPr>
          <w:lang w:val="ru-RU"/>
        </w:rPr>
      </w:pPr>
      <w:r w:rsidRPr="00011455">
        <w:rPr>
          <w:lang w:val="ru-RU"/>
        </w:rPr>
        <w:t>□ Проектор работает</w:t>
      </w:r>
    </w:p>
    <w:p w:rsidR="001F7089" w:rsidRPr="00011455" w:rsidRDefault="001F7089" w:rsidP="000F7016">
      <w:pPr>
        <w:spacing w:after="0"/>
        <w:ind w:firstLine="709"/>
        <w:rPr>
          <w:lang w:val="ru-RU"/>
        </w:rPr>
      </w:pPr>
      <w:r w:rsidRPr="00011455">
        <w:rPr>
          <w:lang w:val="ru-RU"/>
        </w:rPr>
        <w:t>□ Проведен инструктаж по технике безопасности</w:t>
      </w:r>
    </w:p>
    <w:p w:rsidR="001F7089" w:rsidRPr="00011455" w:rsidRDefault="001F7089" w:rsidP="000F7016">
      <w:pPr>
        <w:spacing w:after="0"/>
        <w:ind w:firstLine="709"/>
        <w:rPr>
          <w:lang w:val="ru-RU"/>
        </w:rPr>
      </w:pPr>
      <w:r w:rsidRPr="00011455">
        <w:rPr>
          <w:lang w:val="ru-RU"/>
        </w:rPr>
        <w:t>□ Подготовлены сертификаты</w:t>
      </w:r>
    </w:p>
    <w:p w:rsidR="001F7089" w:rsidRDefault="001F7089" w:rsidP="000F7016">
      <w:pPr>
        <w:spacing w:after="0"/>
        <w:ind w:firstLine="709"/>
        <w:rPr>
          <w:lang w:val="ru-RU"/>
        </w:rPr>
      </w:pPr>
      <w:r w:rsidRPr="00011455">
        <w:rPr>
          <w:lang w:val="ru-RU"/>
        </w:rPr>
        <w:t>□ Организована итоговая рефлексия</w:t>
      </w:r>
    </w:p>
    <w:p w:rsidR="00052910" w:rsidRPr="00011455" w:rsidRDefault="00052910" w:rsidP="002545B7">
      <w:pPr>
        <w:spacing w:after="0"/>
        <w:ind w:firstLine="709"/>
        <w:rPr>
          <w:lang w:val="ru-RU"/>
        </w:rPr>
      </w:pPr>
    </w:p>
    <w:p w:rsidR="00011455" w:rsidRPr="00052910" w:rsidRDefault="00011455" w:rsidP="002545B7">
      <w:pPr>
        <w:ind w:firstLine="709"/>
        <w:jc w:val="center"/>
        <w:rPr>
          <w:szCs w:val="28"/>
          <w:lang w:val="ru-RU"/>
        </w:rPr>
      </w:pPr>
      <w:r w:rsidRPr="00052910">
        <w:rPr>
          <w:b/>
          <w:szCs w:val="28"/>
          <w:lang w:val="ru-RU"/>
        </w:rPr>
        <w:t>6. СИСТЕМА ОЦЕНКИ РЕЗУЛЬТАТОВ</w:t>
      </w:r>
    </w:p>
    <w:p w:rsidR="00011455" w:rsidRPr="00011455" w:rsidRDefault="00011455" w:rsidP="002545B7">
      <w:pPr>
        <w:spacing w:after="0"/>
        <w:ind w:firstLine="709"/>
        <w:rPr>
          <w:lang w:val="ru-RU"/>
        </w:rPr>
      </w:pPr>
      <w:r w:rsidRPr="00011455">
        <w:rPr>
          <w:b/>
          <w:lang w:val="ru-RU"/>
        </w:rPr>
        <w:t>6.1. Принципы оценивания</w:t>
      </w:r>
    </w:p>
    <w:p w:rsidR="00011455" w:rsidRPr="00011455" w:rsidRDefault="00011455" w:rsidP="002545B7">
      <w:pPr>
        <w:spacing w:after="0"/>
        <w:ind w:firstLine="709"/>
        <w:rPr>
          <w:lang w:val="ru-RU"/>
        </w:rPr>
      </w:pPr>
      <w:r w:rsidRPr="00011455">
        <w:rPr>
          <w:lang w:val="ru-RU"/>
        </w:rPr>
        <w:t xml:space="preserve">Оценивание в профессиональной пробе носит формирующий характер. Его цель — не выставление отметок, а определение уровня интереса обучающегося к профессии, </w:t>
      </w:r>
      <w:proofErr w:type="spellStart"/>
      <w:r w:rsidRPr="00011455">
        <w:rPr>
          <w:lang w:val="ru-RU"/>
        </w:rPr>
        <w:t>сформированности</w:t>
      </w:r>
      <w:proofErr w:type="spellEnd"/>
      <w:r w:rsidRPr="00011455">
        <w:rPr>
          <w:lang w:val="ru-RU"/>
        </w:rPr>
        <w:t xml:space="preserve"> базовых представлений о графическом дизайне и готовности к дальнейшему профессиональному самоопределению.</w:t>
      </w:r>
    </w:p>
    <w:p w:rsidR="00011455" w:rsidRPr="00011455" w:rsidRDefault="00011455" w:rsidP="002545B7">
      <w:pPr>
        <w:spacing w:after="0"/>
        <w:ind w:firstLine="709"/>
        <w:rPr>
          <w:lang w:val="ru-RU"/>
        </w:rPr>
      </w:pPr>
      <w:r w:rsidRPr="00011455">
        <w:rPr>
          <w:b/>
          <w:lang w:val="ru-RU"/>
        </w:rPr>
        <w:t>6.2. Критерии и показатели оценки</w:t>
      </w:r>
    </w:p>
    <w:p w:rsidR="00052910" w:rsidRPr="00011455" w:rsidRDefault="00011455" w:rsidP="002545B7">
      <w:pPr>
        <w:spacing w:after="0"/>
        <w:ind w:firstLine="709"/>
        <w:rPr>
          <w:lang w:val="ru-RU"/>
        </w:rPr>
      </w:pPr>
      <w:r w:rsidRPr="00011455">
        <w:rPr>
          <w:lang w:val="ru-RU"/>
        </w:rPr>
        <w:t>Оцениваются активность участника, понимание принципов дизайна, качество выполнения игровых заданий, умение аргументировать решения, творческий подход и соблюдение правил работы.</w:t>
      </w:r>
    </w:p>
    <w:p w:rsidR="00011455" w:rsidRDefault="00011455" w:rsidP="002545B7">
      <w:pPr>
        <w:spacing w:after="0"/>
        <w:ind w:firstLine="709"/>
      </w:pPr>
      <w:proofErr w:type="spellStart"/>
      <w:proofErr w:type="gramStart"/>
      <w:r>
        <w:rPr>
          <w:b/>
        </w:rPr>
        <w:t>Таблица</w:t>
      </w:r>
      <w:proofErr w:type="spellEnd"/>
      <w:r>
        <w:rPr>
          <w:b/>
        </w:rPr>
        <w:t xml:space="preserve"> 1.</w:t>
      </w:r>
      <w:proofErr w:type="gramEnd"/>
      <w:r>
        <w:rPr>
          <w:b/>
        </w:rPr>
        <w:t xml:space="preserve"> </w:t>
      </w:r>
      <w:proofErr w:type="spellStart"/>
      <w:r>
        <w:rPr>
          <w:b/>
        </w:rPr>
        <w:t>Критерии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оценки</w:t>
      </w:r>
      <w:proofErr w:type="spellEnd"/>
    </w:p>
    <w:tbl>
      <w:tblPr>
        <w:tblStyle w:val="aff0"/>
        <w:tblW w:w="0" w:type="auto"/>
        <w:jc w:val="center"/>
        <w:tblLook w:val="04A0"/>
      </w:tblPr>
      <w:tblGrid>
        <w:gridCol w:w="2830"/>
        <w:gridCol w:w="2580"/>
        <w:gridCol w:w="2140"/>
        <w:gridCol w:w="2362"/>
      </w:tblGrid>
      <w:tr w:rsidR="00011455" w:rsidTr="002545B7">
        <w:trPr>
          <w:jc w:val="center"/>
        </w:trPr>
        <w:tc>
          <w:tcPr>
            <w:tcW w:w="2830" w:type="dxa"/>
          </w:tcPr>
          <w:p w:rsidR="00011455" w:rsidRDefault="00011455" w:rsidP="002545B7">
            <w:pPr>
              <w:ind w:firstLine="284"/>
            </w:pPr>
            <w:proofErr w:type="spellStart"/>
            <w:r>
              <w:t>Критерий</w:t>
            </w:r>
            <w:proofErr w:type="spellEnd"/>
          </w:p>
        </w:tc>
        <w:tc>
          <w:tcPr>
            <w:tcW w:w="2580" w:type="dxa"/>
          </w:tcPr>
          <w:p w:rsidR="00011455" w:rsidRDefault="00011455" w:rsidP="002545B7">
            <w:pPr>
              <w:ind w:firstLine="284"/>
            </w:pPr>
            <w:proofErr w:type="spellStart"/>
            <w:r>
              <w:t>Высокий</w:t>
            </w:r>
            <w:proofErr w:type="spellEnd"/>
          </w:p>
        </w:tc>
        <w:tc>
          <w:tcPr>
            <w:tcW w:w="2140" w:type="dxa"/>
          </w:tcPr>
          <w:p w:rsidR="00011455" w:rsidRDefault="00011455" w:rsidP="002545B7">
            <w:pPr>
              <w:ind w:firstLine="284"/>
            </w:pPr>
            <w:proofErr w:type="spellStart"/>
            <w:r>
              <w:t>Средний</w:t>
            </w:r>
            <w:proofErr w:type="spellEnd"/>
          </w:p>
        </w:tc>
        <w:tc>
          <w:tcPr>
            <w:tcW w:w="2362" w:type="dxa"/>
          </w:tcPr>
          <w:p w:rsidR="00011455" w:rsidRDefault="00011455" w:rsidP="002545B7">
            <w:pPr>
              <w:ind w:firstLine="284"/>
            </w:pPr>
            <w:proofErr w:type="spellStart"/>
            <w:r>
              <w:t>Начальный</w:t>
            </w:r>
            <w:proofErr w:type="spellEnd"/>
          </w:p>
        </w:tc>
      </w:tr>
      <w:tr w:rsidR="00011455" w:rsidTr="002545B7">
        <w:trPr>
          <w:jc w:val="center"/>
        </w:trPr>
        <w:tc>
          <w:tcPr>
            <w:tcW w:w="2830" w:type="dxa"/>
          </w:tcPr>
          <w:p w:rsidR="00011455" w:rsidRDefault="00011455" w:rsidP="002545B7">
            <w:pPr>
              <w:ind w:firstLine="284"/>
            </w:pPr>
            <w:proofErr w:type="spellStart"/>
            <w:r>
              <w:t>Активность</w:t>
            </w:r>
            <w:proofErr w:type="spellEnd"/>
          </w:p>
        </w:tc>
        <w:tc>
          <w:tcPr>
            <w:tcW w:w="2580" w:type="dxa"/>
          </w:tcPr>
          <w:p w:rsidR="00011455" w:rsidRDefault="00011455" w:rsidP="002545B7">
            <w:pPr>
              <w:ind w:firstLine="284"/>
            </w:pPr>
            <w:proofErr w:type="spellStart"/>
            <w:r>
              <w:t>Проявляет</w:t>
            </w:r>
            <w:proofErr w:type="spellEnd"/>
            <w:r>
              <w:t xml:space="preserve"> </w:t>
            </w:r>
            <w:proofErr w:type="spellStart"/>
            <w:r>
              <w:t>инициативу</w:t>
            </w:r>
            <w:proofErr w:type="spellEnd"/>
          </w:p>
        </w:tc>
        <w:tc>
          <w:tcPr>
            <w:tcW w:w="2140" w:type="dxa"/>
          </w:tcPr>
          <w:p w:rsidR="00011455" w:rsidRDefault="00011455" w:rsidP="002545B7">
            <w:pPr>
              <w:ind w:firstLine="284"/>
            </w:pPr>
            <w:proofErr w:type="spellStart"/>
            <w:r>
              <w:t>Работает</w:t>
            </w:r>
            <w:proofErr w:type="spellEnd"/>
            <w:r>
              <w:t xml:space="preserve"> </w:t>
            </w:r>
            <w:proofErr w:type="spellStart"/>
            <w:r>
              <w:t>после</w:t>
            </w:r>
            <w:proofErr w:type="spellEnd"/>
            <w:r>
              <w:t xml:space="preserve"> </w:t>
            </w:r>
            <w:proofErr w:type="spellStart"/>
            <w:r>
              <w:t>подсказки</w:t>
            </w:r>
            <w:proofErr w:type="spellEnd"/>
          </w:p>
        </w:tc>
        <w:tc>
          <w:tcPr>
            <w:tcW w:w="2362" w:type="dxa"/>
          </w:tcPr>
          <w:p w:rsidR="00011455" w:rsidRDefault="00011455" w:rsidP="002545B7">
            <w:pPr>
              <w:ind w:firstLine="284"/>
            </w:pPr>
            <w:proofErr w:type="spellStart"/>
            <w:r>
              <w:t>Пассивен</w:t>
            </w:r>
            <w:proofErr w:type="spellEnd"/>
          </w:p>
        </w:tc>
      </w:tr>
      <w:tr w:rsidR="00011455" w:rsidTr="002545B7">
        <w:trPr>
          <w:jc w:val="center"/>
        </w:trPr>
        <w:tc>
          <w:tcPr>
            <w:tcW w:w="2830" w:type="dxa"/>
          </w:tcPr>
          <w:p w:rsidR="00011455" w:rsidRDefault="00011455" w:rsidP="002545B7">
            <w:pPr>
              <w:ind w:firstLine="284"/>
            </w:pPr>
            <w:proofErr w:type="spellStart"/>
            <w:r>
              <w:t>Понимание</w:t>
            </w:r>
            <w:proofErr w:type="spellEnd"/>
            <w:r>
              <w:t xml:space="preserve"> </w:t>
            </w:r>
            <w:proofErr w:type="spellStart"/>
            <w:r>
              <w:t>принципов</w:t>
            </w:r>
            <w:proofErr w:type="spellEnd"/>
            <w:r>
              <w:t xml:space="preserve"> </w:t>
            </w:r>
            <w:proofErr w:type="spellStart"/>
            <w:r>
              <w:t>дизайна</w:t>
            </w:r>
            <w:proofErr w:type="spellEnd"/>
          </w:p>
        </w:tc>
        <w:tc>
          <w:tcPr>
            <w:tcW w:w="2580" w:type="dxa"/>
          </w:tcPr>
          <w:p w:rsidR="00011455" w:rsidRDefault="00011455" w:rsidP="002545B7">
            <w:pPr>
              <w:ind w:firstLine="284"/>
            </w:pPr>
            <w:proofErr w:type="spellStart"/>
            <w:r>
              <w:t>Объясняет</w:t>
            </w:r>
            <w:proofErr w:type="spellEnd"/>
            <w:r>
              <w:t xml:space="preserve"> </w:t>
            </w:r>
            <w:proofErr w:type="spellStart"/>
            <w:r>
              <w:t>решения</w:t>
            </w:r>
            <w:proofErr w:type="spellEnd"/>
          </w:p>
        </w:tc>
        <w:tc>
          <w:tcPr>
            <w:tcW w:w="2140" w:type="dxa"/>
          </w:tcPr>
          <w:p w:rsidR="00011455" w:rsidRDefault="00011455" w:rsidP="002545B7">
            <w:pPr>
              <w:ind w:firstLine="284"/>
            </w:pPr>
            <w:proofErr w:type="spellStart"/>
            <w:r>
              <w:t>Понимает</w:t>
            </w:r>
            <w:proofErr w:type="spellEnd"/>
            <w:r>
              <w:t xml:space="preserve"> </w:t>
            </w:r>
            <w:proofErr w:type="spellStart"/>
            <w:r>
              <w:t>основные</w:t>
            </w:r>
            <w:proofErr w:type="spellEnd"/>
            <w:r>
              <w:t xml:space="preserve"> </w:t>
            </w:r>
            <w:proofErr w:type="spellStart"/>
            <w:r>
              <w:t>идеи</w:t>
            </w:r>
            <w:proofErr w:type="spellEnd"/>
          </w:p>
        </w:tc>
        <w:tc>
          <w:tcPr>
            <w:tcW w:w="2362" w:type="dxa"/>
          </w:tcPr>
          <w:p w:rsidR="00011455" w:rsidRDefault="00011455" w:rsidP="002545B7">
            <w:pPr>
              <w:ind w:firstLine="284"/>
            </w:pPr>
            <w:proofErr w:type="spellStart"/>
            <w:r>
              <w:t>Испытывает</w:t>
            </w:r>
            <w:proofErr w:type="spellEnd"/>
            <w:r>
              <w:t xml:space="preserve"> </w:t>
            </w:r>
            <w:proofErr w:type="spellStart"/>
            <w:r>
              <w:t>затруднения</w:t>
            </w:r>
            <w:proofErr w:type="spellEnd"/>
          </w:p>
        </w:tc>
      </w:tr>
      <w:tr w:rsidR="00011455" w:rsidTr="002545B7">
        <w:trPr>
          <w:jc w:val="center"/>
        </w:trPr>
        <w:tc>
          <w:tcPr>
            <w:tcW w:w="2830" w:type="dxa"/>
          </w:tcPr>
          <w:p w:rsidR="00011455" w:rsidRDefault="00011455" w:rsidP="002545B7">
            <w:pPr>
              <w:ind w:firstLine="284"/>
            </w:pPr>
            <w:proofErr w:type="spellStart"/>
            <w:r>
              <w:t>Практические</w:t>
            </w:r>
            <w:proofErr w:type="spellEnd"/>
            <w:r>
              <w:t xml:space="preserve"> </w:t>
            </w:r>
            <w:proofErr w:type="spellStart"/>
            <w:r>
              <w:t>задания</w:t>
            </w:r>
            <w:proofErr w:type="spellEnd"/>
          </w:p>
        </w:tc>
        <w:tc>
          <w:tcPr>
            <w:tcW w:w="2580" w:type="dxa"/>
          </w:tcPr>
          <w:p w:rsidR="00011455" w:rsidRDefault="00011455" w:rsidP="002545B7">
            <w:pPr>
              <w:ind w:firstLine="284"/>
            </w:pPr>
            <w:proofErr w:type="spellStart"/>
            <w:r>
              <w:t>Выполняет</w:t>
            </w:r>
            <w:proofErr w:type="spellEnd"/>
            <w:r>
              <w:t xml:space="preserve"> </w:t>
            </w:r>
            <w:proofErr w:type="spellStart"/>
            <w:r>
              <w:t>самостоятельно</w:t>
            </w:r>
            <w:proofErr w:type="spellEnd"/>
          </w:p>
        </w:tc>
        <w:tc>
          <w:tcPr>
            <w:tcW w:w="2140" w:type="dxa"/>
          </w:tcPr>
          <w:p w:rsidR="00011455" w:rsidRDefault="00011455" w:rsidP="002545B7">
            <w:pPr>
              <w:ind w:firstLine="284"/>
            </w:pPr>
            <w:proofErr w:type="spellStart"/>
            <w:r>
              <w:t>Допускает</w:t>
            </w:r>
            <w:proofErr w:type="spellEnd"/>
            <w:r>
              <w:t xml:space="preserve"> </w:t>
            </w:r>
            <w:proofErr w:type="spellStart"/>
            <w:r>
              <w:t>отдельные</w:t>
            </w:r>
            <w:proofErr w:type="spellEnd"/>
            <w:r>
              <w:t xml:space="preserve"> </w:t>
            </w:r>
            <w:proofErr w:type="spellStart"/>
            <w:r>
              <w:t>ошибки</w:t>
            </w:r>
            <w:proofErr w:type="spellEnd"/>
          </w:p>
        </w:tc>
        <w:tc>
          <w:tcPr>
            <w:tcW w:w="2362" w:type="dxa"/>
          </w:tcPr>
          <w:p w:rsidR="00011455" w:rsidRDefault="00011455" w:rsidP="002545B7">
            <w:pPr>
              <w:ind w:firstLine="284"/>
            </w:pPr>
            <w:proofErr w:type="spellStart"/>
            <w:r>
              <w:t>Требуется</w:t>
            </w:r>
            <w:proofErr w:type="spellEnd"/>
            <w:r>
              <w:t xml:space="preserve"> </w:t>
            </w:r>
            <w:proofErr w:type="spellStart"/>
            <w:r>
              <w:t>постоянная</w:t>
            </w:r>
            <w:proofErr w:type="spellEnd"/>
            <w:r>
              <w:t xml:space="preserve"> </w:t>
            </w:r>
            <w:proofErr w:type="spellStart"/>
            <w:r>
              <w:t>помощь</w:t>
            </w:r>
            <w:proofErr w:type="spellEnd"/>
          </w:p>
        </w:tc>
      </w:tr>
      <w:tr w:rsidR="00011455" w:rsidTr="002545B7">
        <w:trPr>
          <w:jc w:val="center"/>
        </w:trPr>
        <w:tc>
          <w:tcPr>
            <w:tcW w:w="2830" w:type="dxa"/>
          </w:tcPr>
          <w:p w:rsidR="00011455" w:rsidRDefault="00011455" w:rsidP="002545B7">
            <w:pPr>
              <w:ind w:firstLine="284"/>
            </w:pPr>
            <w:proofErr w:type="spellStart"/>
            <w:r>
              <w:t>Коммуникация</w:t>
            </w:r>
            <w:proofErr w:type="spellEnd"/>
          </w:p>
        </w:tc>
        <w:tc>
          <w:tcPr>
            <w:tcW w:w="2580" w:type="dxa"/>
          </w:tcPr>
          <w:p w:rsidR="00011455" w:rsidRDefault="00011455" w:rsidP="002545B7">
            <w:pPr>
              <w:ind w:firstLine="284"/>
            </w:pPr>
            <w:proofErr w:type="spellStart"/>
            <w:r>
              <w:t>Аргументирует</w:t>
            </w:r>
            <w:proofErr w:type="spellEnd"/>
            <w:r>
              <w:t xml:space="preserve"> </w:t>
            </w:r>
            <w:proofErr w:type="spellStart"/>
            <w:r>
              <w:t>выбор</w:t>
            </w:r>
            <w:proofErr w:type="spellEnd"/>
          </w:p>
        </w:tc>
        <w:tc>
          <w:tcPr>
            <w:tcW w:w="2140" w:type="dxa"/>
          </w:tcPr>
          <w:p w:rsidR="00011455" w:rsidRDefault="00011455" w:rsidP="002545B7">
            <w:pPr>
              <w:ind w:firstLine="284"/>
            </w:pPr>
            <w:proofErr w:type="spellStart"/>
            <w:r>
              <w:t>Частично</w:t>
            </w:r>
            <w:proofErr w:type="spellEnd"/>
            <w:r>
              <w:t xml:space="preserve"> </w:t>
            </w:r>
            <w:proofErr w:type="spellStart"/>
            <w:r>
              <w:t>объясняет</w:t>
            </w:r>
            <w:proofErr w:type="spellEnd"/>
          </w:p>
        </w:tc>
        <w:tc>
          <w:tcPr>
            <w:tcW w:w="2362" w:type="dxa"/>
          </w:tcPr>
          <w:p w:rsidR="00011455" w:rsidRDefault="00011455" w:rsidP="002545B7">
            <w:pPr>
              <w:ind w:firstLine="284"/>
            </w:pPr>
            <w:proofErr w:type="spellStart"/>
            <w:r>
              <w:t>Не</w:t>
            </w:r>
            <w:proofErr w:type="spellEnd"/>
            <w:r>
              <w:t xml:space="preserve"> </w:t>
            </w:r>
            <w:proofErr w:type="spellStart"/>
            <w:r>
              <w:t>объясняет</w:t>
            </w:r>
            <w:proofErr w:type="spellEnd"/>
            <w:r>
              <w:t xml:space="preserve"> </w:t>
            </w:r>
            <w:proofErr w:type="spellStart"/>
            <w:r>
              <w:t>решения</w:t>
            </w:r>
            <w:proofErr w:type="spellEnd"/>
          </w:p>
        </w:tc>
      </w:tr>
    </w:tbl>
    <w:p w:rsidR="00052910" w:rsidRDefault="00052910" w:rsidP="002545B7">
      <w:pPr>
        <w:spacing w:after="0"/>
        <w:ind w:firstLine="284"/>
        <w:rPr>
          <w:b/>
        </w:rPr>
      </w:pPr>
    </w:p>
    <w:p w:rsidR="00011455" w:rsidRDefault="00011455" w:rsidP="002545B7">
      <w:pPr>
        <w:spacing w:after="0"/>
        <w:ind w:firstLine="284"/>
      </w:pPr>
      <w:r>
        <w:rPr>
          <w:b/>
        </w:rPr>
        <w:t xml:space="preserve">6.3. </w:t>
      </w:r>
      <w:proofErr w:type="spellStart"/>
      <w:r>
        <w:rPr>
          <w:b/>
        </w:rPr>
        <w:t>Карта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наблюдения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наставника</w:t>
      </w:r>
      <w:proofErr w:type="spellEnd"/>
    </w:p>
    <w:tbl>
      <w:tblPr>
        <w:tblStyle w:val="aff0"/>
        <w:tblW w:w="0" w:type="auto"/>
        <w:tblLook w:val="04A0"/>
      </w:tblPr>
      <w:tblGrid>
        <w:gridCol w:w="3681"/>
        <w:gridCol w:w="2929"/>
        <w:gridCol w:w="3302"/>
      </w:tblGrid>
      <w:tr w:rsidR="00011455" w:rsidTr="002545B7">
        <w:tc>
          <w:tcPr>
            <w:tcW w:w="3681" w:type="dxa"/>
          </w:tcPr>
          <w:p w:rsidR="00011455" w:rsidRDefault="00011455" w:rsidP="002545B7">
            <w:pPr>
              <w:ind w:firstLine="284"/>
            </w:pPr>
            <w:proofErr w:type="spellStart"/>
            <w:r>
              <w:t>Показатель</w:t>
            </w:r>
            <w:proofErr w:type="spellEnd"/>
          </w:p>
        </w:tc>
        <w:tc>
          <w:tcPr>
            <w:tcW w:w="2929" w:type="dxa"/>
          </w:tcPr>
          <w:p w:rsidR="00011455" w:rsidRDefault="00011455" w:rsidP="002545B7">
            <w:pPr>
              <w:ind w:firstLine="284"/>
            </w:pPr>
            <w:proofErr w:type="spellStart"/>
            <w:r>
              <w:t>Да</w:t>
            </w:r>
            <w:proofErr w:type="spellEnd"/>
            <w:r>
              <w:t>/</w:t>
            </w:r>
            <w:proofErr w:type="spellStart"/>
            <w:r>
              <w:t>Частично</w:t>
            </w:r>
            <w:proofErr w:type="spellEnd"/>
            <w:r>
              <w:t>/</w:t>
            </w:r>
            <w:proofErr w:type="spellStart"/>
            <w:r>
              <w:t>Нет</w:t>
            </w:r>
            <w:proofErr w:type="spellEnd"/>
          </w:p>
        </w:tc>
        <w:tc>
          <w:tcPr>
            <w:tcW w:w="3302" w:type="dxa"/>
          </w:tcPr>
          <w:p w:rsidR="00011455" w:rsidRDefault="00011455" w:rsidP="002545B7">
            <w:pPr>
              <w:ind w:firstLine="284"/>
            </w:pPr>
            <w:proofErr w:type="spellStart"/>
            <w:r>
              <w:t>Комментарии</w:t>
            </w:r>
            <w:proofErr w:type="spellEnd"/>
          </w:p>
        </w:tc>
      </w:tr>
      <w:tr w:rsidR="00011455" w:rsidTr="002545B7">
        <w:tc>
          <w:tcPr>
            <w:tcW w:w="3681" w:type="dxa"/>
          </w:tcPr>
          <w:p w:rsidR="00011455" w:rsidRDefault="00011455" w:rsidP="002545B7">
            <w:pPr>
              <w:ind w:firstLine="284"/>
            </w:pPr>
            <w:proofErr w:type="spellStart"/>
            <w:r>
              <w:t>Интерес</w:t>
            </w:r>
            <w:proofErr w:type="spellEnd"/>
            <w:r>
              <w:t xml:space="preserve"> к </w:t>
            </w:r>
            <w:proofErr w:type="spellStart"/>
            <w:r>
              <w:t>профессии</w:t>
            </w:r>
            <w:proofErr w:type="spellEnd"/>
          </w:p>
        </w:tc>
        <w:tc>
          <w:tcPr>
            <w:tcW w:w="2929" w:type="dxa"/>
          </w:tcPr>
          <w:p w:rsidR="00011455" w:rsidRDefault="00011455" w:rsidP="002545B7">
            <w:pPr>
              <w:ind w:firstLine="284"/>
            </w:pPr>
          </w:p>
        </w:tc>
        <w:tc>
          <w:tcPr>
            <w:tcW w:w="3302" w:type="dxa"/>
          </w:tcPr>
          <w:p w:rsidR="00011455" w:rsidRDefault="00011455" w:rsidP="002545B7">
            <w:pPr>
              <w:ind w:firstLine="284"/>
            </w:pPr>
          </w:p>
        </w:tc>
      </w:tr>
      <w:tr w:rsidR="00011455" w:rsidTr="002545B7">
        <w:tc>
          <w:tcPr>
            <w:tcW w:w="3681" w:type="dxa"/>
          </w:tcPr>
          <w:p w:rsidR="00011455" w:rsidRDefault="00011455" w:rsidP="002545B7">
            <w:pPr>
              <w:ind w:firstLine="284"/>
            </w:pPr>
            <w:proofErr w:type="spellStart"/>
            <w:r>
              <w:t>Участие</w:t>
            </w:r>
            <w:proofErr w:type="spellEnd"/>
            <w:r>
              <w:t xml:space="preserve"> в </w:t>
            </w:r>
            <w:proofErr w:type="spellStart"/>
            <w:r>
              <w:t>обсуждении</w:t>
            </w:r>
            <w:proofErr w:type="spellEnd"/>
          </w:p>
        </w:tc>
        <w:tc>
          <w:tcPr>
            <w:tcW w:w="2929" w:type="dxa"/>
          </w:tcPr>
          <w:p w:rsidR="00011455" w:rsidRDefault="00011455" w:rsidP="002545B7">
            <w:pPr>
              <w:ind w:firstLine="284"/>
            </w:pPr>
          </w:p>
        </w:tc>
        <w:tc>
          <w:tcPr>
            <w:tcW w:w="3302" w:type="dxa"/>
          </w:tcPr>
          <w:p w:rsidR="00011455" w:rsidRDefault="00011455" w:rsidP="002545B7">
            <w:pPr>
              <w:ind w:firstLine="284"/>
            </w:pPr>
          </w:p>
        </w:tc>
      </w:tr>
      <w:tr w:rsidR="00011455" w:rsidTr="002545B7">
        <w:tc>
          <w:tcPr>
            <w:tcW w:w="3681" w:type="dxa"/>
          </w:tcPr>
          <w:p w:rsidR="00011455" w:rsidRDefault="00011455" w:rsidP="002545B7">
            <w:pPr>
              <w:ind w:firstLine="284"/>
            </w:pPr>
            <w:proofErr w:type="spellStart"/>
            <w:r>
              <w:t>Успешность</w:t>
            </w:r>
            <w:proofErr w:type="spellEnd"/>
            <w:r>
              <w:t xml:space="preserve"> </w:t>
            </w:r>
            <w:proofErr w:type="spellStart"/>
            <w:r>
              <w:t>миссий</w:t>
            </w:r>
            <w:proofErr w:type="spellEnd"/>
          </w:p>
        </w:tc>
        <w:tc>
          <w:tcPr>
            <w:tcW w:w="2929" w:type="dxa"/>
          </w:tcPr>
          <w:p w:rsidR="00011455" w:rsidRDefault="00011455" w:rsidP="002545B7">
            <w:pPr>
              <w:ind w:firstLine="284"/>
            </w:pPr>
          </w:p>
        </w:tc>
        <w:tc>
          <w:tcPr>
            <w:tcW w:w="3302" w:type="dxa"/>
          </w:tcPr>
          <w:p w:rsidR="00011455" w:rsidRDefault="00011455" w:rsidP="002545B7">
            <w:pPr>
              <w:ind w:firstLine="284"/>
            </w:pPr>
          </w:p>
        </w:tc>
      </w:tr>
      <w:tr w:rsidR="00011455" w:rsidTr="002545B7">
        <w:tc>
          <w:tcPr>
            <w:tcW w:w="3681" w:type="dxa"/>
          </w:tcPr>
          <w:p w:rsidR="00011455" w:rsidRDefault="00011455" w:rsidP="002545B7">
            <w:pPr>
              <w:ind w:firstLine="284"/>
            </w:pPr>
            <w:proofErr w:type="spellStart"/>
            <w:r>
              <w:t>Работа</w:t>
            </w:r>
            <w:proofErr w:type="spellEnd"/>
            <w:r>
              <w:t xml:space="preserve"> в </w:t>
            </w:r>
            <w:proofErr w:type="spellStart"/>
            <w:r>
              <w:t>команде</w:t>
            </w:r>
            <w:proofErr w:type="spellEnd"/>
          </w:p>
        </w:tc>
        <w:tc>
          <w:tcPr>
            <w:tcW w:w="2929" w:type="dxa"/>
          </w:tcPr>
          <w:p w:rsidR="00011455" w:rsidRDefault="00011455" w:rsidP="002545B7">
            <w:pPr>
              <w:ind w:firstLine="284"/>
            </w:pPr>
          </w:p>
        </w:tc>
        <w:tc>
          <w:tcPr>
            <w:tcW w:w="3302" w:type="dxa"/>
          </w:tcPr>
          <w:p w:rsidR="00011455" w:rsidRDefault="00011455" w:rsidP="002545B7">
            <w:pPr>
              <w:ind w:firstLine="284"/>
            </w:pPr>
          </w:p>
        </w:tc>
      </w:tr>
      <w:tr w:rsidR="00011455" w:rsidTr="002545B7">
        <w:tc>
          <w:tcPr>
            <w:tcW w:w="3681" w:type="dxa"/>
          </w:tcPr>
          <w:p w:rsidR="00011455" w:rsidRDefault="00011455" w:rsidP="002545B7">
            <w:pPr>
              <w:ind w:firstLine="284"/>
            </w:pPr>
            <w:proofErr w:type="spellStart"/>
            <w:r>
              <w:t>Творческая</w:t>
            </w:r>
            <w:proofErr w:type="spellEnd"/>
            <w:r>
              <w:t xml:space="preserve"> </w:t>
            </w:r>
            <w:proofErr w:type="spellStart"/>
            <w:r>
              <w:t>инициатива</w:t>
            </w:r>
            <w:proofErr w:type="spellEnd"/>
          </w:p>
        </w:tc>
        <w:tc>
          <w:tcPr>
            <w:tcW w:w="2929" w:type="dxa"/>
          </w:tcPr>
          <w:p w:rsidR="00011455" w:rsidRDefault="00011455" w:rsidP="002545B7">
            <w:pPr>
              <w:ind w:firstLine="284"/>
            </w:pPr>
          </w:p>
        </w:tc>
        <w:tc>
          <w:tcPr>
            <w:tcW w:w="3302" w:type="dxa"/>
          </w:tcPr>
          <w:p w:rsidR="00011455" w:rsidRDefault="00011455" w:rsidP="002545B7">
            <w:pPr>
              <w:ind w:firstLine="284"/>
            </w:pPr>
          </w:p>
        </w:tc>
      </w:tr>
    </w:tbl>
    <w:p w:rsidR="00052910" w:rsidRDefault="00052910" w:rsidP="002545B7">
      <w:pPr>
        <w:spacing w:after="0"/>
        <w:ind w:firstLine="709"/>
        <w:rPr>
          <w:b/>
        </w:rPr>
      </w:pPr>
    </w:p>
    <w:p w:rsidR="00011455" w:rsidRDefault="00011455" w:rsidP="002545B7">
      <w:pPr>
        <w:spacing w:after="0"/>
        <w:ind w:firstLine="709"/>
      </w:pPr>
      <w:r>
        <w:rPr>
          <w:b/>
        </w:rPr>
        <w:t xml:space="preserve">6.4. </w:t>
      </w:r>
      <w:proofErr w:type="spellStart"/>
      <w:r>
        <w:rPr>
          <w:b/>
        </w:rPr>
        <w:t>Лист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самооценки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участника</w:t>
      </w:r>
      <w:proofErr w:type="spellEnd"/>
    </w:p>
    <w:p w:rsidR="00011455" w:rsidRPr="00011455" w:rsidRDefault="00011455" w:rsidP="002545B7">
      <w:pPr>
        <w:spacing w:after="0"/>
        <w:ind w:firstLine="709"/>
        <w:rPr>
          <w:lang w:val="ru-RU"/>
        </w:rPr>
      </w:pPr>
      <w:r w:rsidRPr="00011455">
        <w:rPr>
          <w:lang w:val="ru-RU"/>
        </w:rPr>
        <w:lastRenderedPageBreak/>
        <w:t>□ Мне было интересно выполнять задания.</w:t>
      </w:r>
    </w:p>
    <w:p w:rsidR="00011455" w:rsidRPr="00011455" w:rsidRDefault="00011455" w:rsidP="002545B7">
      <w:pPr>
        <w:spacing w:after="0"/>
        <w:ind w:firstLine="709"/>
        <w:rPr>
          <w:lang w:val="ru-RU"/>
        </w:rPr>
      </w:pPr>
      <w:r w:rsidRPr="00011455">
        <w:rPr>
          <w:lang w:val="ru-RU"/>
        </w:rPr>
        <w:t>□ Я хоте</w:t>
      </w:r>
      <w:proofErr w:type="gramStart"/>
      <w:r w:rsidRPr="00011455">
        <w:rPr>
          <w:lang w:val="ru-RU"/>
        </w:rPr>
        <w:t>л(</w:t>
      </w:r>
      <w:proofErr w:type="gramEnd"/>
      <w:r w:rsidRPr="00011455">
        <w:rPr>
          <w:lang w:val="ru-RU"/>
        </w:rPr>
        <w:t>а) бы узнать о профессии больше.</w:t>
      </w:r>
    </w:p>
    <w:p w:rsidR="00011455" w:rsidRPr="00011455" w:rsidRDefault="00011455" w:rsidP="002545B7">
      <w:pPr>
        <w:spacing w:after="0"/>
        <w:ind w:firstLine="709"/>
        <w:rPr>
          <w:lang w:val="ru-RU"/>
        </w:rPr>
      </w:pPr>
      <w:r w:rsidRPr="00011455">
        <w:rPr>
          <w:lang w:val="ru-RU"/>
        </w:rPr>
        <w:t>□ Мне понравилось искать дизайнерские решения.</w:t>
      </w:r>
    </w:p>
    <w:p w:rsidR="00011455" w:rsidRPr="00011455" w:rsidRDefault="00011455" w:rsidP="002545B7">
      <w:pPr>
        <w:spacing w:after="0"/>
        <w:ind w:firstLine="709"/>
        <w:rPr>
          <w:lang w:val="ru-RU"/>
        </w:rPr>
      </w:pPr>
      <w:r w:rsidRPr="00011455">
        <w:rPr>
          <w:lang w:val="ru-RU"/>
        </w:rPr>
        <w:t xml:space="preserve">□ Я рассматриваю возможность </w:t>
      </w:r>
      <w:proofErr w:type="gramStart"/>
      <w:r w:rsidRPr="00011455">
        <w:rPr>
          <w:lang w:val="ru-RU"/>
        </w:rPr>
        <w:t>обучения по специальности</w:t>
      </w:r>
      <w:proofErr w:type="gramEnd"/>
      <w:r w:rsidRPr="00011455">
        <w:rPr>
          <w:lang w:val="ru-RU"/>
        </w:rPr>
        <w:t xml:space="preserve"> «Графический дизайнер».</w:t>
      </w:r>
    </w:p>
    <w:p w:rsidR="00011455" w:rsidRPr="00011455" w:rsidRDefault="00011455" w:rsidP="002545B7">
      <w:pPr>
        <w:spacing w:after="0"/>
        <w:ind w:firstLine="709"/>
        <w:rPr>
          <w:lang w:val="ru-RU"/>
        </w:rPr>
      </w:pPr>
      <w:r w:rsidRPr="00011455">
        <w:rPr>
          <w:b/>
          <w:lang w:val="ru-RU"/>
        </w:rPr>
        <w:t>6.5. Интерпретация результатов</w:t>
      </w:r>
    </w:p>
    <w:p w:rsidR="00011455" w:rsidRPr="00011455" w:rsidRDefault="00011455" w:rsidP="002545B7">
      <w:pPr>
        <w:ind w:firstLine="709"/>
        <w:rPr>
          <w:lang w:val="ru-RU"/>
        </w:rPr>
      </w:pPr>
      <w:r w:rsidRPr="00011455">
        <w:rPr>
          <w:lang w:val="ru-RU"/>
        </w:rPr>
        <w:t>Высокий уровень — участник проявляет устойчивый интерес к профессии, успешно выполняет задания и демонстрирует творческое мышление.</w:t>
      </w:r>
      <w:r w:rsidRPr="00011455">
        <w:rPr>
          <w:lang w:val="ru-RU"/>
        </w:rPr>
        <w:br/>
        <w:t>Средний уровень — участник проявляет интерес, однако нуждается в дальнейшем знакомстве с профессией.</w:t>
      </w:r>
      <w:r w:rsidRPr="00011455">
        <w:rPr>
          <w:lang w:val="ru-RU"/>
        </w:rPr>
        <w:br/>
        <w:t xml:space="preserve">Начальный уровень — рекомендуется дополнительное участие в </w:t>
      </w:r>
      <w:proofErr w:type="spellStart"/>
      <w:r w:rsidRPr="00011455">
        <w:rPr>
          <w:lang w:val="ru-RU"/>
        </w:rPr>
        <w:t>профориентационных</w:t>
      </w:r>
      <w:proofErr w:type="spellEnd"/>
      <w:r w:rsidRPr="00011455">
        <w:rPr>
          <w:lang w:val="ru-RU"/>
        </w:rPr>
        <w:t xml:space="preserve"> мероприятиях и выполнение творческих заданий.</w:t>
      </w:r>
    </w:p>
    <w:p w:rsidR="00975D4B" w:rsidRPr="00052910" w:rsidRDefault="00975D4B" w:rsidP="002545B7">
      <w:pPr>
        <w:ind w:firstLine="709"/>
        <w:jc w:val="center"/>
        <w:rPr>
          <w:szCs w:val="28"/>
          <w:lang w:val="ru-RU"/>
        </w:rPr>
      </w:pPr>
      <w:r w:rsidRPr="00052910">
        <w:rPr>
          <w:b/>
          <w:szCs w:val="28"/>
          <w:lang w:val="ru-RU"/>
        </w:rPr>
        <w:t>7. ИНФРАСТРУКТУРНЫЙ ЛИСТ</w:t>
      </w:r>
    </w:p>
    <w:p w:rsidR="00975D4B" w:rsidRPr="00975D4B" w:rsidRDefault="00975D4B" w:rsidP="002545B7">
      <w:pPr>
        <w:ind w:firstLine="709"/>
        <w:rPr>
          <w:lang w:val="ru-RU"/>
        </w:rPr>
      </w:pPr>
      <w:r w:rsidRPr="00975D4B">
        <w:rPr>
          <w:b/>
          <w:lang w:val="ru-RU"/>
        </w:rPr>
        <w:t>7.1. Требования к помещению</w:t>
      </w:r>
    </w:p>
    <w:p w:rsidR="00975D4B" w:rsidRPr="00975D4B" w:rsidRDefault="00975D4B" w:rsidP="002545B7">
      <w:pPr>
        <w:ind w:firstLine="709"/>
        <w:rPr>
          <w:lang w:val="ru-RU"/>
        </w:rPr>
      </w:pPr>
      <w:r w:rsidRPr="00975D4B">
        <w:rPr>
          <w:lang w:val="ru-RU"/>
        </w:rPr>
        <w:t>Профессиональная проба проводится в компьютерном классе, соответствующем санитарно-гигиеническим требованиям. Помещение должно обеспечивать комфортную работу участников, возможность демонстрации материалов на проекторе и свободное перемещение наставника между рабочими местами.</w:t>
      </w:r>
    </w:p>
    <w:p w:rsidR="00975D4B" w:rsidRDefault="00975D4B" w:rsidP="002545B7">
      <w:pPr>
        <w:ind w:firstLine="709"/>
      </w:pPr>
      <w:r>
        <w:rPr>
          <w:b/>
        </w:rPr>
        <w:t xml:space="preserve">7.2. </w:t>
      </w:r>
      <w:proofErr w:type="spellStart"/>
      <w:r>
        <w:rPr>
          <w:b/>
        </w:rPr>
        <w:t>Оборудование</w:t>
      </w:r>
      <w:proofErr w:type="spellEnd"/>
      <w:r>
        <w:rPr>
          <w:b/>
        </w:rPr>
        <w:t xml:space="preserve"> и </w:t>
      </w:r>
      <w:proofErr w:type="spellStart"/>
      <w:r>
        <w:rPr>
          <w:b/>
        </w:rPr>
        <w:t>программное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обеспечение</w:t>
      </w:r>
      <w:proofErr w:type="spellEnd"/>
    </w:p>
    <w:tbl>
      <w:tblPr>
        <w:tblStyle w:val="aff0"/>
        <w:tblW w:w="0" w:type="auto"/>
        <w:jc w:val="center"/>
        <w:tblLook w:val="04A0"/>
      </w:tblPr>
      <w:tblGrid>
        <w:gridCol w:w="3324"/>
        <w:gridCol w:w="3324"/>
        <w:gridCol w:w="3324"/>
      </w:tblGrid>
      <w:tr w:rsidR="00975D4B" w:rsidTr="00DF7BEC">
        <w:trPr>
          <w:jc w:val="center"/>
        </w:trPr>
        <w:tc>
          <w:tcPr>
            <w:tcW w:w="3324" w:type="dxa"/>
          </w:tcPr>
          <w:p w:rsidR="00975D4B" w:rsidRDefault="00975D4B" w:rsidP="00DF7BEC">
            <w:proofErr w:type="spellStart"/>
            <w:r>
              <w:t>Наименование</w:t>
            </w:r>
            <w:proofErr w:type="spellEnd"/>
          </w:p>
        </w:tc>
        <w:tc>
          <w:tcPr>
            <w:tcW w:w="3324" w:type="dxa"/>
          </w:tcPr>
          <w:p w:rsidR="00975D4B" w:rsidRDefault="00975D4B" w:rsidP="00DF7BEC">
            <w:proofErr w:type="spellStart"/>
            <w:r>
              <w:t>Количество</w:t>
            </w:r>
            <w:proofErr w:type="spellEnd"/>
          </w:p>
        </w:tc>
        <w:tc>
          <w:tcPr>
            <w:tcW w:w="3324" w:type="dxa"/>
          </w:tcPr>
          <w:p w:rsidR="00975D4B" w:rsidRDefault="00975D4B" w:rsidP="00DF7BEC">
            <w:proofErr w:type="spellStart"/>
            <w:r>
              <w:t>Примечание</w:t>
            </w:r>
            <w:proofErr w:type="spellEnd"/>
          </w:p>
        </w:tc>
      </w:tr>
      <w:tr w:rsidR="00975D4B" w:rsidTr="00DF7BEC">
        <w:trPr>
          <w:jc w:val="center"/>
        </w:trPr>
        <w:tc>
          <w:tcPr>
            <w:tcW w:w="3324" w:type="dxa"/>
          </w:tcPr>
          <w:p w:rsidR="00975D4B" w:rsidRDefault="00975D4B" w:rsidP="00DF7BEC">
            <w:proofErr w:type="spellStart"/>
            <w:r>
              <w:t>Персональные</w:t>
            </w:r>
            <w:proofErr w:type="spellEnd"/>
            <w:r>
              <w:t xml:space="preserve"> </w:t>
            </w:r>
            <w:proofErr w:type="spellStart"/>
            <w:r>
              <w:t>компьютеры</w:t>
            </w:r>
            <w:proofErr w:type="spellEnd"/>
          </w:p>
        </w:tc>
        <w:tc>
          <w:tcPr>
            <w:tcW w:w="3324" w:type="dxa"/>
          </w:tcPr>
          <w:p w:rsidR="00975D4B" w:rsidRDefault="00975D4B" w:rsidP="00DF7BEC">
            <w:r>
              <w:t>10</w:t>
            </w:r>
          </w:p>
        </w:tc>
        <w:tc>
          <w:tcPr>
            <w:tcW w:w="3324" w:type="dxa"/>
          </w:tcPr>
          <w:p w:rsidR="00975D4B" w:rsidRDefault="00975D4B" w:rsidP="00DF7BEC">
            <w:proofErr w:type="spellStart"/>
            <w:r>
              <w:t>Для</w:t>
            </w:r>
            <w:proofErr w:type="spellEnd"/>
            <w:r>
              <w:t xml:space="preserve"> </w:t>
            </w:r>
            <w:proofErr w:type="spellStart"/>
            <w:r>
              <w:t>участников</w:t>
            </w:r>
            <w:proofErr w:type="spellEnd"/>
            <w:r>
              <w:t xml:space="preserve"> </w:t>
            </w:r>
            <w:proofErr w:type="spellStart"/>
            <w:r>
              <w:t>профессиональной</w:t>
            </w:r>
            <w:proofErr w:type="spellEnd"/>
            <w:r>
              <w:t xml:space="preserve"> </w:t>
            </w:r>
            <w:proofErr w:type="spellStart"/>
            <w:r>
              <w:t>пробы</w:t>
            </w:r>
            <w:proofErr w:type="spellEnd"/>
          </w:p>
        </w:tc>
      </w:tr>
      <w:tr w:rsidR="00975D4B" w:rsidTr="00DF7BEC">
        <w:trPr>
          <w:jc w:val="center"/>
        </w:trPr>
        <w:tc>
          <w:tcPr>
            <w:tcW w:w="3324" w:type="dxa"/>
          </w:tcPr>
          <w:p w:rsidR="00975D4B" w:rsidRDefault="00975D4B" w:rsidP="00DF7BEC">
            <w:proofErr w:type="spellStart"/>
            <w:r>
              <w:t>Проектор</w:t>
            </w:r>
            <w:proofErr w:type="spellEnd"/>
          </w:p>
        </w:tc>
        <w:tc>
          <w:tcPr>
            <w:tcW w:w="3324" w:type="dxa"/>
          </w:tcPr>
          <w:p w:rsidR="00975D4B" w:rsidRDefault="00975D4B" w:rsidP="00DF7BEC">
            <w:r>
              <w:t>1</w:t>
            </w:r>
          </w:p>
        </w:tc>
        <w:tc>
          <w:tcPr>
            <w:tcW w:w="3324" w:type="dxa"/>
          </w:tcPr>
          <w:p w:rsidR="00975D4B" w:rsidRDefault="00975D4B" w:rsidP="00DF7BEC">
            <w:proofErr w:type="spellStart"/>
            <w:r>
              <w:t>Для</w:t>
            </w:r>
            <w:proofErr w:type="spellEnd"/>
            <w:r>
              <w:t xml:space="preserve"> </w:t>
            </w:r>
            <w:proofErr w:type="spellStart"/>
            <w:r>
              <w:t>демонстрации</w:t>
            </w:r>
            <w:proofErr w:type="spellEnd"/>
            <w:r>
              <w:t xml:space="preserve"> </w:t>
            </w:r>
            <w:proofErr w:type="spellStart"/>
            <w:r>
              <w:t>материалов</w:t>
            </w:r>
            <w:proofErr w:type="spellEnd"/>
          </w:p>
        </w:tc>
      </w:tr>
      <w:tr w:rsidR="00975D4B" w:rsidTr="00DF7BEC">
        <w:trPr>
          <w:jc w:val="center"/>
        </w:trPr>
        <w:tc>
          <w:tcPr>
            <w:tcW w:w="3324" w:type="dxa"/>
          </w:tcPr>
          <w:p w:rsidR="00975D4B" w:rsidRDefault="00975D4B" w:rsidP="00DF7BEC">
            <w:proofErr w:type="spellStart"/>
            <w:r>
              <w:t>Экран</w:t>
            </w:r>
            <w:proofErr w:type="spellEnd"/>
          </w:p>
        </w:tc>
        <w:tc>
          <w:tcPr>
            <w:tcW w:w="3324" w:type="dxa"/>
          </w:tcPr>
          <w:p w:rsidR="00975D4B" w:rsidRDefault="00975D4B" w:rsidP="00DF7BEC">
            <w:r>
              <w:t>1</w:t>
            </w:r>
          </w:p>
        </w:tc>
        <w:tc>
          <w:tcPr>
            <w:tcW w:w="3324" w:type="dxa"/>
          </w:tcPr>
          <w:p w:rsidR="00975D4B" w:rsidRDefault="00975D4B" w:rsidP="00DF7BEC">
            <w:proofErr w:type="spellStart"/>
            <w:r>
              <w:t>Или</w:t>
            </w:r>
            <w:proofErr w:type="spellEnd"/>
            <w:r>
              <w:t xml:space="preserve"> </w:t>
            </w:r>
            <w:proofErr w:type="spellStart"/>
            <w:r>
              <w:t>интерактивная</w:t>
            </w:r>
            <w:proofErr w:type="spellEnd"/>
            <w:r>
              <w:t xml:space="preserve"> </w:t>
            </w:r>
            <w:proofErr w:type="spellStart"/>
            <w:r>
              <w:t>панель</w:t>
            </w:r>
            <w:proofErr w:type="spellEnd"/>
          </w:p>
        </w:tc>
      </w:tr>
      <w:tr w:rsidR="00975D4B" w:rsidTr="00DF7BEC">
        <w:trPr>
          <w:jc w:val="center"/>
        </w:trPr>
        <w:tc>
          <w:tcPr>
            <w:tcW w:w="3324" w:type="dxa"/>
          </w:tcPr>
          <w:p w:rsidR="00975D4B" w:rsidRDefault="00975D4B" w:rsidP="00DF7BEC">
            <w:proofErr w:type="spellStart"/>
            <w:r>
              <w:t>Компьютер</w:t>
            </w:r>
            <w:proofErr w:type="spellEnd"/>
            <w:r>
              <w:t xml:space="preserve"> </w:t>
            </w:r>
            <w:proofErr w:type="spellStart"/>
            <w:r>
              <w:t>наставника</w:t>
            </w:r>
            <w:proofErr w:type="spellEnd"/>
          </w:p>
        </w:tc>
        <w:tc>
          <w:tcPr>
            <w:tcW w:w="3324" w:type="dxa"/>
          </w:tcPr>
          <w:p w:rsidR="00975D4B" w:rsidRDefault="00975D4B" w:rsidP="00DF7BEC">
            <w:r>
              <w:t>1</w:t>
            </w:r>
          </w:p>
        </w:tc>
        <w:tc>
          <w:tcPr>
            <w:tcW w:w="3324" w:type="dxa"/>
          </w:tcPr>
          <w:p w:rsidR="00975D4B" w:rsidRDefault="00975D4B" w:rsidP="00DF7BEC">
            <w:proofErr w:type="spellStart"/>
            <w:r>
              <w:t>Подключен</w:t>
            </w:r>
            <w:proofErr w:type="spellEnd"/>
            <w:r>
              <w:t xml:space="preserve"> к </w:t>
            </w:r>
            <w:proofErr w:type="spellStart"/>
            <w:r>
              <w:t>проектору</w:t>
            </w:r>
            <w:proofErr w:type="spellEnd"/>
          </w:p>
        </w:tc>
      </w:tr>
      <w:tr w:rsidR="00975D4B" w:rsidTr="00DF7BEC">
        <w:trPr>
          <w:jc w:val="center"/>
        </w:trPr>
        <w:tc>
          <w:tcPr>
            <w:tcW w:w="3324" w:type="dxa"/>
          </w:tcPr>
          <w:p w:rsidR="00975D4B" w:rsidRDefault="00975D4B" w:rsidP="00DF7BEC">
            <w:proofErr w:type="spellStart"/>
            <w:r>
              <w:t>Клавиатура</w:t>
            </w:r>
            <w:proofErr w:type="spellEnd"/>
            <w:r>
              <w:t xml:space="preserve"> и </w:t>
            </w:r>
            <w:proofErr w:type="spellStart"/>
            <w:r>
              <w:t>мышь</w:t>
            </w:r>
            <w:proofErr w:type="spellEnd"/>
          </w:p>
        </w:tc>
        <w:tc>
          <w:tcPr>
            <w:tcW w:w="3324" w:type="dxa"/>
          </w:tcPr>
          <w:p w:rsidR="00975D4B" w:rsidRDefault="00975D4B" w:rsidP="00DF7BEC">
            <w:r>
              <w:t xml:space="preserve">10 </w:t>
            </w:r>
            <w:proofErr w:type="spellStart"/>
            <w:r>
              <w:t>комплектов</w:t>
            </w:r>
            <w:proofErr w:type="spellEnd"/>
          </w:p>
        </w:tc>
        <w:tc>
          <w:tcPr>
            <w:tcW w:w="3324" w:type="dxa"/>
          </w:tcPr>
          <w:p w:rsidR="00975D4B" w:rsidRDefault="00975D4B" w:rsidP="00DF7BEC">
            <w:proofErr w:type="spellStart"/>
            <w:r>
              <w:t>Для</w:t>
            </w:r>
            <w:proofErr w:type="spellEnd"/>
            <w:r>
              <w:t xml:space="preserve"> </w:t>
            </w:r>
            <w:proofErr w:type="spellStart"/>
            <w:r>
              <w:t>каждого</w:t>
            </w:r>
            <w:proofErr w:type="spellEnd"/>
            <w:r>
              <w:t xml:space="preserve"> </w:t>
            </w:r>
            <w:proofErr w:type="spellStart"/>
            <w:r>
              <w:t>рабочего</w:t>
            </w:r>
            <w:proofErr w:type="spellEnd"/>
            <w:r>
              <w:t xml:space="preserve"> </w:t>
            </w:r>
            <w:proofErr w:type="spellStart"/>
            <w:r>
              <w:t>места</w:t>
            </w:r>
            <w:proofErr w:type="spellEnd"/>
          </w:p>
        </w:tc>
      </w:tr>
      <w:tr w:rsidR="00975D4B" w:rsidTr="00DF7BEC">
        <w:trPr>
          <w:jc w:val="center"/>
        </w:trPr>
        <w:tc>
          <w:tcPr>
            <w:tcW w:w="3324" w:type="dxa"/>
          </w:tcPr>
          <w:p w:rsidR="00975D4B" w:rsidRDefault="00975D4B" w:rsidP="00DF7BEC">
            <w:proofErr w:type="spellStart"/>
            <w:r>
              <w:t>Доступ</w:t>
            </w:r>
            <w:proofErr w:type="spellEnd"/>
            <w:r>
              <w:t xml:space="preserve"> в </w:t>
            </w:r>
            <w:proofErr w:type="spellStart"/>
            <w:r>
              <w:t>Интернет</w:t>
            </w:r>
            <w:proofErr w:type="spellEnd"/>
          </w:p>
        </w:tc>
        <w:tc>
          <w:tcPr>
            <w:tcW w:w="3324" w:type="dxa"/>
          </w:tcPr>
          <w:p w:rsidR="00975D4B" w:rsidRDefault="00975D4B" w:rsidP="00DF7BEC">
            <w:r>
              <w:t>1</w:t>
            </w:r>
          </w:p>
        </w:tc>
        <w:tc>
          <w:tcPr>
            <w:tcW w:w="3324" w:type="dxa"/>
          </w:tcPr>
          <w:p w:rsidR="00975D4B" w:rsidRDefault="00975D4B" w:rsidP="00DF7BEC">
            <w:proofErr w:type="spellStart"/>
            <w:r>
              <w:t>При</w:t>
            </w:r>
            <w:proofErr w:type="spellEnd"/>
            <w:r>
              <w:t xml:space="preserve"> </w:t>
            </w:r>
            <w:proofErr w:type="spellStart"/>
            <w:r>
              <w:t>необходимости</w:t>
            </w:r>
            <w:proofErr w:type="spellEnd"/>
            <w:r>
              <w:t xml:space="preserve"> </w:t>
            </w:r>
            <w:proofErr w:type="spellStart"/>
            <w:r>
              <w:t>обновления</w:t>
            </w:r>
            <w:proofErr w:type="spellEnd"/>
            <w:r>
              <w:t xml:space="preserve"> </w:t>
            </w:r>
            <w:proofErr w:type="spellStart"/>
            <w:r>
              <w:t>материалов</w:t>
            </w:r>
            <w:proofErr w:type="spellEnd"/>
          </w:p>
        </w:tc>
      </w:tr>
    </w:tbl>
    <w:p w:rsidR="00B30376" w:rsidRDefault="00B30376" w:rsidP="002545B7">
      <w:pPr>
        <w:spacing w:after="0"/>
        <w:ind w:firstLine="709"/>
        <w:rPr>
          <w:b/>
        </w:rPr>
      </w:pPr>
    </w:p>
    <w:p w:rsidR="00975D4B" w:rsidRDefault="00975D4B" w:rsidP="002545B7">
      <w:pPr>
        <w:spacing w:after="0"/>
        <w:ind w:firstLine="709"/>
      </w:pPr>
      <w:proofErr w:type="spellStart"/>
      <w:r>
        <w:rPr>
          <w:b/>
        </w:rPr>
        <w:t>Используемое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программное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обеспечение</w:t>
      </w:r>
      <w:proofErr w:type="spellEnd"/>
      <w:r>
        <w:rPr>
          <w:b/>
        </w:rPr>
        <w:t>:</w:t>
      </w:r>
    </w:p>
    <w:p w:rsidR="00975D4B" w:rsidRPr="005B0439" w:rsidRDefault="002545B7" w:rsidP="002545B7">
      <w:pPr>
        <w:pStyle w:val="a0"/>
        <w:numPr>
          <w:ilvl w:val="0"/>
          <w:numId w:val="0"/>
        </w:numPr>
        <w:spacing w:after="0"/>
        <w:ind w:left="360" w:firstLine="709"/>
        <w:rPr>
          <w:lang w:val="ru-RU"/>
        </w:rPr>
      </w:pPr>
      <w:r>
        <w:rPr>
          <w:lang w:val="ru-RU"/>
        </w:rPr>
        <w:lastRenderedPageBreak/>
        <w:t xml:space="preserve">- </w:t>
      </w:r>
      <w:r w:rsidR="00975D4B">
        <w:t>Design</w:t>
      </w:r>
      <w:r w:rsidR="00975D4B" w:rsidRPr="005B0439">
        <w:rPr>
          <w:lang w:val="ru-RU"/>
        </w:rPr>
        <w:t xml:space="preserve"> </w:t>
      </w:r>
      <w:r w:rsidR="00975D4B">
        <w:t>Studio</w:t>
      </w:r>
      <w:r w:rsidR="00975D4B" w:rsidRPr="005B0439">
        <w:rPr>
          <w:lang w:val="ru-RU"/>
        </w:rPr>
        <w:t xml:space="preserve"> </w:t>
      </w:r>
      <w:r w:rsidR="00975D4B">
        <w:t>Pro</w:t>
      </w:r>
      <w:r w:rsidR="00975D4B" w:rsidRPr="005B0439">
        <w:rPr>
          <w:lang w:val="ru-RU"/>
        </w:rPr>
        <w:t xml:space="preserve"> (игровая </w:t>
      </w:r>
      <w:r>
        <w:rPr>
          <w:lang w:val="ru-RU"/>
        </w:rPr>
        <w:t xml:space="preserve">авторская интерактивная программа </w:t>
      </w:r>
      <w:r w:rsidR="00975D4B" w:rsidRPr="005B0439">
        <w:rPr>
          <w:lang w:val="ru-RU"/>
        </w:rPr>
        <w:t>профессиональная проба)</w:t>
      </w:r>
    </w:p>
    <w:p w:rsidR="00975D4B" w:rsidRPr="002545B7" w:rsidRDefault="002545B7" w:rsidP="002545B7">
      <w:pPr>
        <w:pStyle w:val="a0"/>
        <w:numPr>
          <w:ilvl w:val="0"/>
          <w:numId w:val="0"/>
        </w:numPr>
        <w:spacing w:after="0"/>
        <w:ind w:left="360" w:firstLine="709"/>
        <w:rPr>
          <w:lang w:val="ru-RU"/>
        </w:rPr>
      </w:pPr>
      <w:r>
        <w:rPr>
          <w:lang w:val="ru-RU"/>
        </w:rPr>
        <w:t xml:space="preserve">- </w:t>
      </w:r>
      <w:r w:rsidR="00975D4B" w:rsidRPr="002545B7">
        <w:rPr>
          <w:lang w:val="ru-RU"/>
        </w:rPr>
        <w:t xml:space="preserve">Операционная система </w:t>
      </w:r>
      <w:r w:rsidR="00975D4B">
        <w:t>Windows</w:t>
      </w:r>
    </w:p>
    <w:p w:rsidR="00975D4B" w:rsidRPr="002545B7" w:rsidRDefault="00975D4B" w:rsidP="002545B7">
      <w:pPr>
        <w:spacing w:after="0"/>
        <w:ind w:firstLine="709"/>
        <w:rPr>
          <w:lang w:val="ru-RU"/>
        </w:rPr>
      </w:pPr>
      <w:r w:rsidRPr="002545B7">
        <w:rPr>
          <w:b/>
          <w:lang w:val="ru-RU"/>
        </w:rPr>
        <w:t>7.3. Расходные и раздаточные материалы</w:t>
      </w:r>
    </w:p>
    <w:p w:rsidR="00975D4B" w:rsidRPr="00975D4B" w:rsidRDefault="002545B7" w:rsidP="002545B7">
      <w:pPr>
        <w:pStyle w:val="a0"/>
        <w:numPr>
          <w:ilvl w:val="0"/>
          <w:numId w:val="0"/>
        </w:numPr>
        <w:spacing w:after="0"/>
        <w:ind w:left="360" w:firstLine="709"/>
        <w:rPr>
          <w:lang w:val="ru-RU"/>
        </w:rPr>
      </w:pPr>
      <w:r>
        <w:rPr>
          <w:lang w:val="ru-RU"/>
        </w:rPr>
        <w:t xml:space="preserve">- </w:t>
      </w:r>
      <w:r w:rsidR="00975D4B" w:rsidRPr="00975D4B">
        <w:rPr>
          <w:lang w:val="ru-RU"/>
        </w:rPr>
        <w:t>Блокноты для записей (при необходимости);</w:t>
      </w:r>
    </w:p>
    <w:p w:rsidR="00975D4B" w:rsidRPr="002545B7" w:rsidRDefault="002545B7" w:rsidP="002545B7">
      <w:pPr>
        <w:pStyle w:val="a0"/>
        <w:numPr>
          <w:ilvl w:val="0"/>
          <w:numId w:val="0"/>
        </w:numPr>
        <w:spacing w:after="0"/>
        <w:ind w:left="360" w:firstLine="709"/>
        <w:rPr>
          <w:lang w:val="ru-RU"/>
        </w:rPr>
      </w:pPr>
      <w:r>
        <w:rPr>
          <w:lang w:val="ru-RU"/>
        </w:rPr>
        <w:t xml:space="preserve">- </w:t>
      </w:r>
      <w:r w:rsidR="00975D4B" w:rsidRPr="002545B7">
        <w:rPr>
          <w:lang w:val="ru-RU"/>
        </w:rPr>
        <w:t>Ручки или карандаши;</w:t>
      </w:r>
    </w:p>
    <w:p w:rsidR="00975D4B" w:rsidRPr="002545B7" w:rsidRDefault="002545B7" w:rsidP="002545B7">
      <w:pPr>
        <w:pStyle w:val="a0"/>
        <w:numPr>
          <w:ilvl w:val="0"/>
          <w:numId w:val="0"/>
        </w:numPr>
        <w:spacing w:after="0"/>
        <w:ind w:left="360" w:firstLine="709"/>
        <w:rPr>
          <w:lang w:val="ru-RU"/>
        </w:rPr>
      </w:pPr>
      <w:r>
        <w:rPr>
          <w:lang w:val="ru-RU"/>
        </w:rPr>
        <w:t xml:space="preserve">- </w:t>
      </w:r>
      <w:r w:rsidR="00975D4B" w:rsidRPr="002545B7">
        <w:rPr>
          <w:lang w:val="ru-RU"/>
        </w:rPr>
        <w:t>Сертификаты участников;</w:t>
      </w:r>
    </w:p>
    <w:p w:rsidR="00975D4B" w:rsidRPr="002545B7" w:rsidRDefault="002545B7" w:rsidP="002545B7">
      <w:pPr>
        <w:pStyle w:val="a0"/>
        <w:numPr>
          <w:ilvl w:val="0"/>
          <w:numId w:val="0"/>
        </w:numPr>
        <w:spacing w:after="0"/>
        <w:ind w:left="360" w:firstLine="709"/>
        <w:rPr>
          <w:lang w:val="ru-RU"/>
        </w:rPr>
      </w:pPr>
      <w:r>
        <w:rPr>
          <w:lang w:val="ru-RU"/>
        </w:rPr>
        <w:t xml:space="preserve">- </w:t>
      </w:r>
      <w:r w:rsidR="00975D4B" w:rsidRPr="002545B7">
        <w:rPr>
          <w:lang w:val="ru-RU"/>
        </w:rPr>
        <w:t>Инструкции для наставника;</w:t>
      </w:r>
    </w:p>
    <w:p w:rsidR="00975D4B" w:rsidRPr="002545B7" w:rsidRDefault="002545B7" w:rsidP="002545B7">
      <w:pPr>
        <w:pStyle w:val="a0"/>
        <w:numPr>
          <w:ilvl w:val="0"/>
          <w:numId w:val="0"/>
        </w:numPr>
        <w:spacing w:after="0"/>
        <w:ind w:left="360" w:firstLine="709"/>
        <w:rPr>
          <w:lang w:val="ru-RU"/>
        </w:rPr>
      </w:pPr>
      <w:r>
        <w:rPr>
          <w:lang w:val="ru-RU"/>
        </w:rPr>
        <w:t xml:space="preserve">- </w:t>
      </w:r>
      <w:r w:rsidR="00975D4B" w:rsidRPr="002545B7">
        <w:rPr>
          <w:lang w:val="ru-RU"/>
        </w:rPr>
        <w:t>Листы наблюдения и самооценки.</w:t>
      </w:r>
    </w:p>
    <w:p w:rsidR="00975D4B" w:rsidRPr="002545B7" w:rsidRDefault="00975D4B" w:rsidP="002545B7">
      <w:pPr>
        <w:spacing w:after="0"/>
        <w:ind w:firstLine="709"/>
        <w:rPr>
          <w:lang w:val="ru-RU"/>
        </w:rPr>
      </w:pPr>
      <w:r w:rsidRPr="002545B7">
        <w:rPr>
          <w:b/>
          <w:lang w:val="ru-RU"/>
        </w:rPr>
        <w:t>7.4. Подготовка рабочих мест</w:t>
      </w:r>
    </w:p>
    <w:p w:rsidR="00975D4B" w:rsidRPr="00975D4B" w:rsidRDefault="00975D4B" w:rsidP="002545B7">
      <w:pPr>
        <w:spacing w:after="0"/>
        <w:ind w:firstLine="709"/>
        <w:rPr>
          <w:lang w:val="ru-RU"/>
        </w:rPr>
      </w:pPr>
      <w:r w:rsidRPr="00975D4B">
        <w:rPr>
          <w:lang w:val="ru-RU"/>
        </w:rPr>
        <w:t xml:space="preserve">До начала профессиональной пробы необходимо проверить работоспособность оборудования, запустить игру </w:t>
      </w:r>
      <w:r>
        <w:t>Design</w:t>
      </w:r>
      <w:r w:rsidRPr="00975D4B">
        <w:rPr>
          <w:lang w:val="ru-RU"/>
        </w:rPr>
        <w:t xml:space="preserve"> </w:t>
      </w:r>
      <w:r>
        <w:t>Studio</w:t>
      </w:r>
      <w:r w:rsidRPr="00975D4B">
        <w:rPr>
          <w:lang w:val="ru-RU"/>
        </w:rPr>
        <w:t xml:space="preserve"> </w:t>
      </w:r>
      <w:r>
        <w:t>Pro</w:t>
      </w:r>
      <w:r w:rsidRPr="00975D4B">
        <w:rPr>
          <w:lang w:val="ru-RU"/>
        </w:rPr>
        <w:t xml:space="preserve"> на каждом компьютере, протестировать проектор, подготовить сертификаты и оценочные материалы.</w:t>
      </w:r>
    </w:p>
    <w:p w:rsidR="00975D4B" w:rsidRDefault="00975D4B" w:rsidP="002545B7">
      <w:pPr>
        <w:spacing w:after="0"/>
        <w:ind w:firstLine="709"/>
      </w:pPr>
      <w:proofErr w:type="spellStart"/>
      <w:r>
        <w:rPr>
          <w:b/>
        </w:rPr>
        <w:t>Схема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размещения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участников</w:t>
      </w:r>
      <w:proofErr w:type="spellEnd"/>
    </w:p>
    <w:tbl>
      <w:tblPr>
        <w:tblStyle w:val="aff0"/>
        <w:tblW w:w="0" w:type="auto"/>
        <w:jc w:val="center"/>
        <w:tblLook w:val="04A0"/>
      </w:tblPr>
      <w:tblGrid>
        <w:gridCol w:w="1995"/>
        <w:gridCol w:w="1995"/>
        <w:gridCol w:w="1995"/>
        <w:gridCol w:w="1995"/>
        <w:gridCol w:w="1995"/>
      </w:tblGrid>
      <w:tr w:rsidR="00975D4B" w:rsidTr="00DF7BEC">
        <w:trPr>
          <w:jc w:val="center"/>
        </w:trPr>
        <w:tc>
          <w:tcPr>
            <w:tcW w:w="1995" w:type="dxa"/>
          </w:tcPr>
          <w:p w:rsidR="00975D4B" w:rsidRDefault="00975D4B" w:rsidP="00DF7BEC"/>
        </w:tc>
        <w:tc>
          <w:tcPr>
            <w:tcW w:w="1995" w:type="dxa"/>
          </w:tcPr>
          <w:p w:rsidR="00975D4B" w:rsidRDefault="00975D4B" w:rsidP="00DF7BEC"/>
        </w:tc>
        <w:tc>
          <w:tcPr>
            <w:tcW w:w="1995" w:type="dxa"/>
          </w:tcPr>
          <w:p w:rsidR="00975D4B" w:rsidRDefault="00975D4B" w:rsidP="00DF7BEC">
            <w:proofErr w:type="spellStart"/>
            <w:r>
              <w:t>Экран</w:t>
            </w:r>
            <w:proofErr w:type="spellEnd"/>
            <w:r>
              <w:t xml:space="preserve"> / </w:t>
            </w:r>
            <w:proofErr w:type="spellStart"/>
            <w:r>
              <w:t>Проектор</w:t>
            </w:r>
            <w:proofErr w:type="spellEnd"/>
          </w:p>
        </w:tc>
        <w:tc>
          <w:tcPr>
            <w:tcW w:w="1995" w:type="dxa"/>
          </w:tcPr>
          <w:p w:rsidR="00975D4B" w:rsidRDefault="00975D4B" w:rsidP="00DF7BEC"/>
        </w:tc>
        <w:tc>
          <w:tcPr>
            <w:tcW w:w="1995" w:type="dxa"/>
          </w:tcPr>
          <w:p w:rsidR="00975D4B" w:rsidRDefault="00975D4B" w:rsidP="00DF7BEC"/>
        </w:tc>
      </w:tr>
      <w:tr w:rsidR="00975D4B" w:rsidTr="00DF7BEC">
        <w:trPr>
          <w:jc w:val="center"/>
        </w:trPr>
        <w:tc>
          <w:tcPr>
            <w:tcW w:w="1995" w:type="dxa"/>
          </w:tcPr>
          <w:p w:rsidR="00975D4B" w:rsidRDefault="00975D4B" w:rsidP="00DF7BEC">
            <w:r>
              <w:t>ПК1</w:t>
            </w:r>
          </w:p>
        </w:tc>
        <w:tc>
          <w:tcPr>
            <w:tcW w:w="1995" w:type="dxa"/>
          </w:tcPr>
          <w:p w:rsidR="00975D4B" w:rsidRDefault="00975D4B" w:rsidP="00DF7BEC">
            <w:r>
              <w:t>ПК2</w:t>
            </w:r>
          </w:p>
        </w:tc>
        <w:tc>
          <w:tcPr>
            <w:tcW w:w="1995" w:type="dxa"/>
          </w:tcPr>
          <w:p w:rsidR="00975D4B" w:rsidRDefault="00975D4B" w:rsidP="00DF7BEC">
            <w:r>
              <w:t>ПК3</w:t>
            </w:r>
          </w:p>
        </w:tc>
        <w:tc>
          <w:tcPr>
            <w:tcW w:w="1995" w:type="dxa"/>
          </w:tcPr>
          <w:p w:rsidR="00975D4B" w:rsidRDefault="00975D4B" w:rsidP="00DF7BEC">
            <w:r>
              <w:t>ПК4</w:t>
            </w:r>
          </w:p>
        </w:tc>
        <w:tc>
          <w:tcPr>
            <w:tcW w:w="1995" w:type="dxa"/>
          </w:tcPr>
          <w:p w:rsidR="00975D4B" w:rsidRDefault="00975D4B" w:rsidP="00DF7BEC">
            <w:r>
              <w:t>ПК5</w:t>
            </w:r>
          </w:p>
        </w:tc>
      </w:tr>
      <w:tr w:rsidR="00975D4B" w:rsidTr="00DF7BEC">
        <w:trPr>
          <w:jc w:val="center"/>
        </w:trPr>
        <w:tc>
          <w:tcPr>
            <w:tcW w:w="1995" w:type="dxa"/>
          </w:tcPr>
          <w:p w:rsidR="00975D4B" w:rsidRDefault="00975D4B" w:rsidP="00DF7BEC">
            <w:r>
              <w:t>ПК6</w:t>
            </w:r>
          </w:p>
        </w:tc>
        <w:tc>
          <w:tcPr>
            <w:tcW w:w="1995" w:type="dxa"/>
          </w:tcPr>
          <w:p w:rsidR="00975D4B" w:rsidRDefault="00975D4B" w:rsidP="00DF7BEC">
            <w:r>
              <w:t>ПК7</w:t>
            </w:r>
          </w:p>
        </w:tc>
        <w:tc>
          <w:tcPr>
            <w:tcW w:w="1995" w:type="dxa"/>
          </w:tcPr>
          <w:p w:rsidR="00975D4B" w:rsidRDefault="00975D4B" w:rsidP="00DF7BEC">
            <w:r>
              <w:t>ПК8</w:t>
            </w:r>
          </w:p>
        </w:tc>
        <w:tc>
          <w:tcPr>
            <w:tcW w:w="1995" w:type="dxa"/>
          </w:tcPr>
          <w:p w:rsidR="00975D4B" w:rsidRDefault="00975D4B" w:rsidP="00DF7BEC">
            <w:r>
              <w:t>ПК9</w:t>
            </w:r>
          </w:p>
        </w:tc>
        <w:tc>
          <w:tcPr>
            <w:tcW w:w="1995" w:type="dxa"/>
          </w:tcPr>
          <w:p w:rsidR="00975D4B" w:rsidRDefault="00975D4B" w:rsidP="00DF7BEC">
            <w:r>
              <w:t>ПК10</w:t>
            </w:r>
          </w:p>
        </w:tc>
      </w:tr>
      <w:tr w:rsidR="00975D4B" w:rsidTr="00DF7BEC">
        <w:trPr>
          <w:jc w:val="center"/>
        </w:trPr>
        <w:tc>
          <w:tcPr>
            <w:tcW w:w="1995" w:type="dxa"/>
          </w:tcPr>
          <w:p w:rsidR="00975D4B" w:rsidRDefault="00975D4B" w:rsidP="00DF7BEC"/>
        </w:tc>
        <w:tc>
          <w:tcPr>
            <w:tcW w:w="1995" w:type="dxa"/>
          </w:tcPr>
          <w:p w:rsidR="00975D4B" w:rsidRDefault="00975D4B" w:rsidP="00DF7BEC"/>
        </w:tc>
        <w:tc>
          <w:tcPr>
            <w:tcW w:w="1995" w:type="dxa"/>
          </w:tcPr>
          <w:p w:rsidR="00975D4B" w:rsidRDefault="00975D4B" w:rsidP="00DF7BEC">
            <w:proofErr w:type="spellStart"/>
            <w:r>
              <w:t>Стол</w:t>
            </w:r>
            <w:proofErr w:type="spellEnd"/>
            <w:r>
              <w:t xml:space="preserve"> </w:t>
            </w:r>
            <w:proofErr w:type="spellStart"/>
            <w:r>
              <w:t>наставника</w:t>
            </w:r>
            <w:proofErr w:type="spellEnd"/>
          </w:p>
        </w:tc>
        <w:tc>
          <w:tcPr>
            <w:tcW w:w="1995" w:type="dxa"/>
          </w:tcPr>
          <w:p w:rsidR="00975D4B" w:rsidRDefault="00975D4B" w:rsidP="00DF7BEC"/>
        </w:tc>
        <w:tc>
          <w:tcPr>
            <w:tcW w:w="1995" w:type="dxa"/>
          </w:tcPr>
          <w:p w:rsidR="00975D4B" w:rsidRDefault="00975D4B" w:rsidP="00DF7BEC"/>
        </w:tc>
      </w:tr>
    </w:tbl>
    <w:p w:rsidR="002545B7" w:rsidRPr="002545B7" w:rsidRDefault="002545B7" w:rsidP="00B30376">
      <w:pPr>
        <w:jc w:val="center"/>
        <w:rPr>
          <w:lang w:val="ru-RU"/>
        </w:rPr>
      </w:pPr>
      <w:r>
        <w:rPr>
          <w:rFonts w:eastAsia="Arial Unicode MS" w:cs="Times New Roman"/>
          <w:noProof/>
          <w:color w:val="000000" w:themeColor="text1"/>
          <w:sz w:val="24"/>
          <w:szCs w:val="24"/>
          <w:bdr w:val="nil"/>
          <w:lang w:val="ru-RU" w:eastAsia="ru-RU"/>
        </w:rPr>
        <w:drawing>
          <wp:inline distT="0" distB="0" distL="0" distR="0">
            <wp:extent cx="3572724" cy="1607820"/>
            <wp:effectExtent l="0" t="0" r="8890" b="0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G_20260610_131713.jpg"/>
                    <pic:cNvPicPr/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1938" cy="16884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30376" w:rsidRDefault="00B30376" w:rsidP="00B30376">
      <w:pPr>
        <w:jc w:val="center"/>
        <w:rPr>
          <w:b/>
          <w:szCs w:val="28"/>
          <w:lang w:val="ru-RU"/>
        </w:rPr>
      </w:pPr>
      <w:r>
        <w:rPr>
          <w:rFonts w:eastAsia="Arial Unicode MS" w:cs="Times New Roman"/>
          <w:noProof/>
          <w:color w:val="000000" w:themeColor="text1"/>
          <w:sz w:val="24"/>
          <w:szCs w:val="24"/>
          <w:bdr w:val="nil"/>
          <w:lang w:val="ru-RU" w:eastAsia="ru-RU"/>
        </w:rPr>
        <w:drawing>
          <wp:inline distT="0" distB="0" distL="0" distR="0">
            <wp:extent cx="3573780" cy="1608296"/>
            <wp:effectExtent l="0" t="0" r="7620" b="0"/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G_20260610_131729.jpg"/>
                    <pic:cNvPicPr/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09114" cy="1669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B0439" w:rsidRPr="00B30376" w:rsidRDefault="005B0439" w:rsidP="00B30376">
      <w:pPr>
        <w:jc w:val="center"/>
        <w:rPr>
          <w:b/>
          <w:szCs w:val="28"/>
          <w:lang w:val="ru-RU"/>
        </w:rPr>
      </w:pPr>
      <w:r w:rsidRPr="002545B7">
        <w:rPr>
          <w:b/>
          <w:szCs w:val="28"/>
          <w:lang w:val="ru-RU"/>
        </w:rPr>
        <w:t>8. ЗАКЛЮЧЕНИЕ</w:t>
      </w:r>
    </w:p>
    <w:p w:rsidR="005B0439" w:rsidRPr="005B0439" w:rsidRDefault="005B0439" w:rsidP="002545B7">
      <w:pPr>
        <w:ind w:firstLine="709"/>
        <w:rPr>
          <w:lang w:val="ru-RU"/>
        </w:rPr>
      </w:pPr>
      <w:r w:rsidRPr="005B0439">
        <w:rPr>
          <w:lang w:val="ru-RU"/>
        </w:rPr>
        <w:lastRenderedPageBreak/>
        <w:t xml:space="preserve">Разработанная программа профессиональной пробы «Графический дизайнер» создана в соответствии с задачами Единой модели профориентации и проекта «Билет в будущее». Основной особенностью программы является использование авторской интерактивной игры </w:t>
      </w:r>
      <w:r>
        <w:t>Design</w:t>
      </w:r>
      <w:r w:rsidRPr="005B0439">
        <w:rPr>
          <w:lang w:val="ru-RU"/>
        </w:rPr>
        <w:t xml:space="preserve"> </w:t>
      </w:r>
      <w:r>
        <w:t>Studio</w:t>
      </w:r>
      <w:r w:rsidRPr="005B0439">
        <w:rPr>
          <w:lang w:val="ru-RU"/>
        </w:rPr>
        <w:t xml:space="preserve"> </w:t>
      </w:r>
      <w:r>
        <w:t>Pro</w:t>
      </w:r>
      <w:r w:rsidRPr="005B0439">
        <w:rPr>
          <w:lang w:val="ru-RU"/>
        </w:rPr>
        <w:t xml:space="preserve">, позволяющей познакомить школьников с профессией через активное участие, решение практических задач и элементы </w:t>
      </w:r>
      <w:proofErr w:type="spellStart"/>
      <w:r w:rsidRPr="005B0439">
        <w:rPr>
          <w:lang w:val="ru-RU"/>
        </w:rPr>
        <w:t>геймификации</w:t>
      </w:r>
      <w:proofErr w:type="spellEnd"/>
      <w:r w:rsidRPr="005B0439">
        <w:rPr>
          <w:lang w:val="ru-RU"/>
        </w:rPr>
        <w:t>.</w:t>
      </w:r>
    </w:p>
    <w:p w:rsidR="005B0439" w:rsidRPr="005B0439" w:rsidRDefault="005B0439" w:rsidP="002545B7">
      <w:pPr>
        <w:ind w:firstLine="709"/>
        <w:rPr>
          <w:lang w:val="ru-RU"/>
        </w:rPr>
      </w:pPr>
      <w:r w:rsidRPr="005B0439">
        <w:rPr>
          <w:lang w:val="ru-RU"/>
        </w:rPr>
        <w:t xml:space="preserve">В отличие от традиционных мастер-классов участники не являются пассивными слушателями. Они последовательно проходят игровые этапы, анализируют дизайнерские решения, изучают основы композиции, цвета и </w:t>
      </w:r>
      <w:proofErr w:type="spellStart"/>
      <w:r w:rsidRPr="005B0439">
        <w:rPr>
          <w:lang w:val="ru-RU"/>
        </w:rPr>
        <w:t>типографики</w:t>
      </w:r>
      <w:proofErr w:type="spellEnd"/>
      <w:r w:rsidRPr="005B0439">
        <w:rPr>
          <w:lang w:val="ru-RU"/>
        </w:rPr>
        <w:t>, выполняют практические миссии и получают персональный результат.</w:t>
      </w:r>
    </w:p>
    <w:p w:rsidR="005B0439" w:rsidRPr="005B0439" w:rsidRDefault="005B0439" w:rsidP="002545B7">
      <w:pPr>
        <w:spacing w:after="0"/>
        <w:ind w:firstLine="709"/>
        <w:rPr>
          <w:lang w:val="ru-RU"/>
        </w:rPr>
      </w:pPr>
      <w:r w:rsidRPr="005B0439">
        <w:rPr>
          <w:lang w:val="ru-RU"/>
        </w:rPr>
        <w:t>Использование игровых технологий способствует повышению мотивации, развитию творческого мышления, визуальной грамотности, коммуникативных навыков и осознанному профессиональному самоопределению.</w:t>
      </w:r>
    </w:p>
    <w:p w:rsidR="005B0439" w:rsidRPr="00AD3CD8" w:rsidRDefault="005B0439" w:rsidP="002545B7">
      <w:pPr>
        <w:spacing w:after="0"/>
        <w:ind w:firstLine="709"/>
        <w:rPr>
          <w:lang w:val="ru-RU"/>
        </w:rPr>
      </w:pPr>
      <w:r w:rsidRPr="00AD3CD8">
        <w:rPr>
          <w:b/>
          <w:lang w:val="ru-RU"/>
        </w:rPr>
        <w:t>Ожидаемые результаты реализации программы</w:t>
      </w:r>
    </w:p>
    <w:p w:rsidR="005B0439" w:rsidRPr="005B0439" w:rsidRDefault="002545B7" w:rsidP="002545B7">
      <w:pPr>
        <w:pStyle w:val="a0"/>
        <w:numPr>
          <w:ilvl w:val="0"/>
          <w:numId w:val="0"/>
        </w:numPr>
        <w:spacing w:after="0"/>
        <w:ind w:left="1069"/>
        <w:rPr>
          <w:lang w:val="ru-RU"/>
        </w:rPr>
      </w:pPr>
      <w:r>
        <w:rPr>
          <w:lang w:val="ru-RU"/>
        </w:rPr>
        <w:t xml:space="preserve">- </w:t>
      </w:r>
      <w:r w:rsidR="005B0439" w:rsidRPr="005B0439">
        <w:rPr>
          <w:lang w:val="ru-RU"/>
        </w:rPr>
        <w:t xml:space="preserve">повышение интереса школьников к профессиям </w:t>
      </w:r>
      <w:proofErr w:type="spellStart"/>
      <w:r w:rsidR="005B0439" w:rsidRPr="005B0439">
        <w:rPr>
          <w:lang w:val="ru-RU"/>
        </w:rPr>
        <w:t>креативных</w:t>
      </w:r>
      <w:proofErr w:type="spellEnd"/>
      <w:r w:rsidR="005B0439" w:rsidRPr="005B0439">
        <w:rPr>
          <w:lang w:val="ru-RU"/>
        </w:rPr>
        <w:t xml:space="preserve"> индустрий;</w:t>
      </w:r>
    </w:p>
    <w:p w:rsidR="005B0439" w:rsidRPr="005B0439" w:rsidRDefault="002545B7" w:rsidP="002545B7">
      <w:pPr>
        <w:pStyle w:val="a0"/>
        <w:numPr>
          <w:ilvl w:val="0"/>
          <w:numId w:val="0"/>
        </w:numPr>
        <w:spacing w:after="0"/>
        <w:ind w:left="1069"/>
        <w:rPr>
          <w:lang w:val="ru-RU"/>
        </w:rPr>
      </w:pPr>
      <w:r>
        <w:rPr>
          <w:lang w:val="ru-RU"/>
        </w:rPr>
        <w:t xml:space="preserve">- </w:t>
      </w:r>
      <w:r w:rsidR="005B0439" w:rsidRPr="005B0439">
        <w:rPr>
          <w:lang w:val="ru-RU"/>
        </w:rPr>
        <w:t>формирование базовых представлений о графическом дизайне;</w:t>
      </w:r>
    </w:p>
    <w:p w:rsidR="005B0439" w:rsidRPr="005B0439" w:rsidRDefault="002545B7" w:rsidP="002545B7">
      <w:pPr>
        <w:pStyle w:val="a0"/>
        <w:numPr>
          <w:ilvl w:val="0"/>
          <w:numId w:val="0"/>
        </w:numPr>
        <w:spacing w:after="0"/>
        <w:ind w:left="1069"/>
        <w:rPr>
          <w:lang w:val="ru-RU"/>
        </w:rPr>
      </w:pPr>
      <w:r>
        <w:rPr>
          <w:lang w:val="ru-RU"/>
        </w:rPr>
        <w:t xml:space="preserve">- </w:t>
      </w:r>
      <w:r w:rsidR="005B0439" w:rsidRPr="005B0439">
        <w:rPr>
          <w:lang w:val="ru-RU"/>
        </w:rPr>
        <w:t>развитие навыков анализа визуальной информации;</w:t>
      </w:r>
    </w:p>
    <w:p w:rsidR="0046659D" w:rsidRDefault="002545B7" w:rsidP="0046659D">
      <w:pPr>
        <w:pStyle w:val="a0"/>
        <w:numPr>
          <w:ilvl w:val="0"/>
          <w:numId w:val="0"/>
        </w:numPr>
        <w:spacing w:after="0"/>
        <w:ind w:left="1069"/>
        <w:rPr>
          <w:lang w:val="ru-RU"/>
        </w:rPr>
      </w:pPr>
      <w:r>
        <w:rPr>
          <w:lang w:val="ru-RU"/>
        </w:rPr>
        <w:t xml:space="preserve">- </w:t>
      </w:r>
      <w:r w:rsidR="005B0439" w:rsidRPr="005B0439">
        <w:rPr>
          <w:lang w:val="ru-RU"/>
        </w:rPr>
        <w:t>осознанный выбор дальнейшей образовательной траектории;</w:t>
      </w:r>
    </w:p>
    <w:p w:rsidR="005B0439" w:rsidRPr="005B0439" w:rsidRDefault="002545B7" w:rsidP="0046659D">
      <w:pPr>
        <w:pStyle w:val="a0"/>
        <w:numPr>
          <w:ilvl w:val="0"/>
          <w:numId w:val="0"/>
        </w:numPr>
        <w:spacing w:after="0"/>
        <w:ind w:left="1069"/>
        <w:rPr>
          <w:lang w:val="ru-RU"/>
        </w:rPr>
      </w:pPr>
      <w:r>
        <w:rPr>
          <w:lang w:val="ru-RU"/>
        </w:rPr>
        <w:t xml:space="preserve">- </w:t>
      </w:r>
      <w:r w:rsidR="005B0439" w:rsidRPr="005B0439">
        <w:rPr>
          <w:lang w:val="ru-RU"/>
        </w:rPr>
        <w:t xml:space="preserve">распространение современных игровых форм </w:t>
      </w:r>
      <w:proofErr w:type="spellStart"/>
      <w:r w:rsidR="005B0439" w:rsidRPr="005B0439">
        <w:rPr>
          <w:lang w:val="ru-RU"/>
        </w:rPr>
        <w:t>профориентационной</w:t>
      </w:r>
      <w:proofErr w:type="spellEnd"/>
      <w:r w:rsidR="005B0439" w:rsidRPr="005B0439">
        <w:rPr>
          <w:lang w:val="ru-RU"/>
        </w:rPr>
        <w:t xml:space="preserve"> работы.</w:t>
      </w:r>
    </w:p>
    <w:p w:rsidR="005B0439" w:rsidRPr="005B0439" w:rsidRDefault="005B0439" w:rsidP="002545B7">
      <w:pPr>
        <w:spacing w:after="0"/>
        <w:ind w:hanging="360"/>
        <w:jc w:val="center"/>
        <w:rPr>
          <w:lang w:val="ru-RU"/>
        </w:rPr>
      </w:pPr>
      <w:r w:rsidRPr="005B0439">
        <w:rPr>
          <w:b/>
          <w:lang w:val="ru-RU"/>
        </w:rPr>
        <w:t>Перспективы развития программы</w:t>
      </w:r>
    </w:p>
    <w:p w:rsidR="005B0439" w:rsidRDefault="005B0439" w:rsidP="002545B7">
      <w:pPr>
        <w:spacing w:after="0"/>
        <w:ind w:firstLine="709"/>
        <w:rPr>
          <w:lang w:val="ru-RU"/>
        </w:rPr>
      </w:pPr>
      <w:r w:rsidRPr="005B0439">
        <w:rPr>
          <w:lang w:val="ru-RU"/>
        </w:rPr>
        <w:t xml:space="preserve">В дальнейшем программа может быть дополнена новыми игровыми миссиями, использованием технологий искусственного интеллекта, </w:t>
      </w:r>
      <w:proofErr w:type="spellStart"/>
      <w:r w:rsidRPr="005B0439">
        <w:rPr>
          <w:lang w:val="ru-RU"/>
        </w:rPr>
        <w:t>онлайн-режимом</w:t>
      </w:r>
      <w:proofErr w:type="spellEnd"/>
      <w:r w:rsidRPr="005B0439">
        <w:rPr>
          <w:lang w:val="ru-RU"/>
        </w:rPr>
        <w:t xml:space="preserve"> прохождения, системой индивидуальной аналитики результатов и расширением перечня профессиональных направлений в сфере дизайна.</w:t>
      </w:r>
    </w:p>
    <w:p w:rsidR="0046659D" w:rsidRPr="005B0439" w:rsidRDefault="0046659D" w:rsidP="002545B7">
      <w:pPr>
        <w:spacing w:after="0"/>
        <w:ind w:firstLine="709"/>
        <w:rPr>
          <w:lang w:val="ru-RU"/>
        </w:rPr>
      </w:pPr>
    </w:p>
    <w:p w:rsidR="00B30376" w:rsidRDefault="00B30376" w:rsidP="002545B7">
      <w:pPr>
        <w:jc w:val="center"/>
        <w:rPr>
          <w:b/>
          <w:szCs w:val="28"/>
          <w:lang w:val="ru-RU"/>
        </w:rPr>
      </w:pPr>
    </w:p>
    <w:p w:rsidR="00B30376" w:rsidRDefault="00B30376" w:rsidP="002545B7">
      <w:pPr>
        <w:jc w:val="center"/>
        <w:rPr>
          <w:b/>
          <w:szCs w:val="28"/>
          <w:lang w:val="ru-RU"/>
        </w:rPr>
      </w:pPr>
    </w:p>
    <w:p w:rsidR="00B30376" w:rsidRDefault="00B30376" w:rsidP="002545B7">
      <w:pPr>
        <w:jc w:val="center"/>
        <w:rPr>
          <w:b/>
          <w:szCs w:val="28"/>
          <w:lang w:val="ru-RU"/>
        </w:rPr>
      </w:pPr>
    </w:p>
    <w:p w:rsidR="00B30376" w:rsidRDefault="00B30376" w:rsidP="002545B7">
      <w:pPr>
        <w:jc w:val="center"/>
        <w:rPr>
          <w:b/>
          <w:szCs w:val="28"/>
          <w:lang w:val="ru-RU"/>
        </w:rPr>
      </w:pPr>
    </w:p>
    <w:p w:rsidR="00B30376" w:rsidRDefault="00B30376" w:rsidP="002545B7">
      <w:pPr>
        <w:jc w:val="center"/>
        <w:rPr>
          <w:b/>
          <w:szCs w:val="28"/>
          <w:lang w:val="ru-RU"/>
        </w:rPr>
      </w:pPr>
    </w:p>
    <w:p w:rsidR="005B0439" w:rsidRPr="002545B7" w:rsidRDefault="005B0439" w:rsidP="002545B7">
      <w:pPr>
        <w:jc w:val="center"/>
        <w:rPr>
          <w:szCs w:val="28"/>
          <w:lang w:val="ru-RU"/>
        </w:rPr>
      </w:pPr>
      <w:r w:rsidRPr="002545B7">
        <w:rPr>
          <w:b/>
          <w:szCs w:val="28"/>
          <w:lang w:val="ru-RU"/>
        </w:rPr>
        <w:t>СПИСОК ИСПОЛЬЗОВАННЫХ ИСТОЧНИКОВ</w:t>
      </w:r>
    </w:p>
    <w:p w:rsidR="00B80422" w:rsidRPr="00B80422" w:rsidRDefault="00B80422" w:rsidP="00B80422">
      <w:pPr>
        <w:pStyle w:val="ae"/>
        <w:numPr>
          <w:ilvl w:val="0"/>
          <w:numId w:val="11"/>
        </w:numPr>
        <w:spacing w:after="0"/>
        <w:ind w:left="0" w:firstLine="709"/>
        <w:rPr>
          <w:lang w:val="ru-RU"/>
        </w:rPr>
      </w:pPr>
      <w:r w:rsidRPr="00B80422">
        <w:rPr>
          <w:lang w:val="ru-RU"/>
        </w:rPr>
        <w:lastRenderedPageBreak/>
        <w:t>Федеральный закон Российской Федерации от 29.12.2012 № 273-ФЗ «Об образовании в Российской Федерации».</w:t>
      </w:r>
    </w:p>
    <w:p w:rsidR="00B80422" w:rsidRPr="00B80422" w:rsidRDefault="00B80422" w:rsidP="00B80422">
      <w:pPr>
        <w:pStyle w:val="ae"/>
        <w:numPr>
          <w:ilvl w:val="0"/>
          <w:numId w:val="11"/>
        </w:numPr>
        <w:spacing w:after="0"/>
        <w:ind w:left="0" w:firstLine="709"/>
        <w:rPr>
          <w:lang w:val="ru-RU"/>
        </w:rPr>
      </w:pPr>
      <w:r w:rsidRPr="00B80422">
        <w:rPr>
          <w:lang w:val="ru-RU"/>
        </w:rPr>
        <w:t>Указ Президента Российской Федерации «О национальных целях развития Российской Федерации на период до 2030 года».</w:t>
      </w:r>
    </w:p>
    <w:p w:rsidR="00B80422" w:rsidRPr="00B80422" w:rsidRDefault="00B80422" w:rsidP="00B80422">
      <w:pPr>
        <w:pStyle w:val="ae"/>
        <w:numPr>
          <w:ilvl w:val="0"/>
          <w:numId w:val="11"/>
        </w:numPr>
        <w:spacing w:after="0"/>
        <w:ind w:left="0" w:firstLine="709"/>
        <w:rPr>
          <w:lang w:val="ru-RU"/>
        </w:rPr>
      </w:pPr>
      <w:r w:rsidRPr="00B80422">
        <w:rPr>
          <w:lang w:val="ru-RU"/>
        </w:rPr>
        <w:t>Национальный проект «Молодёжь и дети».</w:t>
      </w:r>
    </w:p>
    <w:p w:rsidR="00B80422" w:rsidRPr="00B80422" w:rsidRDefault="00B80422" w:rsidP="00B80422">
      <w:pPr>
        <w:pStyle w:val="ae"/>
        <w:numPr>
          <w:ilvl w:val="0"/>
          <w:numId w:val="11"/>
        </w:numPr>
        <w:spacing w:after="0"/>
        <w:ind w:left="0" w:firstLine="709"/>
        <w:rPr>
          <w:lang w:val="ru-RU"/>
        </w:rPr>
      </w:pPr>
      <w:r w:rsidRPr="00B80422">
        <w:rPr>
          <w:lang w:val="ru-RU"/>
        </w:rPr>
        <w:t xml:space="preserve">Единая модель профессиональной ориентации </w:t>
      </w:r>
      <w:proofErr w:type="gramStart"/>
      <w:r w:rsidRPr="00B80422">
        <w:rPr>
          <w:lang w:val="ru-RU"/>
        </w:rPr>
        <w:t>обучающихся</w:t>
      </w:r>
      <w:proofErr w:type="gramEnd"/>
      <w:r w:rsidRPr="00B80422">
        <w:rPr>
          <w:lang w:val="ru-RU"/>
        </w:rPr>
        <w:t xml:space="preserve"> «Билет в будущее». Методические материалы.</w:t>
      </w:r>
    </w:p>
    <w:p w:rsidR="00B80422" w:rsidRPr="00B80422" w:rsidRDefault="00B80422" w:rsidP="00B80422">
      <w:pPr>
        <w:pStyle w:val="ae"/>
        <w:numPr>
          <w:ilvl w:val="0"/>
          <w:numId w:val="11"/>
        </w:numPr>
        <w:spacing w:after="0"/>
        <w:ind w:left="0" w:firstLine="709"/>
        <w:rPr>
          <w:lang w:val="ru-RU"/>
        </w:rPr>
      </w:pPr>
      <w:r w:rsidRPr="00B80422">
        <w:rPr>
          <w:lang w:val="ru-RU"/>
        </w:rPr>
        <w:t>Порядок отбора площадок проекта «Билет в будущее» (актуальная редакция).</w:t>
      </w:r>
    </w:p>
    <w:p w:rsidR="00B80422" w:rsidRPr="00B80422" w:rsidRDefault="00B80422" w:rsidP="00B80422">
      <w:pPr>
        <w:pStyle w:val="ae"/>
        <w:numPr>
          <w:ilvl w:val="0"/>
          <w:numId w:val="11"/>
        </w:numPr>
        <w:spacing w:after="0"/>
        <w:ind w:left="0" w:firstLine="709"/>
        <w:rPr>
          <w:lang w:val="ru-RU"/>
        </w:rPr>
      </w:pPr>
      <w:r w:rsidRPr="00B80422">
        <w:rPr>
          <w:lang w:val="ru-RU"/>
        </w:rPr>
        <w:t>Федеральный государственный образовательный стандарт среднего профессионального образования по профессии 54.01.20 «Графический дизайнер».</w:t>
      </w:r>
    </w:p>
    <w:p w:rsidR="00B80422" w:rsidRPr="00B80422" w:rsidRDefault="00B80422" w:rsidP="00B80422">
      <w:pPr>
        <w:pStyle w:val="ae"/>
        <w:numPr>
          <w:ilvl w:val="0"/>
          <w:numId w:val="11"/>
        </w:numPr>
        <w:spacing w:after="0"/>
        <w:ind w:left="0" w:firstLine="709"/>
        <w:rPr>
          <w:lang w:val="ru-RU"/>
        </w:rPr>
      </w:pPr>
      <w:r w:rsidRPr="00B80422">
        <w:rPr>
          <w:lang w:val="ru-RU"/>
        </w:rPr>
        <w:t>Федеральный государственный образовательный стандарт основного общего образования.</w:t>
      </w:r>
    </w:p>
    <w:p w:rsidR="00B80422" w:rsidRPr="00B80422" w:rsidRDefault="00B80422" w:rsidP="00B80422">
      <w:pPr>
        <w:pStyle w:val="ae"/>
        <w:numPr>
          <w:ilvl w:val="0"/>
          <w:numId w:val="11"/>
        </w:numPr>
        <w:spacing w:after="0"/>
        <w:ind w:left="0" w:firstLine="709"/>
        <w:rPr>
          <w:lang w:val="ru-RU"/>
        </w:rPr>
      </w:pPr>
      <w:r w:rsidRPr="00B80422">
        <w:rPr>
          <w:lang w:val="ru-RU"/>
        </w:rPr>
        <w:t>Концепция преподавания предметной области «Искусство» в Российской Федерации.</w:t>
      </w:r>
    </w:p>
    <w:p w:rsidR="00B80422" w:rsidRPr="00B80422" w:rsidRDefault="00B80422" w:rsidP="00B80422">
      <w:pPr>
        <w:pStyle w:val="ae"/>
        <w:numPr>
          <w:ilvl w:val="0"/>
          <w:numId w:val="11"/>
        </w:numPr>
        <w:spacing w:after="0"/>
        <w:ind w:left="0" w:firstLine="709"/>
        <w:rPr>
          <w:lang w:val="ru-RU"/>
        </w:rPr>
      </w:pPr>
      <w:r w:rsidRPr="00B80422">
        <w:rPr>
          <w:lang w:val="ru-RU"/>
        </w:rPr>
        <w:t>Концепция развития среднего профессионального образования Российской Федерации.</w:t>
      </w:r>
    </w:p>
    <w:p w:rsidR="00B80422" w:rsidRPr="00B80422" w:rsidRDefault="00B80422" w:rsidP="00B80422">
      <w:pPr>
        <w:pStyle w:val="ae"/>
        <w:numPr>
          <w:ilvl w:val="0"/>
          <w:numId w:val="11"/>
        </w:numPr>
        <w:spacing w:after="0"/>
        <w:ind w:left="0" w:firstLine="709"/>
        <w:rPr>
          <w:lang w:val="ru-RU"/>
        </w:rPr>
      </w:pPr>
      <w:r w:rsidRPr="00B80422">
        <w:rPr>
          <w:lang w:val="ru-RU"/>
        </w:rPr>
        <w:t>Стратегия развития воспитания в Российской Федерации на период до 2025 года.</w:t>
      </w:r>
    </w:p>
    <w:p w:rsidR="00B80422" w:rsidRPr="00B80422" w:rsidRDefault="00B80422" w:rsidP="00B80422">
      <w:pPr>
        <w:pStyle w:val="ae"/>
        <w:numPr>
          <w:ilvl w:val="0"/>
          <w:numId w:val="11"/>
        </w:numPr>
        <w:spacing w:after="0"/>
        <w:ind w:left="0" w:firstLine="709"/>
        <w:rPr>
          <w:lang w:val="ru-RU"/>
        </w:rPr>
      </w:pPr>
      <w:r w:rsidRPr="00B80422">
        <w:rPr>
          <w:lang w:val="ru-RU"/>
        </w:rPr>
        <w:t>Лаврентьев А. Н. История дизайна. — Москва</w:t>
      </w:r>
      <w:proofErr w:type="gramStart"/>
      <w:r w:rsidRPr="00B80422">
        <w:rPr>
          <w:lang w:val="ru-RU"/>
        </w:rPr>
        <w:t xml:space="preserve"> :</w:t>
      </w:r>
      <w:proofErr w:type="gramEnd"/>
      <w:r w:rsidRPr="00B80422">
        <w:rPr>
          <w:lang w:val="ru-RU"/>
        </w:rPr>
        <w:t xml:space="preserve"> </w:t>
      </w:r>
      <w:proofErr w:type="spellStart"/>
      <w:r w:rsidRPr="00B80422">
        <w:rPr>
          <w:lang w:val="ru-RU"/>
        </w:rPr>
        <w:t>Юрайт</w:t>
      </w:r>
      <w:proofErr w:type="spellEnd"/>
      <w:r w:rsidRPr="00B80422">
        <w:rPr>
          <w:lang w:val="ru-RU"/>
        </w:rPr>
        <w:t>.</w:t>
      </w:r>
    </w:p>
    <w:p w:rsidR="00B80422" w:rsidRPr="00B80422" w:rsidRDefault="00B80422" w:rsidP="00B80422">
      <w:pPr>
        <w:pStyle w:val="ae"/>
        <w:numPr>
          <w:ilvl w:val="0"/>
          <w:numId w:val="11"/>
        </w:numPr>
        <w:spacing w:after="0"/>
        <w:ind w:left="0" w:firstLine="709"/>
        <w:rPr>
          <w:lang w:val="ru-RU"/>
        </w:rPr>
      </w:pPr>
      <w:proofErr w:type="spellStart"/>
      <w:r w:rsidRPr="00B80422">
        <w:rPr>
          <w:lang w:val="ru-RU"/>
        </w:rPr>
        <w:t>Устин</w:t>
      </w:r>
      <w:proofErr w:type="spellEnd"/>
      <w:r w:rsidRPr="00B80422">
        <w:rPr>
          <w:lang w:val="ru-RU"/>
        </w:rPr>
        <w:t xml:space="preserve"> В. Б. Композиция в дизайне. — Москва</w:t>
      </w:r>
      <w:proofErr w:type="gramStart"/>
      <w:r w:rsidRPr="00B80422">
        <w:rPr>
          <w:lang w:val="ru-RU"/>
        </w:rPr>
        <w:t xml:space="preserve"> :</w:t>
      </w:r>
      <w:proofErr w:type="gramEnd"/>
      <w:r w:rsidRPr="00B80422">
        <w:rPr>
          <w:lang w:val="ru-RU"/>
        </w:rPr>
        <w:t xml:space="preserve"> АСТ.</w:t>
      </w:r>
    </w:p>
    <w:p w:rsidR="00B80422" w:rsidRPr="00B80422" w:rsidRDefault="00B80422" w:rsidP="00B80422">
      <w:pPr>
        <w:pStyle w:val="ae"/>
        <w:numPr>
          <w:ilvl w:val="0"/>
          <w:numId w:val="11"/>
        </w:numPr>
        <w:spacing w:after="0"/>
        <w:ind w:left="0" w:firstLine="709"/>
        <w:rPr>
          <w:lang w:val="ru-RU"/>
        </w:rPr>
      </w:pPr>
      <w:proofErr w:type="spellStart"/>
      <w:r w:rsidRPr="00B80422">
        <w:rPr>
          <w:lang w:val="ru-RU"/>
        </w:rPr>
        <w:t>Голубева</w:t>
      </w:r>
      <w:proofErr w:type="spellEnd"/>
      <w:r w:rsidRPr="00B80422">
        <w:rPr>
          <w:lang w:val="ru-RU"/>
        </w:rPr>
        <w:t xml:space="preserve"> О. Л. Основы композиции. — Москва</w:t>
      </w:r>
      <w:proofErr w:type="gramStart"/>
      <w:r w:rsidRPr="00B80422">
        <w:rPr>
          <w:lang w:val="ru-RU"/>
        </w:rPr>
        <w:t xml:space="preserve"> :</w:t>
      </w:r>
      <w:proofErr w:type="gramEnd"/>
      <w:r w:rsidRPr="00B80422">
        <w:rPr>
          <w:lang w:val="ru-RU"/>
        </w:rPr>
        <w:t xml:space="preserve"> Изобразительное искусство.</w:t>
      </w:r>
    </w:p>
    <w:p w:rsidR="00B80422" w:rsidRPr="00B80422" w:rsidRDefault="00B80422" w:rsidP="00B80422">
      <w:pPr>
        <w:pStyle w:val="ae"/>
        <w:numPr>
          <w:ilvl w:val="0"/>
          <w:numId w:val="11"/>
        </w:numPr>
        <w:spacing w:after="0"/>
        <w:ind w:left="0" w:firstLine="709"/>
        <w:rPr>
          <w:lang w:val="ru-RU"/>
        </w:rPr>
      </w:pPr>
      <w:r w:rsidRPr="00B80422">
        <w:rPr>
          <w:lang w:val="ru-RU"/>
        </w:rPr>
        <w:t>Минервин Г. Б. Основы проектной графики и дизайна. — Москва.</w:t>
      </w:r>
    </w:p>
    <w:p w:rsidR="00B80422" w:rsidRPr="00B80422" w:rsidRDefault="00B80422" w:rsidP="00B80422">
      <w:pPr>
        <w:pStyle w:val="ae"/>
        <w:numPr>
          <w:ilvl w:val="0"/>
          <w:numId w:val="11"/>
        </w:numPr>
        <w:spacing w:after="0"/>
        <w:ind w:left="0" w:firstLine="709"/>
        <w:rPr>
          <w:lang w:val="ru-RU"/>
        </w:rPr>
      </w:pPr>
      <w:proofErr w:type="spellStart"/>
      <w:r w:rsidRPr="00B80422">
        <w:rPr>
          <w:lang w:val="ru-RU"/>
        </w:rPr>
        <w:t>Шимко</w:t>
      </w:r>
      <w:proofErr w:type="spellEnd"/>
      <w:r w:rsidRPr="00B80422">
        <w:rPr>
          <w:lang w:val="ru-RU"/>
        </w:rPr>
        <w:t xml:space="preserve"> В. Т. Архитектурно-дизайнерское проектирование. — Москва.</w:t>
      </w:r>
    </w:p>
    <w:p w:rsidR="00B80422" w:rsidRPr="00B80422" w:rsidRDefault="00B80422" w:rsidP="00B80422">
      <w:pPr>
        <w:pStyle w:val="ae"/>
        <w:numPr>
          <w:ilvl w:val="0"/>
          <w:numId w:val="11"/>
        </w:numPr>
        <w:spacing w:after="0"/>
        <w:ind w:left="0" w:firstLine="709"/>
        <w:rPr>
          <w:lang w:val="ru-RU"/>
        </w:rPr>
      </w:pPr>
      <w:proofErr w:type="spellStart"/>
      <w:r w:rsidRPr="00B80422">
        <w:rPr>
          <w:lang w:val="ru-RU"/>
        </w:rPr>
        <w:t>Розенсон</w:t>
      </w:r>
      <w:proofErr w:type="spellEnd"/>
      <w:r w:rsidRPr="00B80422">
        <w:rPr>
          <w:lang w:val="ru-RU"/>
        </w:rPr>
        <w:t xml:space="preserve"> И. А. Основы теории дизайна. — Санкт-Петербург</w:t>
      </w:r>
      <w:proofErr w:type="gramStart"/>
      <w:r w:rsidRPr="00B80422">
        <w:rPr>
          <w:lang w:val="ru-RU"/>
        </w:rPr>
        <w:t xml:space="preserve"> :</w:t>
      </w:r>
      <w:proofErr w:type="gramEnd"/>
      <w:r w:rsidRPr="00B80422">
        <w:rPr>
          <w:lang w:val="ru-RU"/>
        </w:rPr>
        <w:t xml:space="preserve"> Питер.</w:t>
      </w:r>
    </w:p>
    <w:p w:rsidR="00B80422" w:rsidRPr="00B80422" w:rsidRDefault="00B80422" w:rsidP="00B80422">
      <w:pPr>
        <w:pStyle w:val="ae"/>
        <w:numPr>
          <w:ilvl w:val="0"/>
          <w:numId w:val="11"/>
        </w:numPr>
        <w:spacing w:after="0"/>
        <w:ind w:left="0" w:firstLine="709"/>
        <w:rPr>
          <w:lang w:val="ru-RU"/>
        </w:rPr>
      </w:pPr>
      <w:proofErr w:type="spellStart"/>
      <w:r w:rsidRPr="00B80422">
        <w:rPr>
          <w:lang w:val="ru-RU"/>
        </w:rPr>
        <w:t>Норман</w:t>
      </w:r>
      <w:proofErr w:type="spellEnd"/>
      <w:r w:rsidRPr="00B80422">
        <w:rPr>
          <w:lang w:val="ru-RU"/>
        </w:rPr>
        <w:t xml:space="preserve"> Д. Дизайн привычных вещей. — Москва</w:t>
      </w:r>
      <w:proofErr w:type="gramStart"/>
      <w:r w:rsidRPr="00B80422">
        <w:rPr>
          <w:lang w:val="ru-RU"/>
        </w:rPr>
        <w:t xml:space="preserve"> :</w:t>
      </w:r>
      <w:proofErr w:type="gramEnd"/>
      <w:r w:rsidRPr="00B80422">
        <w:rPr>
          <w:lang w:val="ru-RU"/>
        </w:rPr>
        <w:t xml:space="preserve"> Манн, Иванов и Фербер.</w:t>
      </w:r>
    </w:p>
    <w:p w:rsidR="00B80422" w:rsidRPr="00B80422" w:rsidRDefault="00B80422" w:rsidP="00B80422">
      <w:pPr>
        <w:pStyle w:val="ae"/>
        <w:numPr>
          <w:ilvl w:val="0"/>
          <w:numId w:val="11"/>
        </w:numPr>
        <w:spacing w:after="0"/>
        <w:ind w:left="0" w:firstLine="709"/>
        <w:rPr>
          <w:lang w:val="ru-RU"/>
        </w:rPr>
      </w:pPr>
      <w:proofErr w:type="spellStart"/>
      <w:r w:rsidRPr="00B80422">
        <w:rPr>
          <w:lang w:val="ru-RU"/>
        </w:rPr>
        <w:t>Луптон</w:t>
      </w:r>
      <w:proofErr w:type="spellEnd"/>
      <w:r w:rsidRPr="00B80422">
        <w:rPr>
          <w:lang w:val="ru-RU"/>
        </w:rPr>
        <w:t xml:space="preserve"> Э. Думай с </w:t>
      </w:r>
      <w:proofErr w:type="spellStart"/>
      <w:r w:rsidRPr="00B80422">
        <w:rPr>
          <w:lang w:val="ru-RU"/>
        </w:rPr>
        <w:t>типографикой</w:t>
      </w:r>
      <w:proofErr w:type="spellEnd"/>
      <w:r w:rsidRPr="00B80422">
        <w:rPr>
          <w:lang w:val="ru-RU"/>
        </w:rPr>
        <w:t>. — Москва.</w:t>
      </w:r>
    </w:p>
    <w:p w:rsidR="00B80422" w:rsidRPr="00B80422" w:rsidRDefault="00B80422" w:rsidP="00B80422">
      <w:pPr>
        <w:pStyle w:val="ae"/>
        <w:numPr>
          <w:ilvl w:val="0"/>
          <w:numId w:val="11"/>
        </w:numPr>
        <w:spacing w:after="0"/>
        <w:ind w:left="0" w:firstLine="709"/>
        <w:rPr>
          <w:lang w:val="ru-RU"/>
        </w:rPr>
      </w:pPr>
      <w:r w:rsidRPr="00B80422">
        <w:rPr>
          <w:lang w:val="ru-RU"/>
        </w:rPr>
        <w:t>Кимберли Элам. Геометрия дизайна. Пропорции и композиция.</w:t>
      </w:r>
    </w:p>
    <w:p w:rsidR="00B80422" w:rsidRPr="00B80422" w:rsidRDefault="00B80422" w:rsidP="00B80422">
      <w:pPr>
        <w:pStyle w:val="ae"/>
        <w:numPr>
          <w:ilvl w:val="0"/>
          <w:numId w:val="11"/>
        </w:numPr>
        <w:spacing w:after="0"/>
        <w:ind w:left="0" w:firstLine="709"/>
        <w:rPr>
          <w:lang w:val="ru-RU"/>
        </w:rPr>
      </w:pPr>
      <w:r w:rsidRPr="00B80422">
        <w:rPr>
          <w:lang w:val="ru-RU"/>
        </w:rPr>
        <w:t xml:space="preserve">Робин Уильямс. Дизайн для </w:t>
      </w:r>
      <w:proofErr w:type="spellStart"/>
      <w:r w:rsidRPr="00B80422">
        <w:rPr>
          <w:lang w:val="ru-RU"/>
        </w:rPr>
        <w:t>недизайнеров</w:t>
      </w:r>
      <w:proofErr w:type="spellEnd"/>
      <w:r w:rsidRPr="00B80422">
        <w:rPr>
          <w:lang w:val="ru-RU"/>
        </w:rPr>
        <w:t>.</w:t>
      </w:r>
    </w:p>
    <w:p w:rsidR="00B80422" w:rsidRPr="00B80422" w:rsidRDefault="00B80422" w:rsidP="00B80422">
      <w:pPr>
        <w:pStyle w:val="ae"/>
        <w:numPr>
          <w:ilvl w:val="0"/>
          <w:numId w:val="11"/>
        </w:numPr>
        <w:spacing w:after="0"/>
        <w:ind w:left="0" w:firstLine="709"/>
        <w:rPr>
          <w:lang w:val="ru-RU"/>
        </w:rPr>
      </w:pPr>
      <w:r w:rsidRPr="00B80422">
        <w:rPr>
          <w:lang w:val="ru-RU"/>
        </w:rPr>
        <w:t>Материалы официального сайта проекта «Билет в будущее».</w:t>
      </w:r>
    </w:p>
    <w:p w:rsidR="00B80422" w:rsidRPr="00B80422" w:rsidRDefault="00B80422" w:rsidP="00B80422">
      <w:pPr>
        <w:pStyle w:val="ae"/>
        <w:numPr>
          <w:ilvl w:val="0"/>
          <w:numId w:val="11"/>
        </w:numPr>
        <w:spacing w:after="0"/>
        <w:ind w:left="0" w:firstLine="709"/>
        <w:rPr>
          <w:lang w:val="ru-RU"/>
        </w:rPr>
      </w:pPr>
      <w:r w:rsidRPr="00B80422">
        <w:rPr>
          <w:lang w:val="ru-RU"/>
        </w:rPr>
        <w:t>Материалы официального сайта Института развития профессионального образования (ИРПО).</w:t>
      </w:r>
    </w:p>
    <w:p w:rsidR="00B80422" w:rsidRPr="00B80422" w:rsidRDefault="00B80422" w:rsidP="00B80422">
      <w:pPr>
        <w:pStyle w:val="ae"/>
        <w:numPr>
          <w:ilvl w:val="0"/>
          <w:numId w:val="11"/>
        </w:numPr>
        <w:spacing w:after="0"/>
        <w:ind w:left="0" w:firstLine="709"/>
        <w:rPr>
          <w:lang w:val="ru-RU"/>
        </w:rPr>
      </w:pPr>
      <w:r w:rsidRPr="00B80422">
        <w:rPr>
          <w:lang w:val="ru-RU"/>
        </w:rPr>
        <w:t>Материалы официального сайта Министерства просвещения Российской Федерации.</w:t>
      </w:r>
    </w:p>
    <w:p w:rsidR="00B80422" w:rsidRPr="00B80422" w:rsidRDefault="00B80422" w:rsidP="00B80422">
      <w:pPr>
        <w:pStyle w:val="ae"/>
        <w:numPr>
          <w:ilvl w:val="0"/>
          <w:numId w:val="11"/>
        </w:numPr>
        <w:spacing w:after="0"/>
        <w:ind w:left="0" w:firstLine="709"/>
        <w:rPr>
          <w:lang w:val="ru-RU"/>
        </w:rPr>
      </w:pPr>
      <w:r w:rsidRPr="00B80422">
        <w:rPr>
          <w:lang w:val="ru-RU"/>
        </w:rPr>
        <w:lastRenderedPageBreak/>
        <w:t xml:space="preserve">Материалы официального сайта ГБПОУ </w:t>
      </w:r>
      <w:proofErr w:type="spellStart"/>
      <w:r w:rsidRPr="00B80422">
        <w:rPr>
          <w:lang w:val="ru-RU"/>
        </w:rPr>
        <w:t>Кумертауский</w:t>
      </w:r>
      <w:proofErr w:type="spellEnd"/>
      <w:r w:rsidRPr="00B80422">
        <w:rPr>
          <w:lang w:val="ru-RU"/>
        </w:rPr>
        <w:t xml:space="preserve"> педагогический колледж.</w:t>
      </w:r>
    </w:p>
    <w:p w:rsidR="00B80422" w:rsidRPr="00B80422" w:rsidRDefault="00B80422" w:rsidP="00B80422">
      <w:pPr>
        <w:pStyle w:val="ae"/>
        <w:numPr>
          <w:ilvl w:val="0"/>
          <w:numId w:val="11"/>
        </w:numPr>
        <w:spacing w:after="0"/>
        <w:ind w:left="0" w:firstLine="709"/>
        <w:rPr>
          <w:lang w:val="ru-RU"/>
        </w:rPr>
      </w:pPr>
      <w:r w:rsidRPr="00B80422">
        <w:rPr>
          <w:lang w:val="ru-RU"/>
        </w:rPr>
        <w:t>Авторские методические материалы Дмитрия Вячеславовича Попова по преподаванию графического дизайна.</w:t>
      </w:r>
    </w:p>
    <w:p w:rsidR="00B80422" w:rsidRPr="00B80422" w:rsidRDefault="00B80422" w:rsidP="00B80422">
      <w:pPr>
        <w:pStyle w:val="ae"/>
        <w:numPr>
          <w:ilvl w:val="0"/>
          <w:numId w:val="11"/>
        </w:numPr>
        <w:spacing w:after="0"/>
        <w:ind w:left="0" w:firstLine="709"/>
        <w:rPr>
          <w:lang w:val="ru-RU"/>
        </w:rPr>
      </w:pPr>
      <w:r w:rsidRPr="00B80422">
        <w:rPr>
          <w:lang w:val="ru-RU"/>
        </w:rPr>
        <w:t xml:space="preserve">Авторская интерактивная цифровая игра </w:t>
      </w:r>
      <w:proofErr w:type="spellStart"/>
      <w:r w:rsidRPr="00B80422">
        <w:rPr>
          <w:lang w:val="ru-RU"/>
        </w:rPr>
        <w:t>Design</w:t>
      </w:r>
      <w:proofErr w:type="spellEnd"/>
      <w:r w:rsidRPr="00B80422">
        <w:rPr>
          <w:lang w:val="ru-RU"/>
        </w:rPr>
        <w:t xml:space="preserve"> </w:t>
      </w:r>
      <w:proofErr w:type="spellStart"/>
      <w:r w:rsidRPr="00B80422">
        <w:rPr>
          <w:lang w:val="ru-RU"/>
        </w:rPr>
        <w:t>Studio</w:t>
      </w:r>
      <w:proofErr w:type="spellEnd"/>
      <w:r w:rsidRPr="00B80422">
        <w:rPr>
          <w:lang w:val="ru-RU"/>
        </w:rPr>
        <w:t xml:space="preserve"> </w:t>
      </w:r>
      <w:proofErr w:type="spellStart"/>
      <w:r w:rsidRPr="00B80422">
        <w:rPr>
          <w:lang w:val="ru-RU"/>
        </w:rPr>
        <w:t>Pro</w:t>
      </w:r>
      <w:proofErr w:type="spellEnd"/>
      <w:r w:rsidRPr="00B80422">
        <w:rPr>
          <w:lang w:val="ru-RU"/>
        </w:rPr>
        <w:t xml:space="preserve"> / Д. В. Попов.</w:t>
      </w:r>
    </w:p>
    <w:p w:rsidR="00B80422" w:rsidRPr="00B80422" w:rsidRDefault="00B80422" w:rsidP="00B80422">
      <w:pPr>
        <w:pStyle w:val="ae"/>
        <w:numPr>
          <w:ilvl w:val="0"/>
          <w:numId w:val="11"/>
        </w:numPr>
        <w:spacing w:after="0"/>
        <w:ind w:left="0" w:firstLine="709"/>
        <w:rPr>
          <w:lang w:val="ru-RU"/>
        </w:rPr>
      </w:pPr>
      <w:r w:rsidRPr="00B80422">
        <w:rPr>
          <w:lang w:val="ru-RU"/>
        </w:rPr>
        <w:t>Авторский диагностический комплект профессиональной пробы «Графический дизайнер» / Д. В. Попов.</w:t>
      </w:r>
    </w:p>
    <w:p w:rsidR="00B80422" w:rsidRPr="00B80422" w:rsidRDefault="00B80422" w:rsidP="00B80422">
      <w:pPr>
        <w:pStyle w:val="ae"/>
        <w:numPr>
          <w:ilvl w:val="0"/>
          <w:numId w:val="11"/>
        </w:numPr>
        <w:spacing w:after="0"/>
        <w:ind w:left="0" w:firstLine="709"/>
        <w:rPr>
          <w:lang w:val="ru-RU"/>
        </w:rPr>
      </w:pPr>
      <w:r w:rsidRPr="00B80422">
        <w:rPr>
          <w:lang w:val="ru-RU"/>
        </w:rPr>
        <w:t>Авторский фонд оценочных сре</w:t>
      </w:r>
      <w:proofErr w:type="gramStart"/>
      <w:r w:rsidRPr="00B80422">
        <w:rPr>
          <w:lang w:val="ru-RU"/>
        </w:rPr>
        <w:t>дств пр</w:t>
      </w:r>
      <w:proofErr w:type="gramEnd"/>
      <w:r w:rsidRPr="00B80422">
        <w:rPr>
          <w:lang w:val="ru-RU"/>
        </w:rPr>
        <w:t>офессиональной пробы «Графический дизайнер» / Д. В. Попов.</w:t>
      </w:r>
    </w:p>
    <w:p w:rsidR="00B80422" w:rsidRPr="00B80422" w:rsidRDefault="00B80422" w:rsidP="00B80422">
      <w:pPr>
        <w:pStyle w:val="ae"/>
        <w:numPr>
          <w:ilvl w:val="0"/>
          <w:numId w:val="11"/>
        </w:numPr>
        <w:spacing w:after="0"/>
        <w:ind w:left="0" w:firstLine="709"/>
        <w:rPr>
          <w:lang w:val="ru-RU"/>
        </w:rPr>
      </w:pPr>
      <w:r w:rsidRPr="00B80422">
        <w:rPr>
          <w:lang w:val="ru-RU"/>
        </w:rPr>
        <w:t xml:space="preserve">Авторские презентационные материалы и </w:t>
      </w:r>
      <w:proofErr w:type="spellStart"/>
      <w:r w:rsidRPr="00B80422">
        <w:rPr>
          <w:lang w:val="ru-RU"/>
        </w:rPr>
        <w:t>мультимедийное</w:t>
      </w:r>
      <w:proofErr w:type="spellEnd"/>
      <w:r w:rsidRPr="00B80422">
        <w:rPr>
          <w:lang w:val="ru-RU"/>
        </w:rPr>
        <w:t xml:space="preserve"> сопровождение профессиональной пробы / Д. В. Попов.</w:t>
      </w:r>
    </w:p>
    <w:p w:rsidR="0046659D" w:rsidRDefault="00B80422" w:rsidP="00B80422">
      <w:pPr>
        <w:pStyle w:val="ae"/>
        <w:numPr>
          <w:ilvl w:val="0"/>
          <w:numId w:val="11"/>
        </w:numPr>
        <w:spacing w:after="0"/>
        <w:ind w:left="0" w:firstLine="709"/>
        <w:rPr>
          <w:lang w:val="ru-RU"/>
        </w:rPr>
      </w:pPr>
      <w:r w:rsidRPr="00B80422">
        <w:rPr>
          <w:lang w:val="ru-RU"/>
        </w:rPr>
        <w:t>Авторские фотоматериалы, иллюстрации и графические разработки, использованные при создании профессиональной пробы.</w:t>
      </w:r>
    </w:p>
    <w:p w:rsidR="00B80422" w:rsidRDefault="00B80422" w:rsidP="00B80422">
      <w:pPr>
        <w:pStyle w:val="ae"/>
        <w:spacing w:after="0"/>
        <w:ind w:left="0" w:firstLine="709"/>
        <w:rPr>
          <w:lang w:val="ru-RU"/>
        </w:rPr>
      </w:pPr>
    </w:p>
    <w:p w:rsidR="00B80422" w:rsidRPr="0004229E" w:rsidRDefault="00B80422" w:rsidP="0004229E">
      <w:pPr>
        <w:pStyle w:val="ae"/>
        <w:spacing w:after="0"/>
        <w:ind w:left="0" w:firstLine="709"/>
        <w:jc w:val="center"/>
        <w:rPr>
          <w:b/>
          <w:bCs/>
          <w:lang w:val="ru-RU"/>
        </w:rPr>
      </w:pPr>
      <w:r w:rsidRPr="0004229E">
        <w:rPr>
          <w:b/>
          <w:bCs/>
          <w:lang w:val="ru-RU"/>
        </w:rPr>
        <w:t>Интернет-ресурсы</w:t>
      </w:r>
    </w:p>
    <w:p w:rsidR="0004229E" w:rsidRPr="0004229E" w:rsidRDefault="0004229E" w:rsidP="0004229E">
      <w:pPr>
        <w:pStyle w:val="ae"/>
        <w:numPr>
          <w:ilvl w:val="0"/>
          <w:numId w:val="12"/>
        </w:numPr>
        <w:spacing w:after="0"/>
        <w:rPr>
          <w:lang w:val="ru-RU"/>
        </w:rPr>
      </w:pPr>
      <w:r w:rsidRPr="0004229E">
        <w:rPr>
          <w:lang w:val="ru-RU"/>
        </w:rPr>
        <w:t>Официальный сайт Министерства просвещения Российской Федерации</w:t>
      </w:r>
      <w:r>
        <w:rPr>
          <w:lang w:val="ru-RU"/>
        </w:rPr>
        <w:t xml:space="preserve"> </w:t>
      </w:r>
      <w:r w:rsidRPr="0004229E">
        <w:rPr>
          <w:lang w:val="ru-RU"/>
        </w:rPr>
        <w:t xml:space="preserve">— </w:t>
      </w:r>
      <w:hyperlink r:id="rId29" w:history="1">
        <w:r w:rsidRPr="00746AEF">
          <w:rPr>
            <w:rStyle w:val="aff8"/>
            <w:lang w:val="ru-RU"/>
          </w:rPr>
          <w:t>https://edu.gov.ru</w:t>
        </w:r>
      </w:hyperlink>
      <w:r>
        <w:rPr>
          <w:lang w:val="ru-RU"/>
        </w:rPr>
        <w:t xml:space="preserve"> </w:t>
      </w:r>
    </w:p>
    <w:p w:rsidR="0004229E" w:rsidRPr="0004229E" w:rsidRDefault="0004229E" w:rsidP="0004229E">
      <w:pPr>
        <w:pStyle w:val="ae"/>
        <w:numPr>
          <w:ilvl w:val="0"/>
          <w:numId w:val="12"/>
        </w:numPr>
        <w:spacing w:after="0"/>
        <w:rPr>
          <w:lang w:val="ru-RU"/>
        </w:rPr>
      </w:pPr>
      <w:r w:rsidRPr="0004229E">
        <w:rPr>
          <w:lang w:val="ru-RU"/>
        </w:rPr>
        <w:t xml:space="preserve">Федеральный оператор проекта «Билет в будущее» — </w:t>
      </w:r>
      <w:hyperlink r:id="rId30" w:history="1">
        <w:r w:rsidRPr="00746AEF">
          <w:rPr>
            <w:rStyle w:val="aff8"/>
            <w:lang w:val="ru-RU"/>
          </w:rPr>
          <w:t>https://bvbinfo.ru</w:t>
        </w:r>
      </w:hyperlink>
      <w:r>
        <w:rPr>
          <w:lang w:val="ru-RU"/>
        </w:rPr>
        <w:t xml:space="preserve"> </w:t>
      </w:r>
    </w:p>
    <w:p w:rsidR="0004229E" w:rsidRPr="0004229E" w:rsidRDefault="0004229E" w:rsidP="0004229E">
      <w:pPr>
        <w:pStyle w:val="ae"/>
        <w:numPr>
          <w:ilvl w:val="0"/>
          <w:numId w:val="12"/>
        </w:numPr>
        <w:spacing w:after="0"/>
        <w:rPr>
          <w:lang w:val="ru-RU"/>
        </w:rPr>
      </w:pPr>
      <w:r w:rsidRPr="0004229E">
        <w:rPr>
          <w:lang w:val="ru-RU"/>
        </w:rPr>
        <w:t xml:space="preserve">Институт развития профессионального образования — </w:t>
      </w:r>
      <w:hyperlink r:id="rId31" w:history="1">
        <w:r w:rsidRPr="00746AEF">
          <w:rPr>
            <w:rStyle w:val="aff8"/>
            <w:lang w:val="ru-RU"/>
          </w:rPr>
          <w:t>https://firpo.ru</w:t>
        </w:r>
      </w:hyperlink>
      <w:r>
        <w:rPr>
          <w:lang w:val="ru-RU"/>
        </w:rPr>
        <w:t xml:space="preserve"> </w:t>
      </w:r>
    </w:p>
    <w:p w:rsidR="0004229E" w:rsidRPr="0004229E" w:rsidRDefault="0004229E" w:rsidP="0004229E">
      <w:pPr>
        <w:pStyle w:val="ae"/>
        <w:numPr>
          <w:ilvl w:val="0"/>
          <w:numId w:val="12"/>
        </w:numPr>
        <w:spacing w:after="0"/>
        <w:rPr>
          <w:lang w:val="ru-RU"/>
        </w:rPr>
      </w:pPr>
      <w:r w:rsidRPr="0004229E">
        <w:rPr>
          <w:lang w:val="ru-RU"/>
        </w:rPr>
        <w:t xml:space="preserve">Единое содержание общего образования — </w:t>
      </w:r>
      <w:hyperlink r:id="rId32" w:history="1">
        <w:r w:rsidRPr="00746AEF">
          <w:rPr>
            <w:rStyle w:val="aff8"/>
            <w:lang w:val="ru-RU"/>
          </w:rPr>
          <w:t>https://edsoo.ru</w:t>
        </w:r>
      </w:hyperlink>
      <w:r>
        <w:rPr>
          <w:lang w:val="ru-RU"/>
        </w:rPr>
        <w:t xml:space="preserve"> </w:t>
      </w:r>
    </w:p>
    <w:p w:rsidR="0046659D" w:rsidRPr="0004229E" w:rsidRDefault="0004229E" w:rsidP="0004229E">
      <w:pPr>
        <w:pStyle w:val="ae"/>
        <w:numPr>
          <w:ilvl w:val="0"/>
          <w:numId w:val="12"/>
        </w:numPr>
        <w:spacing w:after="0"/>
        <w:rPr>
          <w:lang w:val="ru-RU"/>
        </w:rPr>
      </w:pPr>
      <w:r w:rsidRPr="0004229E">
        <w:rPr>
          <w:lang w:val="ru-RU"/>
        </w:rPr>
        <w:t xml:space="preserve">ГБПОУ </w:t>
      </w:r>
      <w:proofErr w:type="spellStart"/>
      <w:r w:rsidRPr="0004229E">
        <w:rPr>
          <w:lang w:val="ru-RU"/>
        </w:rPr>
        <w:t>Кумертауский</w:t>
      </w:r>
      <w:proofErr w:type="spellEnd"/>
      <w:r w:rsidRPr="0004229E">
        <w:rPr>
          <w:lang w:val="ru-RU"/>
        </w:rPr>
        <w:t xml:space="preserve"> педагогический колледж — </w:t>
      </w:r>
      <w:hyperlink r:id="rId33" w:history="1">
        <w:r w:rsidRPr="00746AEF">
          <w:rPr>
            <w:rStyle w:val="aff8"/>
            <w:lang w:val="ru-RU"/>
          </w:rPr>
          <w:t>https://kpkrb.ru</w:t>
        </w:r>
      </w:hyperlink>
      <w:r>
        <w:rPr>
          <w:lang w:val="ru-RU"/>
        </w:rPr>
        <w:t xml:space="preserve"> </w:t>
      </w:r>
    </w:p>
    <w:p w:rsidR="0046659D" w:rsidRDefault="0046659D" w:rsidP="00B80422">
      <w:pPr>
        <w:spacing w:after="0"/>
        <w:ind w:firstLine="709"/>
        <w:rPr>
          <w:lang w:val="ru-RU"/>
        </w:rPr>
      </w:pPr>
    </w:p>
    <w:p w:rsidR="00B30376" w:rsidRDefault="00B30376" w:rsidP="00B80422">
      <w:pPr>
        <w:spacing w:after="0"/>
        <w:ind w:firstLine="709"/>
        <w:rPr>
          <w:lang w:val="ru-RU"/>
        </w:rPr>
      </w:pPr>
    </w:p>
    <w:p w:rsidR="00B30376" w:rsidRDefault="00B30376" w:rsidP="0046659D">
      <w:pPr>
        <w:spacing w:after="0"/>
        <w:ind w:firstLine="709"/>
        <w:rPr>
          <w:lang w:val="ru-RU"/>
        </w:rPr>
      </w:pPr>
    </w:p>
    <w:p w:rsidR="00B30376" w:rsidRDefault="00B30376" w:rsidP="0046659D">
      <w:pPr>
        <w:spacing w:after="0"/>
        <w:ind w:firstLine="709"/>
        <w:rPr>
          <w:lang w:val="ru-RU"/>
        </w:rPr>
      </w:pPr>
    </w:p>
    <w:p w:rsidR="00B30376" w:rsidRDefault="00B30376" w:rsidP="0046659D">
      <w:pPr>
        <w:spacing w:after="0"/>
        <w:ind w:firstLine="709"/>
        <w:rPr>
          <w:lang w:val="ru-RU"/>
        </w:rPr>
      </w:pPr>
    </w:p>
    <w:p w:rsidR="00B30376" w:rsidRDefault="00B30376" w:rsidP="0046659D">
      <w:pPr>
        <w:spacing w:after="0"/>
        <w:ind w:firstLine="709"/>
        <w:rPr>
          <w:lang w:val="ru-RU"/>
        </w:rPr>
      </w:pPr>
    </w:p>
    <w:p w:rsidR="00B30376" w:rsidRDefault="00B30376" w:rsidP="0046659D">
      <w:pPr>
        <w:spacing w:after="0"/>
        <w:ind w:firstLine="709"/>
        <w:rPr>
          <w:lang w:val="ru-RU"/>
        </w:rPr>
      </w:pPr>
    </w:p>
    <w:p w:rsidR="00B30376" w:rsidRDefault="00B30376" w:rsidP="0046659D">
      <w:pPr>
        <w:spacing w:after="0"/>
        <w:ind w:firstLine="709"/>
        <w:rPr>
          <w:lang w:val="ru-RU"/>
        </w:rPr>
      </w:pPr>
    </w:p>
    <w:p w:rsidR="0046659D" w:rsidRDefault="0046659D" w:rsidP="0046659D">
      <w:pPr>
        <w:spacing w:after="0"/>
        <w:ind w:firstLine="709"/>
        <w:rPr>
          <w:lang w:val="ru-RU"/>
        </w:rPr>
      </w:pPr>
    </w:p>
    <w:p w:rsidR="0004229E" w:rsidRDefault="0004229E" w:rsidP="0046659D">
      <w:pPr>
        <w:spacing w:after="0"/>
        <w:ind w:firstLine="709"/>
        <w:rPr>
          <w:lang w:val="ru-RU"/>
        </w:rPr>
      </w:pPr>
    </w:p>
    <w:p w:rsidR="0046659D" w:rsidRDefault="0046659D" w:rsidP="0046659D">
      <w:pPr>
        <w:spacing w:after="0"/>
        <w:ind w:firstLine="709"/>
        <w:rPr>
          <w:lang w:val="ru-RU"/>
        </w:rPr>
      </w:pPr>
    </w:p>
    <w:p w:rsidR="0046659D" w:rsidRPr="005B0439" w:rsidRDefault="0046659D" w:rsidP="0046659D">
      <w:pPr>
        <w:spacing w:after="0"/>
        <w:ind w:firstLine="709"/>
        <w:rPr>
          <w:lang w:val="ru-RU"/>
        </w:rPr>
      </w:pPr>
    </w:p>
    <w:p w:rsidR="009C14B6" w:rsidRPr="009C14B6" w:rsidRDefault="009C14B6" w:rsidP="009C14B6">
      <w:pPr>
        <w:jc w:val="center"/>
        <w:rPr>
          <w:lang w:val="ru-RU"/>
        </w:rPr>
      </w:pPr>
      <w:r w:rsidRPr="009C14B6">
        <w:rPr>
          <w:b/>
          <w:sz w:val="32"/>
          <w:lang w:val="ru-RU"/>
        </w:rPr>
        <w:t>ПРИЛОЖЕНИЯ</w:t>
      </w:r>
    </w:p>
    <w:p w:rsidR="009C14B6" w:rsidRPr="009C14B6" w:rsidRDefault="009C14B6" w:rsidP="009C14B6">
      <w:pPr>
        <w:rPr>
          <w:lang w:val="ru-RU"/>
        </w:rPr>
      </w:pPr>
      <w:r w:rsidRPr="009C14B6">
        <w:rPr>
          <w:b/>
          <w:lang w:val="ru-RU"/>
        </w:rPr>
        <w:t>Приложение А. Поминутный сценарий проведения профессиональной пробы</w:t>
      </w:r>
    </w:p>
    <w:tbl>
      <w:tblPr>
        <w:tblStyle w:val="aff0"/>
        <w:tblW w:w="0" w:type="auto"/>
        <w:jc w:val="center"/>
        <w:tblLook w:val="04A0"/>
      </w:tblPr>
      <w:tblGrid>
        <w:gridCol w:w="2493"/>
        <w:gridCol w:w="2493"/>
        <w:gridCol w:w="2493"/>
        <w:gridCol w:w="2493"/>
      </w:tblGrid>
      <w:tr w:rsidR="009C14B6" w:rsidTr="00DF7BEC">
        <w:trPr>
          <w:jc w:val="center"/>
        </w:trPr>
        <w:tc>
          <w:tcPr>
            <w:tcW w:w="2493" w:type="dxa"/>
          </w:tcPr>
          <w:p w:rsidR="009C14B6" w:rsidRDefault="009C14B6" w:rsidP="00DF7BEC">
            <w:proofErr w:type="spellStart"/>
            <w:r>
              <w:lastRenderedPageBreak/>
              <w:t>Время</w:t>
            </w:r>
            <w:proofErr w:type="spellEnd"/>
          </w:p>
        </w:tc>
        <w:tc>
          <w:tcPr>
            <w:tcW w:w="2493" w:type="dxa"/>
          </w:tcPr>
          <w:p w:rsidR="009C14B6" w:rsidRDefault="009C14B6" w:rsidP="00DF7BEC">
            <w:proofErr w:type="spellStart"/>
            <w:r>
              <w:t>Этап</w:t>
            </w:r>
            <w:proofErr w:type="spellEnd"/>
          </w:p>
        </w:tc>
        <w:tc>
          <w:tcPr>
            <w:tcW w:w="2493" w:type="dxa"/>
          </w:tcPr>
          <w:p w:rsidR="009C14B6" w:rsidRDefault="009C14B6" w:rsidP="00DF7BEC">
            <w:proofErr w:type="spellStart"/>
            <w:r>
              <w:t>Действия</w:t>
            </w:r>
            <w:proofErr w:type="spellEnd"/>
            <w:r>
              <w:t xml:space="preserve"> </w:t>
            </w:r>
            <w:proofErr w:type="spellStart"/>
            <w:r>
              <w:t>наставника</w:t>
            </w:r>
            <w:proofErr w:type="spellEnd"/>
          </w:p>
        </w:tc>
        <w:tc>
          <w:tcPr>
            <w:tcW w:w="2493" w:type="dxa"/>
          </w:tcPr>
          <w:p w:rsidR="009C14B6" w:rsidRDefault="009C14B6" w:rsidP="00DF7BEC">
            <w:proofErr w:type="spellStart"/>
            <w:r>
              <w:t>Действия</w:t>
            </w:r>
            <w:proofErr w:type="spellEnd"/>
            <w:r>
              <w:t xml:space="preserve"> </w:t>
            </w:r>
            <w:proofErr w:type="spellStart"/>
            <w:r>
              <w:t>участников</w:t>
            </w:r>
            <w:proofErr w:type="spellEnd"/>
          </w:p>
        </w:tc>
      </w:tr>
      <w:tr w:rsidR="009C14B6" w:rsidTr="00DF7BEC">
        <w:trPr>
          <w:jc w:val="center"/>
        </w:trPr>
        <w:tc>
          <w:tcPr>
            <w:tcW w:w="2493" w:type="dxa"/>
          </w:tcPr>
          <w:p w:rsidR="009C14B6" w:rsidRDefault="009C14B6" w:rsidP="00DF7BEC">
            <w:r>
              <w:t>0–5</w:t>
            </w:r>
          </w:p>
        </w:tc>
        <w:tc>
          <w:tcPr>
            <w:tcW w:w="2493" w:type="dxa"/>
          </w:tcPr>
          <w:p w:rsidR="009C14B6" w:rsidRDefault="009C14B6" w:rsidP="00DF7BEC">
            <w:proofErr w:type="spellStart"/>
            <w:r>
              <w:t>Инструктаж</w:t>
            </w:r>
            <w:proofErr w:type="spellEnd"/>
          </w:p>
        </w:tc>
        <w:tc>
          <w:tcPr>
            <w:tcW w:w="2493" w:type="dxa"/>
          </w:tcPr>
          <w:p w:rsidR="009C14B6" w:rsidRDefault="009C14B6" w:rsidP="00DF7BEC">
            <w:proofErr w:type="spellStart"/>
            <w:r>
              <w:t>Приветствует</w:t>
            </w:r>
            <w:proofErr w:type="spellEnd"/>
            <w:r>
              <w:t xml:space="preserve">, </w:t>
            </w:r>
            <w:proofErr w:type="spellStart"/>
            <w:r>
              <w:t>объясняет</w:t>
            </w:r>
            <w:proofErr w:type="spellEnd"/>
            <w:r>
              <w:t xml:space="preserve"> </w:t>
            </w:r>
            <w:proofErr w:type="spellStart"/>
            <w:r>
              <w:t>правила</w:t>
            </w:r>
            <w:proofErr w:type="spellEnd"/>
          </w:p>
        </w:tc>
        <w:tc>
          <w:tcPr>
            <w:tcW w:w="2493" w:type="dxa"/>
          </w:tcPr>
          <w:p w:rsidR="009C14B6" w:rsidRDefault="009C14B6" w:rsidP="00DF7BEC">
            <w:proofErr w:type="spellStart"/>
            <w:r>
              <w:t>Знакомятся</w:t>
            </w:r>
            <w:proofErr w:type="spellEnd"/>
            <w:r>
              <w:t xml:space="preserve"> с </w:t>
            </w:r>
            <w:proofErr w:type="spellStart"/>
            <w:r>
              <w:t>правилами</w:t>
            </w:r>
            <w:proofErr w:type="spellEnd"/>
          </w:p>
        </w:tc>
      </w:tr>
      <w:tr w:rsidR="009C14B6" w:rsidTr="00DF7BEC">
        <w:trPr>
          <w:jc w:val="center"/>
        </w:trPr>
        <w:tc>
          <w:tcPr>
            <w:tcW w:w="2493" w:type="dxa"/>
          </w:tcPr>
          <w:p w:rsidR="009C14B6" w:rsidRDefault="009C14B6" w:rsidP="00DF7BEC">
            <w:r>
              <w:t>5–10</w:t>
            </w:r>
          </w:p>
        </w:tc>
        <w:tc>
          <w:tcPr>
            <w:tcW w:w="2493" w:type="dxa"/>
          </w:tcPr>
          <w:p w:rsidR="009C14B6" w:rsidRDefault="009C14B6" w:rsidP="00DF7BEC">
            <w:proofErr w:type="spellStart"/>
            <w:r>
              <w:t>ДизайнКОТ</w:t>
            </w:r>
            <w:proofErr w:type="spellEnd"/>
          </w:p>
        </w:tc>
        <w:tc>
          <w:tcPr>
            <w:tcW w:w="2493" w:type="dxa"/>
          </w:tcPr>
          <w:p w:rsidR="009C14B6" w:rsidRDefault="009C14B6" w:rsidP="00DF7BEC">
            <w:proofErr w:type="spellStart"/>
            <w:r>
              <w:t>Запускает</w:t>
            </w:r>
            <w:proofErr w:type="spellEnd"/>
            <w:r>
              <w:t xml:space="preserve"> </w:t>
            </w:r>
            <w:proofErr w:type="spellStart"/>
            <w:r>
              <w:t>игру</w:t>
            </w:r>
            <w:proofErr w:type="spellEnd"/>
          </w:p>
        </w:tc>
        <w:tc>
          <w:tcPr>
            <w:tcW w:w="2493" w:type="dxa"/>
          </w:tcPr>
          <w:p w:rsidR="009C14B6" w:rsidRDefault="009C14B6" w:rsidP="00DF7BEC">
            <w:proofErr w:type="spellStart"/>
            <w:r>
              <w:t>Знакомятся</w:t>
            </w:r>
            <w:proofErr w:type="spellEnd"/>
            <w:r>
              <w:t xml:space="preserve"> с </w:t>
            </w:r>
            <w:proofErr w:type="spellStart"/>
            <w:r>
              <w:t>сюжетом</w:t>
            </w:r>
            <w:proofErr w:type="spellEnd"/>
          </w:p>
        </w:tc>
      </w:tr>
      <w:tr w:rsidR="009C14B6" w:rsidTr="00DF7BEC">
        <w:trPr>
          <w:jc w:val="center"/>
        </w:trPr>
        <w:tc>
          <w:tcPr>
            <w:tcW w:w="2493" w:type="dxa"/>
          </w:tcPr>
          <w:p w:rsidR="009C14B6" w:rsidRDefault="009C14B6" w:rsidP="00DF7BEC">
            <w:r>
              <w:t>10–15</w:t>
            </w:r>
          </w:p>
        </w:tc>
        <w:tc>
          <w:tcPr>
            <w:tcW w:w="2493" w:type="dxa"/>
          </w:tcPr>
          <w:p w:rsidR="009C14B6" w:rsidRDefault="009C14B6" w:rsidP="00DF7BEC">
            <w:proofErr w:type="spellStart"/>
            <w:r>
              <w:t>Профиль</w:t>
            </w:r>
            <w:proofErr w:type="spellEnd"/>
          </w:p>
        </w:tc>
        <w:tc>
          <w:tcPr>
            <w:tcW w:w="2493" w:type="dxa"/>
          </w:tcPr>
          <w:p w:rsidR="009C14B6" w:rsidRDefault="009C14B6" w:rsidP="00DF7BEC">
            <w:proofErr w:type="spellStart"/>
            <w:r>
              <w:t>Консультирует</w:t>
            </w:r>
            <w:proofErr w:type="spellEnd"/>
          </w:p>
        </w:tc>
        <w:tc>
          <w:tcPr>
            <w:tcW w:w="2493" w:type="dxa"/>
          </w:tcPr>
          <w:p w:rsidR="009C14B6" w:rsidRDefault="009C14B6" w:rsidP="00DF7BEC">
            <w:proofErr w:type="spellStart"/>
            <w:r>
              <w:t>Выбирают</w:t>
            </w:r>
            <w:proofErr w:type="spellEnd"/>
            <w:r>
              <w:t xml:space="preserve"> </w:t>
            </w:r>
            <w:proofErr w:type="spellStart"/>
            <w:r>
              <w:t>профиль</w:t>
            </w:r>
            <w:proofErr w:type="spellEnd"/>
          </w:p>
        </w:tc>
      </w:tr>
      <w:tr w:rsidR="009C14B6" w:rsidTr="00DF7BEC">
        <w:trPr>
          <w:jc w:val="center"/>
        </w:trPr>
        <w:tc>
          <w:tcPr>
            <w:tcW w:w="2493" w:type="dxa"/>
          </w:tcPr>
          <w:p w:rsidR="009C14B6" w:rsidRDefault="009C14B6" w:rsidP="00DF7BEC">
            <w:r>
              <w:t>15–25</w:t>
            </w:r>
          </w:p>
        </w:tc>
        <w:tc>
          <w:tcPr>
            <w:tcW w:w="2493" w:type="dxa"/>
          </w:tcPr>
          <w:p w:rsidR="009C14B6" w:rsidRDefault="009C14B6" w:rsidP="00DF7BEC">
            <w:proofErr w:type="spellStart"/>
            <w:r>
              <w:t>Викторина</w:t>
            </w:r>
            <w:proofErr w:type="spellEnd"/>
          </w:p>
        </w:tc>
        <w:tc>
          <w:tcPr>
            <w:tcW w:w="2493" w:type="dxa"/>
          </w:tcPr>
          <w:p w:rsidR="009C14B6" w:rsidRDefault="009C14B6" w:rsidP="00DF7BEC">
            <w:proofErr w:type="spellStart"/>
            <w:r>
              <w:t>Организует</w:t>
            </w:r>
            <w:proofErr w:type="spellEnd"/>
            <w:r>
              <w:t xml:space="preserve"> </w:t>
            </w:r>
            <w:proofErr w:type="spellStart"/>
            <w:r>
              <w:t>обсуждение</w:t>
            </w:r>
            <w:proofErr w:type="spellEnd"/>
          </w:p>
        </w:tc>
        <w:tc>
          <w:tcPr>
            <w:tcW w:w="2493" w:type="dxa"/>
          </w:tcPr>
          <w:p w:rsidR="009C14B6" w:rsidRDefault="009C14B6" w:rsidP="00DF7BEC">
            <w:proofErr w:type="spellStart"/>
            <w:r>
              <w:t>Отвечают</w:t>
            </w:r>
            <w:proofErr w:type="spellEnd"/>
            <w:r>
              <w:t xml:space="preserve"> </w:t>
            </w:r>
            <w:proofErr w:type="spellStart"/>
            <w:r>
              <w:t>на</w:t>
            </w:r>
            <w:proofErr w:type="spellEnd"/>
            <w:r>
              <w:t xml:space="preserve"> </w:t>
            </w:r>
            <w:proofErr w:type="spellStart"/>
            <w:r>
              <w:t>вопросы</w:t>
            </w:r>
            <w:proofErr w:type="spellEnd"/>
          </w:p>
        </w:tc>
      </w:tr>
      <w:tr w:rsidR="009C14B6" w:rsidTr="00DF7BEC">
        <w:trPr>
          <w:jc w:val="center"/>
        </w:trPr>
        <w:tc>
          <w:tcPr>
            <w:tcW w:w="2493" w:type="dxa"/>
          </w:tcPr>
          <w:p w:rsidR="009C14B6" w:rsidRDefault="009C14B6" w:rsidP="00DF7BEC">
            <w:r>
              <w:t>25–35</w:t>
            </w:r>
          </w:p>
        </w:tc>
        <w:tc>
          <w:tcPr>
            <w:tcW w:w="2493" w:type="dxa"/>
          </w:tcPr>
          <w:p w:rsidR="009C14B6" w:rsidRDefault="009C14B6" w:rsidP="00DF7BEC">
            <w:proofErr w:type="spellStart"/>
            <w:r>
              <w:t>Теория</w:t>
            </w:r>
            <w:proofErr w:type="spellEnd"/>
          </w:p>
        </w:tc>
        <w:tc>
          <w:tcPr>
            <w:tcW w:w="2493" w:type="dxa"/>
          </w:tcPr>
          <w:p w:rsidR="009C14B6" w:rsidRDefault="009C14B6" w:rsidP="00DF7BEC">
            <w:proofErr w:type="spellStart"/>
            <w:r>
              <w:t>Комментирует</w:t>
            </w:r>
            <w:proofErr w:type="spellEnd"/>
            <w:r>
              <w:t xml:space="preserve"> </w:t>
            </w:r>
            <w:proofErr w:type="spellStart"/>
            <w:r>
              <w:t>материал</w:t>
            </w:r>
            <w:proofErr w:type="spellEnd"/>
          </w:p>
        </w:tc>
        <w:tc>
          <w:tcPr>
            <w:tcW w:w="2493" w:type="dxa"/>
          </w:tcPr>
          <w:p w:rsidR="009C14B6" w:rsidRDefault="009C14B6" w:rsidP="00DF7BEC">
            <w:proofErr w:type="spellStart"/>
            <w:r>
              <w:t>Изучают</w:t>
            </w:r>
            <w:proofErr w:type="spellEnd"/>
            <w:r>
              <w:t xml:space="preserve"> </w:t>
            </w:r>
            <w:proofErr w:type="spellStart"/>
            <w:r>
              <w:t>карточки</w:t>
            </w:r>
            <w:proofErr w:type="spellEnd"/>
          </w:p>
        </w:tc>
      </w:tr>
      <w:tr w:rsidR="009C14B6" w:rsidTr="00DF7BEC">
        <w:trPr>
          <w:jc w:val="center"/>
        </w:trPr>
        <w:tc>
          <w:tcPr>
            <w:tcW w:w="2493" w:type="dxa"/>
          </w:tcPr>
          <w:p w:rsidR="009C14B6" w:rsidRDefault="009C14B6" w:rsidP="00DF7BEC">
            <w:r>
              <w:t>35–50</w:t>
            </w:r>
          </w:p>
        </w:tc>
        <w:tc>
          <w:tcPr>
            <w:tcW w:w="2493" w:type="dxa"/>
          </w:tcPr>
          <w:p w:rsidR="009C14B6" w:rsidRDefault="009C14B6" w:rsidP="00DF7BEC">
            <w:r>
              <w:t xml:space="preserve">7 </w:t>
            </w:r>
            <w:proofErr w:type="spellStart"/>
            <w:r>
              <w:t>правил</w:t>
            </w:r>
            <w:proofErr w:type="spellEnd"/>
            <w:r>
              <w:t xml:space="preserve"> </w:t>
            </w:r>
            <w:proofErr w:type="spellStart"/>
            <w:r>
              <w:t>дизайна</w:t>
            </w:r>
            <w:proofErr w:type="spellEnd"/>
          </w:p>
        </w:tc>
        <w:tc>
          <w:tcPr>
            <w:tcW w:w="2493" w:type="dxa"/>
          </w:tcPr>
          <w:p w:rsidR="009C14B6" w:rsidRDefault="009C14B6" w:rsidP="00DF7BEC">
            <w:proofErr w:type="spellStart"/>
            <w:r>
              <w:t>Объясняет</w:t>
            </w:r>
            <w:proofErr w:type="spellEnd"/>
            <w:r>
              <w:t xml:space="preserve"> </w:t>
            </w:r>
            <w:proofErr w:type="spellStart"/>
            <w:r>
              <w:t>примеры</w:t>
            </w:r>
            <w:proofErr w:type="spellEnd"/>
          </w:p>
        </w:tc>
        <w:tc>
          <w:tcPr>
            <w:tcW w:w="2493" w:type="dxa"/>
          </w:tcPr>
          <w:p w:rsidR="009C14B6" w:rsidRDefault="009C14B6" w:rsidP="00DF7BEC">
            <w:proofErr w:type="spellStart"/>
            <w:r>
              <w:t>Выполняют</w:t>
            </w:r>
            <w:proofErr w:type="spellEnd"/>
            <w:r>
              <w:t xml:space="preserve"> </w:t>
            </w:r>
            <w:proofErr w:type="spellStart"/>
            <w:r>
              <w:t>мини-задания</w:t>
            </w:r>
            <w:proofErr w:type="spellEnd"/>
          </w:p>
        </w:tc>
      </w:tr>
      <w:tr w:rsidR="009C14B6" w:rsidTr="00DF7BEC">
        <w:trPr>
          <w:jc w:val="center"/>
        </w:trPr>
        <w:tc>
          <w:tcPr>
            <w:tcW w:w="2493" w:type="dxa"/>
          </w:tcPr>
          <w:p w:rsidR="009C14B6" w:rsidRDefault="009C14B6" w:rsidP="00DF7BEC">
            <w:r>
              <w:t>50–85</w:t>
            </w:r>
          </w:p>
        </w:tc>
        <w:tc>
          <w:tcPr>
            <w:tcW w:w="2493" w:type="dxa"/>
          </w:tcPr>
          <w:p w:rsidR="009C14B6" w:rsidRDefault="009C14B6" w:rsidP="00DF7BEC">
            <w:proofErr w:type="spellStart"/>
            <w:r>
              <w:t>Практические</w:t>
            </w:r>
            <w:proofErr w:type="spellEnd"/>
            <w:r>
              <w:t xml:space="preserve"> </w:t>
            </w:r>
            <w:proofErr w:type="spellStart"/>
            <w:r>
              <w:t>миссии</w:t>
            </w:r>
            <w:proofErr w:type="spellEnd"/>
          </w:p>
        </w:tc>
        <w:tc>
          <w:tcPr>
            <w:tcW w:w="2493" w:type="dxa"/>
          </w:tcPr>
          <w:p w:rsidR="009C14B6" w:rsidRDefault="009C14B6" w:rsidP="00DF7BEC">
            <w:proofErr w:type="spellStart"/>
            <w:r>
              <w:t>Консультирует</w:t>
            </w:r>
            <w:proofErr w:type="spellEnd"/>
          </w:p>
        </w:tc>
        <w:tc>
          <w:tcPr>
            <w:tcW w:w="2493" w:type="dxa"/>
          </w:tcPr>
          <w:p w:rsidR="009C14B6" w:rsidRDefault="009C14B6" w:rsidP="00DF7BEC">
            <w:proofErr w:type="spellStart"/>
            <w:r>
              <w:t>Выполняют</w:t>
            </w:r>
            <w:proofErr w:type="spellEnd"/>
            <w:r>
              <w:t xml:space="preserve"> </w:t>
            </w:r>
            <w:proofErr w:type="spellStart"/>
            <w:r>
              <w:t>игровые</w:t>
            </w:r>
            <w:proofErr w:type="spellEnd"/>
            <w:r>
              <w:t xml:space="preserve"> </w:t>
            </w:r>
            <w:proofErr w:type="spellStart"/>
            <w:r>
              <w:t>задания</w:t>
            </w:r>
            <w:proofErr w:type="spellEnd"/>
          </w:p>
        </w:tc>
      </w:tr>
      <w:tr w:rsidR="009C14B6" w:rsidTr="00DF7BEC">
        <w:trPr>
          <w:jc w:val="center"/>
        </w:trPr>
        <w:tc>
          <w:tcPr>
            <w:tcW w:w="2493" w:type="dxa"/>
          </w:tcPr>
          <w:p w:rsidR="009C14B6" w:rsidRDefault="009C14B6" w:rsidP="00DF7BEC">
            <w:r>
              <w:t>85–90</w:t>
            </w:r>
          </w:p>
        </w:tc>
        <w:tc>
          <w:tcPr>
            <w:tcW w:w="2493" w:type="dxa"/>
          </w:tcPr>
          <w:p w:rsidR="009C14B6" w:rsidRDefault="009C14B6" w:rsidP="00DF7BEC">
            <w:proofErr w:type="spellStart"/>
            <w:r>
              <w:t>Рефлексия</w:t>
            </w:r>
            <w:proofErr w:type="spellEnd"/>
          </w:p>
        </w:tc>
        <w:tc>
          <w:tcPr>
            <w:tcW w:w="2493" w:type="dxa"/>
          </w:tcPr>
          <w:p w:rsidR="009C14B6" w:rsidRDefault="009C14B6" w:rsidP="00DF7BEC">
            <w:proofErr w:type="spellStart"/>
            <w:r>
              <w:t>Подводит</w:t>
            </w:r>
            <w:proofErr w:type="spellEnd"/>
            <w:r>
              <w:t xml:space="preserve"> </w:t>
            </w:r>
            <w:proofErr w:type="spellStart"/>
            <w:r>
              <w:t>итоги</w:t>
            </w:r>
            <w:proofErr w:type="spellEnd"/>
          </w:p>
        </w:tc>
        <w:tc>
          <w:tcPr>
            <w:tcW w:w="2493" w:type="dxa"/>
          </w:tcPr>
          <w:p w:rsidR="009C14B6" w:rsidRDefault="009C14B6" w:rsidP="00DF7BEC">
            <w:proofErr w:type="spellStart"/>
            <w:r>
              <w:t>Получают</w:t>
            </w:r>
            <w:proofErr w:type="spellEnd"/>
            <w:r>
              <w:t xml:space="preserve"> </w:t>
            </w:r>
            <w:proofErr w:type="spellStart"/>
            <w:r>
              <w:t>сертификат</w:t>
            </w:r>
            <w:proofErr w:type="spellEnd"/>
          </w:p>
        </w:tc>
      </w:tr>
    </w:tbl>
    <w:p w:rsidR="00C521D4" w:rsidRDefault="00C521D4" w:rsidP="009C14B6">
      <w:pPr>
        <w:rPr>
          <w:b/>
        </w:rPr>
      </w:pPr>
    </w:p>
    <w:p w:rsidR="00C521D4" w:rsidRDefault="00C521D4" w:rsidP="009C14B6">
      <w:pPr>
        <w:rPr>
          <w:b/>
        </w:rPr>
      </w:pPr>
    </w:p>
    <w:p w:rsidR="00C521D4" w:rsidRDefault="00C521D4" w:rsidP="009C14B6">
      <w:pPr>
        <w:rPr>
          <w:b/>
        </w:rPr>
      </w:pPr>
    </w:p>
    <w:p w:rsidR="00C521D4" w:rsidRDefault="00C521D4" w:rsidP="009C14B6">
      <w:pPr>
        <w:rPr>
          <w:b/>
        </w:rPr>
      </w:pPr>
    </w:p>
    <w:p w:rsidR="00C521D4" w:rsidRDefault="00C521D4" w:rsidP="009C14B6">
      <w:pPr>
        <w:rPr>
          <w:b/>
        </w:rPr>
      </w:pPr>
    </w:p>
    <w:p w:rsidR="00C521D4" w:rsidRDefault="00C521D4" w:rsidP="009C14B6">
      <w:pPr>
        <w:rPr>
          <w:b/>
        </w:rPr>
      </w:pPr>
    </w:p>
    <w:p w:rsidR="00C521D4" w:rsidRDefault="00C521D4" w:rsidP="009C14B6">
      <w:pPr>
        <w:rPr>
          <w:b/>
        </w:rPr>
      </w:pPr>
    </w:p>
    <w:p w:rsidR="00C521D4" w:rsidRDefault="00C521D4" w:rsidP="009C14B6">
      <w:pPr>
        <w:rPr>
          <w:b/>
        </w:rPr>
      </w:pPr>
    </w:p>
    <w:p w:rsidR="00C521D4" w:rsidRDefault="00C521D4" w:rsidP="009C14B6">
      <w:pPr>
        <w:rPr>
          <w:b/>
        </w:rPr>
      </w:pPr>
    </w:p>
    <w:p w:rsidR="00C521D4" w:rsidRDefault="00C521D4" w:rsidP="009C14B6">
      <w:pPr>
        <w:rPr>
          <w:b/>
        </w:rPr>
      </w:pPr>
    </w:p>
    <w:p w:rsidR="00C521D4" w:rsidRDefault="00C521D4" w:rsidP="009C14B6">
      <w:pPr>
        <w:rPr>
          <w:b/>
        </w:rPr>
      </w:pPr>
    </w:p>
    <w:p w:rsidR="009C14B6" w:rsidRPr="00C521D4" w:rsidRDefault="009C14B6" w:rsidP="009C14B6">
      <w:pPr>
        <w:rPr>
          <w:lang w:val="ru-RU"/>
        </w:rPr>
      </w:pPr>
      <w:r w:rsidRPr="00C521D4">
        <w:rPr>
          <w:b/>
          <w:lang w:val="ru-RU"/>
        </w:rPr>
        <w:t>Приложение Б. Перечень экранов игры</w:t>
      </w:r>
    </w:p>
    <w:p w:rsidR="009C14B6" w:rsidRPr="00C521D4" w:rsidRDefault="0046659D" w:rsidP="0046659D">
      <w:pPr>
        <w:pStyle w:val="a0"/>
        <w:numPr>
          <w:ilvl w:val="0"/>
          <w:numId w:val="0"/>
        </w:numPr>
        <w:ind w:left="360"/>
        <w:rPr>
          <w:lang w:val="ru-RU"/>
        </w:rPr>
      </w:pPr>
      <w:r>
        <w:rPr>
          <w:lang w:val="ru-RU"/>
        </w:rPr>
        <w:t xml:space="preserve">- </w:t>
      </w:r>
      <w:r w:rsidR="009C14B6" w:rsidRPr="00C521D4">
        <w:rPr>
          <w:lang w:val="ru-RU"/>
        </w:rPr>
        <w:t>[Стартовый экран]</w:t>
      </w:r>
    </w:p>
    <w:p w:rsidR="0046659D" w:rsidRPr="00C521D4" w:rsidRDefault="00C521D4" w:rsidP="00C521D4">
      <w:pPr>
        <w:pStyle w:val="a0"/>
        <w:numPr>
          <w:ilvl w:val="0"/>
          <w:numId w:val="0"/>
        </w:numPr>
        <w:ind w:left="360"/>
        <w:jc w:val="center"/>
        <w:rPr>
          <w:lang w:val="ru-RU"/>
        </w:rPr>
      </w:pPr>
      <w:r>
        <w:rPr>
          <w:noProof/>
          <w:lang w:val="ru-RU" w:eastAsia="ru-RU"/>
        </w:rPr>
        <w:lastRenderedPageBreak/>
        <w:drawing>
          <wp:inline distT="0" distB="0" distL="0" distR="0">
            <wp:extent cx="5572200" cy="3566160"/>
            <wp:effectExtent l="0" t="0" r="9525" b="0"/>
            <wp:docPr id="27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2026-07-17_12-33-27.png"/>
                    <pic:cNvPicPr/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5660692" cy="36227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C14B6" w:rsidRPr="00C521D4" w:rsidRDefault="0046659D" w:rsidP="0046659D">
      <w:pPr>
        <w:pStyle w:val="a0"/>
        <w:numPr>
          <w:ilvl w:val="0"/>
          <w:numId w:val="0"/>
        </w:numPr>
        <w:ind w:left="360"/>
        <w:rPr>
          <w:lang w:val="ru-RU"/>
        </w:rPr>
      </w:pPr>
      <w:r>
        <w:rPr>
          <w:lang w:val="ru-RU"/>
        </w:rPr>
        <w:t xml:space="preserve">- </w:t>
      </w:r>
      <w:r w:rsidR="009C14B6" w:rsidRPr="00C521D4">
        <w:rPr>
          <w:lang w:val="ru-RU"/>
        </w:rPr>
        <w:t>[</w:t>
      </w:r>
      <w:proofErr w:type="spellStart"/>
      <w:r w:rsidR="009C14B6" w:rsidRPr="00C521D4">
        <w:rPr>
          <w:lang w:val="ru-RU"/>
        </w:rPr>
        <w:t>ДизайнКОТ</w:t>
      </w:r>
      <w:proofErr w:type="spellEnd"/>
      <w:r w:rsidR="009C14B6" w:rsidRPr="00C521D4">
        <w:rPr>
          <w:lang w:val="ru-RU"/>
        </w:rPr>
        <w:t>]</w:t>
      </w:r>
    </w:p>
    <w:p w:rsidR="00C521D4" w:rsidRDefault="00C521D4" w:rsidP="00C521D4">
      <w:pPr>
        <w:pStyle w:val="a0"/>
        <w:numPr>
          <w:ilvl w:val="0"/>
          <w:numId w:val="0"/>
        </w:numPr>
        <w:ind w:left="360"/>
        <w:jc w:val="center"/>
      </w:pPr>
      <w:r>
        <w:rPr>
          <w:noProof/>
          <w:lang w:val="ru-RU" w:eastAsia="ru-RU"/>
        </w:rPr>
        <w:drawing>
          <wp:inline distT="0" distB="0" distL="0" distR="0">
            <wp:extent cx="5596565" cy="4099560"/>
            <wp:effectExtent l="0" t="0" r="4445" b="0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2026-07-17_12-35-39.png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09002" cy="41819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C14B6" w:rsidRDefault="0046659D" w:rsidP="0046659D">
      <w:pPr>
        <w:pStyle w:val="a0"/>
        <w:numPr>
          <w:ilvl w:val="0"/>
          <w:numId w:val="0"/>
        </w:numPr>
        <w:ind w:left="360"/>
      </w:pPr>
      <w:r>
        <w:rPr>
          <w:lang w:val="ru-RU"/>
        </w:rPr>
        <w:t xml:space="preserve">- </w:t>
      </w:r>
      <w:r w:rsidR="009C14B6">
        <w:t>[</w:t>
      </w:r>
      <w:proofErr w:type="spellStart"/>
      <w:r w:rsidR="009C14B6">
        <w:t>Выбор</w:t>
      </w:r>
      <w:proofErr w:type="spellEnd"/>
      <w:r w:rsidR="009C14B6">
        <w:t xml:space="preserve"> </w:t>
      </w:r>
      <w:proofErr w:type="spellStart"/>
      <w:r w:rsidR="009C14B6">
        <w:t>профиля</w:t>
      </w:r>
      <w:proofErr w:type="spellEnd"/>
      <w:r w:rsidR="009C14B6">
        <w:t>]</w:t>
      </w:r>
    </w:p>
    <w:p w:rsidR="00C521D4" w:rsidRDefault="00C521D4" w:rsidP="00C521D4">
      <w:pPr>
        <w:pStyle w:val="a0"/>
        <w:numPr>
          <w:ilvl w:val="0"/>
          <w:numId w:val="0"/>
        </w:numPr>
        <w:ind w:left="360"/>
        <w:jc w:val="center"/>
      </w:pPr>
      <w:r>
        <w:rPr>
          <w:noProof/>
          <w:lang w:val="ru-RU" w:eastAsia="ru-RU"/>
        </w:rPr>
        <w:lastRenderedPageBreak/>
        <w:drawing>
          <wp:inline distT="0" distB="0" distL="0" distR="0">
            <wp:extent cx="5695184" cy="3154680"/>
            <wp:effectExtent l="0" t="0" r="1270" b="7620"/>
            <wp:docPr id="29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2026-07-17_12-36-23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818089" cy="3222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521D4" w:rsidRDefault="00C521D4" w:rsidP="0046659D">
      <w:pPr>
        <w:pStyle w:val="a0"/>
        <w:numPr>
          <w:ilvl w:val="0"/>
          <w:numId w:val="0"/>
        </w:numPr>
        <w:ind w:left="360"/>
        <w:rPr>
          <w:lang w:val="ru-RU"/>
        </w:rPr>
      </w:pPr>
    </w:p>
    <w:p w:rsidR="009C14B6" w:rsidRDefault="0046659D" w:rsidP="0046659D">
      <w:pPr>
        <w:pStyle w:val="a0"/>
        <w:numPr>
          <w:ilvl w:val="0"/>
          <w:numId w:val="0"/>
        </w:numPr>
        <w:ind w:left="360"/>
      </w:pPr>
      <w:r>
        <w:rPr>
          <w:lang w:val="ru-RU"/>
        </w:rPr>
        <w:t xml:space="preserve">- </w:t>
      </w:r>
      <w:r w:rsidR="009C14B6">
        <w:t>[</w:t>
      </w:r>
      <w:proofErr w:type="spellStart"/>
      <w:r w:rsidR="009C14B6">
        <w:t>Викторина</w:t>
      </w:r>
      <w:proofErr w:type="spellEnd"/>
      <w:r w:rsidR="009C14B6">
        <w:t>]</w:t>
      </w:r>
    </w:p>
    <w:p w:rsidR="00C521D4" w:rsidRDefault="00C521D4" w:rsidP="00C521D4">
      <w:pPr>
        <w:pStyle w:val="a0"/>
        <w:numPr>
          <w:ilvl w:val="0"/>
          <w:numId w:val="0"/>
        </w:numPr>
        <w:ind w:left="360"/>
        <w:jc w:val="center"/>
      </w:pPr>
      <w:r>
        <w:rPr>
          <w:noProof/>
          <w:lang w:val="ru-RU" w:eastAsia="ru-RU"/>
        </w:rPr>
        <w:drawing>
          <wp:inline distT="0" distB="0" distL="0" distR="0">
            <wp:extent cx="5709961" cy="4236720"/>
            <wp:effectExtent l="0" t="0" r="5080" b="0"/>
            <wp:docPr id="30" name="Рисунок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2026-07-17_12-55-16.png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713313" cy="42392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521D4" w:rsidRDefault="00C521D4" w:rsidP="0046659D">
      <w:pPr>
        <w:pStyle w:val="a0"/>
        <w:numPr>
          <w:ilvl w:val="0"/>
          <w:numId w:val="0"/>
        </w:numPr>
        <w:ind w:left="360"/>
        <w:rPr>
          <w:lang w:val="ru-RU"/>
        </w:rPr>
      </w:pPr>
    </w:p>
    <w:p w:rsidR="00C521D4" w:rsidRDefault="00C521D4" w:rsidP="0046659D">
      <w:pPr>
        <w:pStyle w:val="a0"/>
        <w:numPr>
          <w:ilvl w:val="0"/>
          <w:numId w:val="0"/>
        </w:numPr>
        <w:ind w:left="360"/>
        <w:rPr>
          <w:lang w:val="ru-RU"/>
        </w:rPr>
      </w:pPr>
    </w:p>
    <w:p w:rsidR="009C14B6" w:rsidRDefault="0046659D" w:rsidP="0046659D">
      <w:pPr>
        <w:pStyle w:val="a0"/>
        <w:numPr>
          <w:ilvl w:val="0"/>
          <w:numId w:val="0"/>
        </w:numPr>
        <w:ind w:left="360"/>
      </w:pPr>
      <w:r>
        <w:rPr>
          <w:lang w:val="ru-RU"/>
        </w:rPr>
        <w:t xml:space="preserve">- </w:t>
      </w:r>
      <w:r w:rsidR="009C14B6">
        <w:t>[</w:t>
      </w:r>
      <w:proofErr w:type="spellStart"/>
      <w:r w:rsidR="009C14B6">
        <w:t>Теоретический</w:t>
      </w:r>
      <w:proofErr w:type="spellEnd"/>
      <w:r w:rsidR="009C14B6">
        <w:t xml:space="preserve"> </w:t>
      </w:r>
      <w:proofErr w:type="spellStart"/>
      <w:r w:rsidR="009C14B6">
        <w:t>блок</w:t>
      </w:r>
      <w:proofErr w:type="spellEnd"/>
      <w:r w:rsidR="009C14B6">
        <w:t>]</w:t>
      </w:r>
    </w:p>
    <w:p w:rsidR="00C521D4" w:rsidRDefault="00C521D4" w:rsidP="00C521D4">
      <w:pPr>
        <w:pStyle w:val="a0"/>
        <w:numPr>
          <w:ilvl w:val="0"/>
          <w:numId w:val="0"/>
        </w:numPr>
        <w:ind w:left="360"/>
        <w:jc w:val="center"/>
      </w:pPr>
      <w:r>
        <w:rPr>
          <w:noProof/>
          <w:lang w:val="ru-RU" w:eastAsia="ru-RU"/>
        </w:rPr>
        <w:lastRenderedPageBreak/>
        <w:drawing>
          <wp:inline distT="0" distB="0" distL="0" distR="0">
            <wp:extent cx="5661660" cy="4048526"/>
            <wp:effectExtent l="0" t="0" r="0" b="9525"/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2026-07-17_12-56-40.png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678714" cy="40607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C14B6" w:rsidRDefault="0046659D" w:rsidP="0046659D">
      <w:pPr>
        <w:pStyle w:val="a0"/>
        <w:numPr>
          <w:ilvl w:val="0"/>
          <w:numId w:val="0"/>
        </w:numPr>
        <w:ind w:left="360"/>
      </w:pPr>
      <w:r>
        <w:rPr>
          <w:lang w:val="ru-RU"/>
        </w:rPr>
        <w:t xml:space="preserve">- </w:t>
      </w:r>
      <w:r w:rsidR="009C14B6">
        <w:t xml:space="preserve">[7 </w:t>
      </w:r>
      <w:proofErr w:type="spellStart"/>
      <w:r w:rsidR="009C14B6">
        <w:t>правил</w:t>
      </w:r>
      <w:proofErr w:type="spellEnd"/>
      <w:r w:rsidR="009C14B6">
        <w:t xml:space="preserve"> </w:t>
      </w:r>
      <w:proofErr w:type="spellStart"/>
      <w:r w:rsidR="009C14B6">
        <w:t>дизайна</w:t>
      </w:r>
      <w:proofErr w:type="spellEnd"/>
      <w:r w:rsidR="009C14B6">
        <w:t>]</w:t>
      </w:r>
    </w:p>
    <w:p w:rsidR="00C521D4" w:rsidRDefault="00C521D4" w:rsidP="00C521D4">
      <w:pPr>
        <w:pStyle w:val="a0"/>
        <w:numPr>
          <w:ilvl w:val="0"/>
          <w:numId w:val="0"/>
        </w:numPr>
        <w:ind w:left="360"/>
        <w:jc w:val="center"/>
      </w:pPr>
      <w:r>
        <w:rPr>
          <w:noProof/>
          <w:lang w:val="ru-RU" w:eastAsia="ru-RU"/>
        </w:rPr>
        <w:drawing>
          <wp:inline distT="0" distB="0" distL="0" distR="0">
            <wp:extent cx="5651353" cy="4008120"/>
            <wp:effectExtent l="0" t="0" r="6985" b="0"/>
            <wp:docPr id="32" name="Рисунок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2026-07-17_12-58-04.png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651353" cy="40081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C14B6" w:rsidRDefault="0046659D" w:rsidP="0046659D">
      <w:pPr>
        <w:pStyle w:val="a0"/>
        <w:numPr>
          <w:ilvl w:val="0"/>
          <w:numId w:val="0"/>
        </w:numPr>
        <w:ind w:left="360"/>
      </w:pPr>
      <w:r>
        <w:rPr>
          <w:lang w:val="ru-RU"/>
        </w:rPr>
        <w:t xml:space="preserve">- </w:t>
      </w:r>
      <w:r w:rsidR="009C14B6">
        <w:t>[</w:t>
      </w:r>
      <w:proofErr w:type="spellStart"/>
      <w:r w:rsidR="009C14B6">
        <w:t>Практические</w:t>
      </w:r>
      <w:proofErr w:type="spellEnd"/>
      <w:r w:rsidR="009C14B6">
        <w:t xml:space="preserve"> </w:t>
      </w:r>
      <w:proofErr w:type="spellStart"/>
      <w:r w:rsidR="009C14B6">
        <w:t>миссии</w:t>
      </w:r>
      <w:proofErr w:type="spellEnd"/>
      <w:r w:rsidR="009C14B6">
        <w:t>]</w:t>
      </w:r>
    </w:p>
    <w:p w:rsidR="00C521D4" w:rsidRDefault="00C521D4" w:rsidP="00C521D4">
      <w:pPr>
        <w:pStyle w:val="a0"/>
        <w:numPr>
          <w:ilvl w:val="0"/>
          <w:numId w:val="0"/>
        </w:numPr>
        <w:ind w:left="360"/>
        <w:jc w:val="center"/>
      </w:pPr>
      <w:r>
        <w:rPr>
          <w:noProof/>
          <w:lang w:val="ru-RU" w:eastAsia="ru-RU"/>
        </w:rPr>
        <w:lastRenderedPageBreak/>
        <w:drawing>
          <wp:inline distT="0" distB="0" distL="0" distR="0">
            <wp:extent cx="5562600" cy="3994510"/>
            <wp:effectExtent l="0" t="0" r="0" b="6350"/>
            <wp:docPr id="33" name="Рисунок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2026-07-17_15-07-38.png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568374" cy="39986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C14B6" w:rsidRDefault="0046659D" w:rsidP="0046659D">
      <w:pPr>
        <w:pStyle w:val="a0"/>
        <w:numPr>
          <w:ilvl w:val="0"/>
          <w:numId w:val="0"/>
        </w:numPr>
        <w:ind w:left="360"/>
      </w:pPr>
      <w:r>
        <w:rPr>
          <w:lang w:val="ru-RU"/>
        </w:rPr>
        <w:t xml:space="preserve">- </w:t>
      </w:r>
      <w:r w:rsidR="009C14B6">
        <w:t>[</w:t>
      </w:r>
      <w:proofErr w:type="spellStart"/>
      <w:r w:rsidR="009C14B6">
        <w:t>Творческая</w:t>
      </w:r>
      <w:proofErr w:type="spellEnd"/>
      <w:r w:rsidR="009C14B6">
        <w:t xml:space="preserve"> </w:t>
      </w:r>
      <w:proofErr w:type="spellStart"/>
      <w:r w:rsidR="009C14B6">
        <w:t>мастерская</w:t>
      </w:r>
      <w:proofErr w:type="spellEnd"/>
      <w:r w:rsidR="009C14B6">
        <w:t>]</w:t>
      </w:r>
    </w:p>
    <w:p w:rsidR="00C521D4" w:rsidRDefault="00C521D4" w:rsidP="00C521D4">
      <w:pPr>
        <w:pStyle w:val="a0"/>
        <w:numPr>
          <w:ilvl w:val="0"/>
          <w:numId w:val="0"/>
        </w:numPr>
        <w:ind w:left="360"/>
        <w:jc w:val="center"/>
      </w:pPr>
      <w:r>
        <w:rPr>
          <w:noProof/>
          <w:lang w:val="ru-RU" w:eastAsia="ru-RU"/>
        </w:rPr>
        <w:drawing>
          <wp:inline distT="0" distB="0" distL="0" distR="0">
            <wp:extent cx="5608320" cy="4107605"/>
            <wp:effectExtent l="0" t="0" r="0" b="7620"/>
            <wp:docPr id="34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2026-07-17_15-09-43.png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613838" cy="41116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C14B6" w:rsidRDefault="0046659D" w:rsidP="0046659D">
      <w:pPr>
        <w:pStyle w:val="a0"/>
        <w:numPr>
          <w:ilvl w:val="0"/>
          <w:numId w:val="0"/>
        </w:numPr>
        <w:ind w:left="360"/>
      </w:pPr>
      <w:r>
        <w:rPr>
          <w:lang w:val="ru-RU"/>
        </w:rPr>
        <w:t xml:space="preserve">- </w:t>
      </w:r>
      <w:r w:rsidR="009C14B6">
        <w:t>[</w:t>
      </w:r>
      <w:proofErr w:type="spellStart"/>
      <w:r w:rsidR="009C14B6">
        <w:t>Профессия</w:t>
      </w:r>
      <w:proofErr w:type="spellEnd"/>
      <w:r w:rsidR="009C14B6">
        <w:t xml:space="preserve"> </w:t>
      </w:r>
      <w:proofErr w:type="spellStart"/>
      <w:r w:rsidR="009C14B6">
        <w:t>графического</w:t>
      </w:r>
      <w:proofErr w:type="spellEnd"/>
      <w:r w:rsidR="009C14B6">
        <w:t xml:space="preserve"> </w:t>
      </w:r>
      <w:proofErr w:type="spellStart"/>
      <w:r w:rsidR="009C14B6">
        <w:t>дизайнера</w:t>
      </w:r>
      <w:proofErr w:type="spellEnd"/>
      <w:r w:rsidR="009C14B6">
        <w:t>]</w:t>
      </w:r>
    </w:p>
    <w:p w:rsidR="00C521D4" w:rsidRDefault="00C521D4" w:rsidP="00C521D4">
      <w:pPr>
        <w:pStyle w:val="a0"/>
        <w:numPr>
          <w:ilvl w:val="0"/>
          <w:numId w:val="0"/>
        </w:numPr>
        <w:ind w:left="360"/>
        <w:jc w:val="center"/>
      </w:pPr>
      <w:r>
        <w:rPr>
          <w:noProof/>
          <w:lang w:val="ru-RU" w:eastAsia="ru-RU"/>
        </w:rPr>
        <w:lastRenderedPageBreak/>
        <w:drawing>
          <wp:inline distT="0" distB="0" distL="0" distR="0">
            <wp:extent cx="5544761" cy="4048760"/>
            <wp:effectExtent l="0" t="0" r="0" b="8890"/>
            <wp:docPr id="35" name="Рисунок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2026-07-17_15-11-00.png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561360" cy="40608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C14B6" w:rsidRDefault="0046659D" w:rsidP="0046659D">
      <w:pPr>
        <w:pStyle w:val="a0"/>
        <w:numPr>
          <w:ilvl w:val="0"/>
          <w:numId w:val="0"/>
        </w:numPr>
        <w:ind w:left="360"/>
      </w:pPr>
      <w:r>
        <w:rPr>
          <w:lang w:val="ru-RU"/>
        </w:rPr>
        <w:t xml:space="preserve">- </w:t>
      </w:r>
      <w:r w:rsidR="009C14B6">
        <w:t>[</w:t>
      </w:r>
      <w:proofErr w:type="spellStart"/>
      <w:r w:rsidR="009C14B6">
        <w:t>Рефлексия</w:t>
      </w:r>
      <w:proofErr w:type="spellEnd"/>
      <w:r w:rsidR="009C14B6">
        <w:t>]</w:t>
      </w:r>
    </w:p>
    <w:p w:rsidR="000D5E72" w:rsidRDefault="000D5E72" w:rsidP="000D5E72">
      <w:pPr>
        <w:pStyle w:val="a0"/>
        <w:numPr>
          <w:ilvl w:val="0"/>
          <w:numId w:val="0"/>
        </w:numPr>
        <w:ind w:left="360"/>
        <w:jc w:val="center"/>
      </w:pPr>
      <w:r>
        <w:rPr>
          <w:noProof/>
          <w:lang w:val="ru-RU" w:eastAsia="ru-RU"/>
        </w:rPr>
        <w:drawing>
          <wp:inline distT="0" distB="0" distL="0" distR="0">
            <wp:extent cx="5570220" cy="3902859"/>
            <wp:effectExtent l="0" t="0" r="0" b="2540"/>
            <wp:docPr id="36" name="Рисунок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2026-07-17_15-13-39.png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601023" cy="39244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C14B6" w:rsidRDefault="0046659D" w:rsidP="0046659D">
      <w:pPr>
        <w:pStyle w:val="a0"/>
        <w:numPr>
          <w:ilvl w:val="0"/>
          <w:numId w:val="0"/>
        </w:numPr>
        <w:ind w:left="360"/>
      </w:pPr>
      <w:r>
        <w:rPr>
          <w:lang w:val="ru-RU"/>
        </w:rPr>
        <w:t xml:space="preserve">- </w:t>
      </w:r>
      <w:r w:rsidR="009C14B6">
        <w:t>[</w:t>
      </w:r>
      <w:proofErr w:type="spellStart"/>
      <w:r w:rsidR="009C14B6">
        <w:t>Сертификат</w:t>
      </w:r>
      <w:proofErr w:type="spellEnd"/>
      <w:r w:rsidR="009C14B6">
        <w:t>]</w:t>
      </w:r>
    </w:p>
    <w:p w:rsidR="000D5E72" w:rsidRDefault="000D5E72" w:rsidP="000D5E72">
      <w:pPr>
        <w:pStyle w:val="a0"/>
        <w:numPr>
          <w:ilvl w:val="0"/>
          <w:numId w:val="0"/>
        </w:numPr>
        <w:ind w:left="360"/>
        <w:jc w:val="center"/>
      </w:pPr>
      <w:r>
        <w:rPr>
          <w:noProof/>
          <w:lang w:val="ru-RU" w:eastAsia="ru-RU"/>
        </w:rPr>
        <w:lastRenderedPageBreak/>
        <w:drawing>
          <wp:inline distT="0" distB="0" distL="0" distR="0">
            <wp:extent cx="5943600" cy="3983566"/>
            <wp:effectExtent l="0" t="0" r="0" b="0"/>
            <wp:docPr id="37" name="Рисунок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" name="2026-07-17_15-13-53.png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951429" cy="39888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C14B6" w:rsidRDefault="009C14B6" w:rsidP="000D5E72">
      <w:pPr>
        <w:ind w:firstLine="709"/>
      </w:pPr>
      <w:proofErr w:type="spellStart"/>
      <w:r>
        <w:rPr>
          <w:b/>
        </w:rPr>
        <w:t>Приложение</w:t>
      </w:r>
      <w:proofErr w:type="spellEnd"/>
      <w:r>
        <w:rPr>
          <w:b/>
        </w:rPr>
        <w:t xml:space="preserve"> В. </w:t>
      </w:r>
      <w:proofErr w:type="spellStart"/>
      <w:r>
        <w:rPr>
          <w:b/>
        </w:rPr>
        <w:t>Паспорт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игровой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миссии</w:t>
      </w:r>
      <w:proofErr w:type="spellEnd"/>
    </w:p>
    <w:tbl>
      <w:tblPr>
        <w:tblStyle w:val="aff0"/>
        <w:tblW w:w="0" w:type="auto"/>
        <w:tblLook w:val="04A0"/>
      </w:tblPr>
      <w:tblGrid>
        <w:gridCol w:w="4986"/>
        <w:gridCol w:w="4986"/>
      </w:tblGrid>
      <w:tr w:rsidR="009C14B6" w:rsidTr="00DF7BEC">
        <w:tc>
          <w:tcPr>
            <w:tcW w:w="4986" w:type="dxa"/>
          </w:tcPr>
          <w:p w:rsidR="009C14B6" w:rsidRDefault="009C14B6" w:rsidP="000D5E72">
            <w:pPr>
              <w:ind w:firstLine="709"/>
            </w:pPr>
            <w:proofErr w:type="spellStart"/>
            <w:r>
              <w:t>Название</w:t>
            </w:r>
            <w:proofErr w:type="spellEnd"/>
            <w:r>
              <w:t xml:space="preserve"> </w:t>
            </w:r>
            <w:proofErr w:type="spellStart"/>
            <w:r>
              <w:t>миссии</w:t>
            </w:r>
            <w:proofErr w:type="spellEnd"/>
          </w:p>
        </w:tc>
        <w:tc>
          <w:tcPr>
            <w:tcW w:w="4986" w:type="dxa"/>
          </w:tcPr>
          <w:p w:rsidR="009C14B6" w:rsidRDefault="009C14B6" w:rsidP="000D5E72">
            <w:pPr>
              <w:ind w:firstLine="709"/>
            </w:pPr>
          </w:p>
        </w:tc>
      </w:tr>
      <w:tr w:rsidR="009C14B6" w:rsidTr="00DF7BEC">
        <w:tc>
          <w:tcPr>
            <w:tcW w:w="4986" w:type="dxa"/>
          </w:tcPr>
          <w:p w:rsidR="009C14B6" w:rsidRDefault="009C14B6" w:rsidP="000D5E72">
            <w:pPr>
              <w:ind w:firstLine="709"/>
            </w:pPr>
            <w:proofErr w:type="spellStart"/>
            <w:r>
              <w:t>Цель</w:t>
            </w:r>
            <w:proofErr w:type="spellEnd"/>
          </w:p>
        </w:tc>
        <w:tc>
          <w:tcPr>
            <w:tcW w:w="4986" w:type="dxa"/>
          </w:tcPr>
          <w:p w:rsidR="009C14B6" w:rsidRDefault="009C14B6" w:rsidP="000D5E72">
            <w:pPr>
              <w:ind w:firstLine="709"/>
            </w:pPr>
          </w:p>
        </w:tc>
      </w:tr>
      <w:tr w:rsidR="009C14B6" w:rsidTr="00DF7BEC">
        <w:tc>
          <w:tcPr>
            <w:tcW w:w="4986" w:type="dxa"/>
          </w:tcPr>
          <w:p w:rsidR="009C14B6" w:rsidRDefault="009C14B6" w:rsidP="000D5E72">
            <w:pPr>
              <w:ind w:firstLine="709"/>
            </w:pPr>
            <w:proofErr w:type="spellStart"/>
            <w:r>
              <w:t>Компетенции</w:t>
            </w:r>
            <w:proofErr w:type="spellEnd"/>
          </w:p>
        </w:tc>
        <w:tc>
          <w:tcPr>
            <w:tcW w:w="4986" w:type="dxa"/>
          </w:tcPr>
          <w:p w:rsidR="009C14B6" w:rsidRDefault="009C14B6" w:rsidP="000D5E72">
            <w:pPr>
              <w:ind w:firstLine="709"/>
            </w:pPr>
          </w:p>
        </w:tc>
      </w:tr>
      <w:tr w:rsidR="009C14B6" w:rsidTr="00DF7BEC">
        <w:tc>
          <w:tcPr>
            <w:tcW w:w="4986" w:type="dxa"/>
          </w:tcPr>
          <w:p w:rsidR="009C14B6" w:rsidRDefault="009C14B6" w:rsidP="000D5E72">
            <w:pPr>
              <w:ind w:firstLine="709"/>
            </w:pPr>
            <w:proofErr w:type="spellStart"/>
            <w:r>
              <w:t>Ожидаемый</w:t>
            </w:r>
            <w:proofErr w:type="spellEnd"/>
            <w:r>
              <w:t xml:space="preserve"> </w:t>
            </w:r>
            <w:proofErr w:type="spellStart"/>
            <w:r>
              <w:t>результат</w:t>
            </w:r>
            <w:proofErr w:type="spellEnd"/>
          </w:p>
        </w:tc>
        <w:tc>
          <w:tcPr>
            <w:tcW w:w="4986" w:type="dxa"/>
          </w:tcPr>
          <w:p w:rsidR="009C14B6" w:rsidRDefault="009C14B6" w:rsidP="000D5E72">
            <w:pPr>
              <w:ind w:firstLine="709"/>
            </w:pPr>
          </w:p>
        </w:tc>
      </w:tr>
      <w:tr w:rsidR="009C14B6" w:rsidTr="00DF7BEC">
        <w:tc>
          <w:tcPr>
            <w:tcW w:w="4986" w:type="dxa"/>
          </w:tcPr>
          <w:p w:rsidR="009C14B6" w:rsidRDefault="009C14B6" w:rsidP="000D5E72">
            <w:pPr>
              <w:ind w:firstLine="709"/>
            </w:pPr>
            <w:proofErr w:type="spellStart"/>
            <w:r>
              <w:t>Критерии</w:t>
            </w:r>
            <w:proofErr w:type="spellEnd"/>
            <w:r>
              <w:t xml:space="preserve"> </w:t>
            </w:r>
            <w:proofErr w:type="spellStart"/>
            <w:r>
              <w:t>оценки</w:t>
            </w:r>
            <w:proofErr w:type="spellEnd"/>
          </w:p>
        </w:tc>
        <w:tc>
          <w:tcPr>
            <w:tcW w:w="4986" w:type="dxa"/>
          </w:tcPr>
          <w:p w:rsidR="009C14B6" w:rsidRDefault="009C14B6" w:rsidP="000D5E72">
            <w:pPr>
              <w:ind w:firstLine="709"/>
            </w:pPr>
          </w:p>
        </w:tc>
      </w:tr>
      <w:tr w:rsidR="009C14B6" w:rsidTr="00DF7BEC">
        <w:tc>
          <w:tcPr>
            <w:tcW w:w="4986" w:type="dxa"/>
          </w:tcPr>
          <w:p w:rsidR="009C14B6" w:rsidRDefault="009C14B6" w:rsidP="000D5E72">
            <w:pPr>
              <w:ind w:firstLine="709"/>
            </w:pPr>
            <w:proofErr w:type="spellStart"/>
            <w:r>
              <w:t>Комментарии</w:t>
            </w:r>
            <w:proofErr w:type="spellEnd"/>
            <w:r>
              <w:t xml:space="preserve"> </w:t>
            </w:r>
            <w:proofErr w:type="spellStart"/>
            <w:r>
              <w:t>наставника</w:t>
            </w:r>
            <w:proofErr w:type="spellEnd"/>
          </w:p>
        </w:tc>
        <w:tc>
          <w:tcPr>
            <w:tcW w:w="4986" w:type="dxa"/>
          </w:tcPr>
          <w:p w:rsidR="009C14B6" w:rsidRDefault="009C14B6" w:rsidP="000D5E72">
            <w:pPr>
              <w:ind w:firstLine="709"/>
            </w:pPr>
          </w:p>
        </w:tc>
      </w:tr>
    </w:tbl>
    <w:p w:rsidR="000D5E72" w:rsidRDefault="000D5E72" w:rsidP="000D5E72">
      <w:pPr>
        <w:spacing w:after="0"/>
        <w:ind w:firstLine="709"/>
        <w:rPr>
          <w:b/>
        </w:rPr>
      </w:pPr>
    </w:p>
    <w:p w:rsidR="009C14B6" w:rsidRPr="000D5E72" w:rsidRDefault="009C14B6" w:rsidP="000D5E72">
      <w:pPr>
        <w:spacing w:after="0"/>
        <w:ind w:firstLine="709"/>
        <w:rPr>
          <w:lang w:val="ru-RU"/>
        </w:rPr>
      </w:pPr>
      <w:r w:rsidRPr="000D5E72">
        <w:rPr>
          <w:b/>
          <w:lang w:val="ru-RU"/>
        </w:rPr>
        <w:t>Приложение Г. Рабочие материалы</w:t>
      </w:r>
    </w:p>
    <w:p w:rsidR="009C14B6" w:rsidRPr="000D5E72" w:rsidRDefault="009C14B6" w:rsidP="000D5E72">
      <w:pPr>
        <w:spacing w:after="0"/>
        <w:ind w:firstLine="709"/>
        <w:rPr>
          <w:lang w:val="ru-RU"/>
        </w:rPr>
      </w:pPr>
      <w:r w:rsidRPr="000D5E72">
        <w:rPr>
          <w:lang w:val="ru-RU"/>
        </w:rPr>
        <w:t>□ Карта наблюдения наставника</w:t>
      </w:r>
    </w:p>
    <w:p w:rsidR="009C14B6" w:rsidRPr="000D5E72" w:rsidRDefault="009C14B6" w:rsidP="000D5E72">
      <w:pPr>
        <w:spacing w:after="0"/>
        <w:ind w:firstLine="709"/>
        <w:rPr>
          <w:lang w:val="ru-RU"/>
        </w:rPr>
      </w:pPr>
      <w:r w:rsidRPr="000D5E72">
        <w:rPr>
          <w:lang w:val="ru-RU"/>
        </w:rPr>
        <w:t>□ Лист самооценки участника</w:t>
      </w:r>
    </w:p>
    <w:p w:rsidR="009C14B6" w:rsidRPr="000D5E72" w:rsidRDefault="009C14B6" w:rsidP="000D5E72">
      <w:pPr>
        <w:spacing w:after="0"/>
        <w:ind w:firstLine="709"/>
        <w:rPr>
          <w:lang w:val="ru-RU"/>
        </w:rPr>
      </w:pPr>
      <w:r w:rsidRPr="000D5E72">
        <w:rPr>
          <w:lang w:val="ru-RU"/>
        </w:rPr>
        <w:t>□ Итоговый оценочный лист</w:t>
      </w:r>
    </w:p>
    <w:p w:rsidR="009C14B6" w:rsidRPr="000D5E72" w:rsidRDefault="009C14B6" w:rsidP="000D5E72">
      <w:pPr>
        <w:spacing w:after="0"/>
        <w:ind w:firstLine="709"/>
        <w:rPr>
          <w:lang w:val="ru-RU"/>
        </w:rPr>
      </w:pPr>
      <w:r w:rsidRPr="000D5E72">
        <w:rPr>
          <w:lang w:val="ru-RU"/>
        </w:rPr>
        <w:t>□ Ведомость выдачи сертификатов</w:t>
      </w:r>
    </w:p>
    <w:p w:rsidR="000D5E72" w:rsidRDefault="000D5E72" w:rsidP="00AF589D">
      <w:pPr>
        <w:jc w:val="center"/>
        <w:rPr>
          <w:b/>
          <w:sz w:val="32"/>
          <w:lang w:val="ru-RU"/>
        </w:rPr>
      </w:pPr>
    </w:p>
    <w:p w:rsidR="000D5E72" w:rsidRDefault="000D5E72" w:rsidP="00AF589D">
      <w:pPr>
        <w:jc w:val="center"/>
        <w:rPr>
          <w:b/>
          <w:sz w:val="32"/>
          <w:lang w:val="ru-RU"/>
        </w:rPr>
      </w:pPr>
    </w:p>
    <w:p w:rsidR="000D5E72" w:rsidRDefault="000D5E72" w:rsidP="00AF589D">
      <w:pPr>
        <w:jc w:val="center"/>
        <w:rPr>
          <w:b/>
          <w:sz w:val="32"/>
          <w:lang w:val="ru-RU"/>
        </w:rPr>
      </w:pPr>
    </w:p>
    <w:p w:rsidR="00AF589D" w:rsidRPr="000D5E72" w:rsidRDefault="00AF589D" w:rsidP="000D5E72">
      <w:pPr>
        <w:spacing w:after="0"/>
        <w:jc w:val="center"/>
        <w:rPr>
          <w:szCs w:val="28"/>
          <w:lang w:val="ru-RU"/>
        </w:rPr>
      </w:pPr>
      <w:r w:rsidRPr="000D5E72">
        <w:rPr>
          <w:b/>
          <w:szCs w:val="28"/>
          <w:lang w:val="ru-RU"/>
        </w:rPr>
        <w:t>ПРИЛОЖЕНИЕ Г</w:t>
      </w:r>
    </w:p>
    <w:p w:rsidR="00AF589D" w:rsidRPr="00AF589D" w:rsidRDefault="00AF589D" w:rsidP="000D5E72">
      <w:pPr>
        <w:spacing w:after="0"/>
        <w:jc w:val="center"/>
        <w:rPr>
          <w:lang w:val="ru-RU"/>
        </w:rPr>
      </w:pPr>
      <w:r w:rsidRPr="00AF589D">
        <w:rPr>
          <w:b/>
          <w:lang w:val="ru-RU"/>
        </w:rPr>
        <w:lastRenderedPageBreak/>
        <w:t>РАБОЧИЕ МАТЕРИАЛЫ ДЛЯ ПРОВЕДЕНИЯ ПРОФЕССИОНАЛЬНОЙ ПРОБЫ</w:t>
      </w:r>
    </w:p>
    <w:p w:rsidR="00AF589D" w:rsidRPr="000D5E72" w:rsidRDefault="00AF589D" w:rsidP="000D5E72">
      <w:pPr>
        <w:spacing w:after="0"/>
        <w:ind w:firstLine="709"/>
        <w:rPr>
          <w:szCs w:val="28"/>
        </w:rPr>
      </w:pPr>
      <w:r w:rsidRPr="000D5E72">
        <w:rPr>
          <w:b/>
          <w:szCs w:val="28"/>
        </w:rPr>
        <w:t xml:space="preserve">Г.1. </w:t>
      </w:r>
      <w:proofErr w:type="spellStart"/>
      <w:r w:rsidRPr="000D5E72">
        <w:rPr>
          <w:b/>
          <w:szCs w:val="28"/>
        </w:rPr>
        <w:t>Карта</w:t>
      </w:r>
      <w:proofErr w:type="spellEnd"/>
      <w:r w:rsidRPr="000D5E72">
        <w:rPr>
          <w:b/>
          <w:szCs w:val="28"/>
        </w:rPr>
        <w:t xml:space="preserve"> </w:t>
      </w:r>
      <w:proofErr w:type="spellStart"/>
      <w:r w:rsidRPr="000D5E72">
        <w:rPr>
          <w:b/>
          <w:szCs w:val="28"/>
        </w:rPr>
        <w:t>наблюдения</w:t>
      </w:r>
      <w:proofErr w:type="spellEnd"/>
      <w:r w:rsidRPr="000D5E72">
        <w:rPr>
          <w:b/>
          <w:szCs w:val="28"/>
        </w:rPr>
        <w:t xml:space="preserve"> </w:t>
      </w:r>
      <w:proofErr w:type="spellStart"/>
      <w:r w:rsidRPr="000D5E72">
        <w:rPr>
          <w:b/>
          <w:szCs w:val="28"/>
        </w:rPr>
        <w:t>наставника</w:t>
      </w:r>
      <w:proofErr w:type="spellEnd"/>
    </w:p>
    <w:tbl>
      <w:tblPr>
        <w:tblStyle w:val="aff0"/>
        <w:tblW w:w="0" w:type="auto"/>
        <w:tblLook w:val="04A0"/>
      </w:tblPr>
      <w:tblGrid>
        <w:gridCol w:w="4986"/>
        <w:gridCol w:w="4986"/>
      </w:tblGrid>
      <w:tr w:rsidR="00AF589D" w:rsidTr="00DF7BEC">
        <w:tc>
          <w:tcPr>
            <w:tcW w:w="4986" w:type="dxa"/>
          </w:tcPr>
          <w:p w:rsidR="00AF589D" w:rsidRDefault="00AF589D" w:rsidP="00DF7BEC">
            <w:proofErr w:type="spellStart"/>
            <w:r>
              <w:t>Дата</w:t>
            </w:r>
            <w:proofErr w:type="spellEnd"/>
          </w:p>
        </w:tc>
        <w:tc>
          <w:tcPr>
            <w:tcW w:w="4986" w:type="dxa"/>
          </w:tcPr>
          <w:p w:rsidR="00AF589D" w:rsidRDefault="00AF589D" w:rsidP="00DF7BEC">
            <w:r>
              <w:t>________________</w:t>
            </w:r>
          </w:p>
        </w:tc>
      </w:tr>
      <w:tr w:rsidR="00AF589D" w:rsidTr="00DF7BEC">
        <w:tc>
          <w:tcPr>
            <w:tcW w:w="4986" w:type="dxa"/>
          </w:tcPr>
          <w:p w:rsidR="00AF589D" w:rsidRDefault="00AF589D" w:rsidP="00DF7BEC">
            <w:r>
              <w:t xml:space="preserve">Ф.И.О. </w:t>
            </w:r>
            <w:proofErr w:type="spellStart"/>
            <w:r>
              <w:t>участника</w:t>
            </w:r>
            <w:proofErr w:type="spellEnd"/>
          </w:p>
        </w:tc>
        <w:tc>
          <w:tcPr>
            <w:tcW w:w="4986" w:type="dxa"/>
          </w:tcPr>
          <w:p w:rsidR="00AF589D" w:rsidRDefault="00AF589D" w:rsidP="00DF7BEC">
            <w:r>
              <w:t>______________________________</w:t>
            </w:r>
          </w:p>
        </w:tc>
      </w:tr>
      <w:tr w:rsidR="00AF589D" w:rsidTr="00DF7BEC">
        <w:tc>
          <w:tcPr>
            <w:tcW w:w="4986" w:type="dxa"/>
          </w:tcPr>
          <w:p w:rsidR="00AF589D" w:rsidRDefault="00AF589D" w:rsidP="00DF7BEC">
            <w:proofErr w:type="spellStart"/>
            <w:r>
              <w:t>Школа</w:t>
            </w:r>
            <w:proofErr w:type="spellEnd"/>
          </w:p>
        </w:tc>
        <w:tc>
          <w:tcPr>
            <w:tcW w:w="4986" w:type="dxa"/>
          </w:tcPr>
          <w:p w:rsidR="00AF589D" w:rsidRDefault="00AF589D" w:rsidP="00DF7BEC">
            <w:r>
              <w:t>________________</w:t>
            </w:r>
          </w:p>
        </w:tc>
      </w:tr>
      <w:tr w:rsidR="00AF589D" w:rsidTr="00DF7BEC">
        <w:tc>
          <w:tcPr>
            <w:tcW w:w="4986" w:type="dxa"/>
          </w:tcPr>
          <w:p w:rsidR="00AF589D" w:rsidRDefault="00AF589D" w:rsidP="00DF7BEC">
            <w:proofErr w:type="spellStart"/>
            <w:r>
              <w:t>Класс</w:t>
            </w:r>
            <w:proofErr w:type="spellEnd"/>
          </w:p>
        </w:tc>
        <w:tc>
          <w:tcPr>
            <w:tcW w:w="4986" w:type="dxa"/>
          </w:tcPr>
          <w:p w:rsidR="00AF589D" w:rsidRDefault="00AF589D" w:rsidP="00DF7BEC">
            <w:r>
              <w:t>______</w:t>
            </w:r>
          </w:p>
        </w:tc>
      </w:tr>
      <w:tr w:rsidR="00AF589D" w:rsidTr="00DF7BEC">
        <w:tc>
          <w:tcPr>
            <w:tcW w:w="4986" w:type="dxa"/>
          </w:tcPr>
          <w:p w:rsidR="00AF589D" w:rsidRDefault="00AF589D" w:rsidP="00DF7BEC">
            <w:proofErr w:type="spellStart"/>
            <w:r>
              <w:t>Наставник</w:t>
            </w:r>
            <w:proofErr w:type="spellEnd"/>
          </w:p>
        </w:tc>
        <w:tc>
          <w:tcPr>
            <w:tcW w:w="4986" w:type="dxa"/>
          </w:tcPr>
          <w:p w:rsidR="00AF589D" w:rsidRDefault="00AF589D" w:rsidP="00DF7BEC">
            <w:r>
              <w:t>______________________________</w:t>
            </w:r>
          </w:p>
        </w:tc>
      </w:tr>
    </w:tbl>
    <w:p w:rsidR="00AF589D" w:rsidRDefault="00AF589D" w:rsidP="00AF589D"/>
    <w:tbl>
      <w:tblPr>
        <w:tblStyle w:val="aff0"/>
        <w:tblW w:w="0" w:type="auto"/>
        <w:jc w:val="center"/>
        <w:tblLook w:val="04A0"/>
      </w:tblPr>
      <w:tblGrid>
        <w:gridCol w:w="2539"/>
        <w:gridCol w:w="1840"/>
        <w:gridCol w:w="1926"/>
        <w:gridCol w:w="1853"/>
        <w:gridCol w:w="1980"/>
      </w:tblGrid>
      <w:tr w:rsidR="00AF589D" w:rsidTr="00DF7BEC">
        <w:trPr>
          <w:jc w:val="center"/>
        </w:trPr>
        <w:tc>
          <w:tcPr>
            <w:tcW w:w="1995" w:type="dxa"/>
          </w:tcPr>
          <w:p w:rsidR="00AF589D" w:rsidRDefault="00AF589D" w:rsidP="00DF7BEC">
            <w:proofErr w:type="spellStart"/>
            <w:r>
              <w:t>Критерий</w:t>
            </w:r>
            <w:proofErr w:type="spellEnd"/>
          </w:p>
        </w:tc>
        <w:tc>
          <w:tcPr>
            <w:tcW w:w="1995" w:type="dxa"/>
          </w:tcPr>
          <w:p w:rsidR="00AF589D" w:rsidRDefault="00AF589D" w:rsidP="00DF7BEC">
            <w:proofErr w:type="spellStart"/>
            <w:r>
              <w:t>Да</w:t>
            </w:r>
            <w:proofErr w:type="spellEnd"/>
            <w:r>
              <w:t xml:space="preserve"> (2)</w:t>
            </w:r>
          </w:p>
        </w:tc>
        <w:tc>
          <w:tcPr>
            <w:tcW w:w="1995" w:type="dxa"/>
          </w:tcPr>
          <w:p w:rsidR="00AF589D" w:rsidRDefault="00AF589D" w:rsidP="00DF7BEC">
            <w:proofErr w:type="spellStart"/>
            <w:r>
              <w:t>Частично</w:t>
            </w:r>
            <w:proofErr w:type="spellEnd"/>
            <w:r>
              <w:t xml:space="preserve"> (1)</w:t>
            </w:r>
          </w:p>
        </w:tc>
        <w:tc>
          <w:tcPr>
            <w:tcW w:w="1995" w:type="dxa"/>
          </w:tcPr>
          <w:p w:rsidR="00AF589D" w:rsidRDefault="00AF589D" w:rsidP="00DF7BEC">
            <w:proofErr w:type="spellStart"/>
            <w:r>
              <w:t>Нет</w:t>
            </w:r>
            <w:proofErr w:type="spellEnd"/>
            <w:r>
              <w:t xml:space="preserve"> (0)</w:t>
            </w:r>
          </w:p>
        </w:tc>
        <w:tc>
          <w:tcPr>
            <w:tcW w:w="1995" w:type="dxa"/>
          </w:tcPr>
          <w:p w:rsidR="00AF589D" w:rsidRDefault="00AF589D" w:rsidP="00DF7BEC">
            <w:proofErr w:type="spellStart"/>
            <w:r>
              <w:t>Комментарий</w:t>
            </w:r>
            <w:proofErr w:type="spellEnd"/>
          </w:p>
        </w:tc>
      </w:tr>
      <w:tr w:rsidR="00AF589D" w:rsidTr="00DF7BEC">
        <w:trPr>
          <w:jc w:val="center"/>
        </w:trPr>
        <w:tc>
          <w:tcPr>
            <w:tcW w:w="1995" w:type="dxa"/>
          </w:tcPr>
          <w:p w:rsidR="00AF589D" w:rsidRDefault="00AF589D" w:rsidP="00DF7BEC">
            <w:proofErr w:type="spellStart"/>
            <w:r>
              <w:t>Интерес</w:t>
            </w:r>
            <w:proofErr w:type="spellEnd"/>
            <w:r>
              <w:t xml:space="preserve"> к </w:t>
            </w:r>
            <w:proofErr w:type="spellStart"/>
            <w:r>
              <w:t>профессии</w:t>
            </w:r>
            <w:proofErr w:type="spellEnd"/>
          </w:p>
        </w:tc>
        <w:tc>
          <w:tcPr>
            <w:tcW w:w="1995" w:type="dxa"/>
          </w:tcPr>
          <w:p w:rsidR="00AF589D" w:rsidRDefault="00AF589D" w:rsidP="00DF7BEC"/>
        </w:tc>
        <w:tc>
          <w:tcPr>
            <w:tcW w:w="1995" w:type="dxa"/>
          </w:tcPr>
          <w:p w:rsidR="00AF589D" w:rsidRDefault="00AF589D" w:rsidP="00DF7BEC"/>
        </w:tc>
        <w:tc>
          <w:tcPr>
            <w:tcW w:w="1995" w:type="dxa"/>
          </w:tcPr>
          <w:p w:rsidR="00AF589D" w:rsidRDefault="00AF589D" w:rsidP="00DF7BEC"/>
        </w:tc>
        <w:tc>
          <w:tcPr>
            <w:tcW w:w="1995" w:type="dxa"/>
          </w:tcPr>
          <w:p w:rsidR="00AF589D" w:rsidRDefault="00AF589D" w:rsidP="00DF7BEC"/>
        </w:tc>
      </w:tr>
      <w:tr w:rsidR="00AF589D" w:rsidTr="00DF7BEC">
        <w:trPr>
          <w:jc w:val="center"/>
        </w:trPr>
        <w:tc>
          <w:tcPr>
            <w:tcW w:w="1995" w:type="dxa"/>
          </w:tcPr>
          <w:p w:rsidR="00AF589D" w:rsidRDefault="00AF589D" w:rsidP="00DF7BEC">
            <w:proofErr w:type="spellStart"/>
            <w:r>
              <w:t>Активность</w:t>
            </w:r>
            <w:proofErr w:type="spellEnd"/>
          </w:p>
        </w:tc>
        <w:tc>
          <w:tcPr>
            <w:tcW w:w="1995" w:type="dxa"/>
          </w:tcPr>
          <w:p w:rsidR="00AF589D" w:rsidRDefault="00AF589D" w:rsidP="00DF7BEC"/>
        </w:tc>
        <w:tc>
          <w:tcPr>
            <w:tcW w:w="1995" w:type="dxa"/>
          </w:tcPr>
          <w:p w:rsidR="00AF589D" w:rsidRDefault="00AF589D" w:rsidP="00DF7BEC"/>
        </w:tc>
        <w:tc>
          <w:tcPr>
            <w:tcW w:w="1995" w:type="dxa"/>
          </w:tcPr>
          <w:p w:rsidR="00AF589D" w:rsidRDefault="00AF589D" w:rsidP="00DF7BEC"/>
        </w:tc>
        <w:tc>
          <w:tcPr>
            <w:tcW w:w="1995" w:type="dxa"/>
          </w:tcPr>
          <w:p w:rsidR="00AF589D" w:rsidRDefault="00AF589D" w:rsidP="00DF7BEC"/>
        </w:tc>
      </w:tr>
      <w:tr w:rsidR="00AF589D" w:rsidTr="00DF7BEC">
        <w:trPr>
          <w:jc w:val="center"/>
        </w:trPr>
        <w:tc>
          <w:tcPr>
            <w:tcW w:w="1995" w:type="dxa"/>
          </w:tcPr>
          <w:p w:rsidR="00AF589D" w:rsidRDefault="00AF589D" w:rsidP="00DF7BEC">
            <w:proofErr w:type="spellStart"/>
            <w:r>
              <w:t>Самостоятельность</w:t>
            </w:r>
            <w:proofErr w:type="spellEnd"/>
          </w:p>
        </w:tc>
        <w:tc>
          <w:tcPr>
            <w:tcW w:w="1995" w:type="dxa"/>
          </w:tcPr>
          <w:p w:rsidR="00AF589D" w:rsidRDefault="00AF589D" w:rsidP="00DF7BEC"/>
        </w:tc>
        <w:tc>
          <w:tcPr>
            <w:tcW w:w="1995" w:type="dxa"/>
          </w:tcPr>
          <w:p w:rsidR="00AF589D" w:rsidRDefault="00AF589D" w:rsidP="00DF7BEC"/>
        </w:tc>
        <w:tc>
          <w:tcPr>
            <w:tcW w:w="1995" w:type="dxa"/>
          </w:tcPr>
          <w:p w:rsidR="00AF589D" w:rsidRDefault="00AF589D" w:rsidP="00DF7BEC"/>
        </w:tc>
        <w:tc>
          <w:tcPr>
            <w:tcW w:w="1995" w:type="dxa"/>
          </w:tcPr>
          <w:p w:rsidR="00AF589D" w:rsidRDefault="00AF589D" w:rsidP="00DF7BEC"/>
        </w:tc>
      </w:tr>
      <w:tr w:rsidR="00AF589D" w:rsidTr="00DF7BEC">
        <w:trPr>
          <w:jc w:val="center"/>
        </w:trPr>
        <w:tc>
          <w:tcPr>
            <w:tcW w:w="1995" w:type="dxa"/>
          </w:tcPr>
          <w:p w:rsidR="00AF589D" w:rsidRDefault="00AF589D" w:rsidP="00DF7BEC">
            <w:proofErr w:type="spellStart"/>
            <w:r>
              <w:t>Анализ</w:t>
            </w:r>
            <w:proofErr w:type="spellEnd"/>
            <w:r>
              <w:t xml:space="preserve"> </w:t>
            </w:r>
            <w:proofErr w:type="spellStart"/>
            <w:r>
              <w:t>визуальной</w:t>
            </w:r>
            <w:proofErr w:type="spellEnd"/>
            <w:r>
              <w:t xml:space="preserve"> </w:t>
            </w:r>
            <w:proofErr w:type="spellStart"/>
            <w:r>
              <w:t>информации</w:t>
            </w:r>
            <w:proofErr w:type="spellEnd"/>
          </w:p>
        </w:tc>
        <w:tc>
          <w:tcPr>
            <w:tcW w:w="1995" w:type="dxa"/>
          </w:tcPr>
          <w:p w:rsidR="00AF589D" w:rsidRDefault="00AF589D" w:rsidP="00DF7BEC"/>
        </w:tc>
        <w:tc>
          <w:tcPr>
            <w:tcW w:w="1995" w:type="dxa"/>
          </w:tcPr>
          <w:p w:rsidR="00AF589D" w:rsidRDefault="00AF589D" w:rsidP="00DF7BEC"/>
        </w:tc>
        <w:tc>
          <w:tcPr>
            <w:tcW w:w="1995" w:type="dxa"/>
          </w:tcPr>
          <w:p w:rsidR="00AF589D" w:rsidRDefault="00AF589D" w:rsidP="00DF7BEC"/>
        </w:tc>
        <w:tc>
          <w:tcPr>
            <w:tcW w:w="1995" w:type="dxa"/>
          </w:tcPr>
          <w:p w:rsidR="00AF589D" w:rsidRDefault="00AF589D" w:rsidP="00DF7BEC"/>
        </w:tc>
      </w:tr>
      <w:tr w:rsidR="00AF589D" w:rsidTr="00DF7BEC">
        <w:trPr>
          <w:jc w:val="center"/>
        </w:trPr>
        <w:tc>
          <w:tcPr>
            <w:tcW w:w="1995" w:type="dxa"/>
          </w:tcPr>
          <w:p w:rsidR="00AF589D" w:rsidRDefault="00AF589D" w:rsidP="00DF7BEC">
            <w:proofErr w:type="spellStart"/>
            <w:r>
              <w:t>Понимание</w:t>
            </w:r>
            <w:proofErr w:type="spellEnd"/>
            <w:r>
              <w:t xml:space="preserve"> </w:t>
            </w:r>
            <w:proofErr w:type="spellStart"/>
            <w:r>
              <w:t>композиции</w:t>
            </w:r>
            <w:proofErr w:type="spellEnd"/>
          </w:p>
        </w:tc>
        <w:tc>
          <w:tcPr>
            <w:tcW w:w="1995" w:type="dxa"/>
          </w:tcPr>
          <w:p w:rsidR="00AF589D" w:rsidRDefault="00AF589D" w:rsidP="00DF7BEC"/>
        </w:tc>
        <w:tc>
          <w:tcPr>
            <w:tcW w:w="1995" w:type="dxa"/>
          </w:tcPr>
          <w:p w:rsidR="00AF589D" w:rsidRDefault="00AF589D" w:rsidP="00DF7BEC"/>
        </w:tc>
        <w:tc>
          <w:tcPr>
            <w:tcW w:w="1995" w:type="dxa"/>
          </w:tcPr>
          <w:p w:rsidR="00AF589D" w:rsidRDefault="00AF589D" w:rsidP="00DF7BEC"/>
        </w:tc>
        <w:tc>
          <w:tcPr>
            <w:tcW w:w="1995" w:type="dxa"/>
          </w:tcPr>
          <w:p w:rsidR="00AF589D" w:rsidRDefault="00AF589D" w:rsidP="00DF7BEC"/>
        </w:tc>
      </w:tr>
      <w:tr w:rsidR="00AF589D" w:rsidTr="00DF7BEC">
        <w:trPr>
          <w:jc w:val="center"/>
        </w:trPr>
        <w:tc>
          <w:tcPr>
            <w:tcW w:w="1995" w:type="dxa"/>
          </w:tcPr>
          <w:p w:rsidR="00AF589D" w:rsidRDefault="00AF589D" w:rsidP="00DF7BEC">
            <w:proofErr w:type="spellStart"/>
            <w:r>
              <w:t>Использование</w:t>
            </w:r>
            <w:proofErr w:type="spellEnd"/>
            <w:r>
              <w:t xml:space="preserve"> </w:t>
            </w:r>
            <w:proofErr w:type="spellStart"/>
            <w:r>
              <w:t>правил</w:t>
            </w:r>
            <w:proofErr w:type="spellEnd"/>
            <w:r>
              <w:t xml:space="preserve"> </w:t>
            </w:r>
            <w:proofErr w:type="spellStart"/>
            <w:r>
              <w:t>дизайна</w:t>
            </w:r>
            <w:proofErr w:type="spellEnd"/>
          </w:p>
        </w:tc>
        <w:tc>
          <w:tcPr>
            <w:tcW w:w="1995" w:type="dxa"/>
          </w:tcPr>
          <w:p w:rsidR="00AF589D" w:rsidRDefault="00AF589D" w:rsidP="00DF7BEC"/>
        </w:tc>
        <w:tc>
          <w:tcPr>
            <w:tcW w:w="1995" w:type="dxa"/>
          </w:tcPr>
          <w:p w:rsidR="00AF589D" w:rsidRDefault="00AF589D" w:rsidP="00DF7BEC"/>
        </w:tc>
        <w:tc>
          <w:tcPr>
            <w:tcW w:w="1995" w:type="dxa"/>
          </w:tcPr>
          <w:p w:rsidR="00AF589D" w:rsidRDefault="00AF589D" w:rsidP="00DF7BEC"/>
        </w:tc>
        <w:tc>
          <w:tcPr>
            <w:tcW w:w="1995" w:type="dxa"/>
          </w:tcPr>
          <w:p w:rsidR="00AF589D" w:rsidRDefault="00AF589D" w:rsidP="00DF7BEC"/>
        </w:tc>
      </w:tr>
      <w:tr w:rsidR="00AF589D" w:rsidTr="00DF7BEC">
        <w:trPr>
          <w:jc w:val="center"/>
        </w:trPr>
        <w:tc>
          <w:tcPr>
            <w:tcW w:w="1995" w:type="dxa"/>
          </w:tcPr>
          <w:p w:rsidR="00AF589D" w:rsidRDefault="00AF589D" w:rsidP="00DF7BEC">
            <w:proofErr w:type="spellStart"/>
            <w:r>
              <w:t>Творческий</w:t>
            </w:r>
            <w:proofErr w:type="spellEnd"/>
            <w:r>
              <w:t xml:space="preserve"> </w:t>
            </w:r>
            <w:proofErr w:type="spellStart"/>
            <w:r>
              <w:t>подход</w:t>
            </w:r>
            <w:proofErr w:type="spellEnd"/>
          </w:p>
        </w:tc>
        <w:tc>
          <w:tcPr>
            <w:tcW w:w="1995" w:type="dxa"/>
          </w:tcPr>
          <w:p w:rsidR="00AF589D" w:rsidRDefault="00AF589D" w:rsidP="00DF7BEC"/>
        </w:tc>
        <w:tc>
          <w:tcPr>
            <w:tcW w:w="1995" w:type="dxa"/>
          </w:tcPr>
          <w:p w:rsidR="00AF589D" w:rsidRDefault="00AF589D" w:rsidP="00DF7BEC"/>
        </w:tc>
        <w:tc>
          <w:tcPr>
            <w:tcW w:w="1995" w:type="dxa"/>
          </w:tcPr>
          <w:p w:rsidR="00AF589D" w:rsidRDefault="00AF589D" w:rsidP="00DF7BEC"/>
        </w:tc>
        <w:tc>
          <w:tcPr>
            <w:tcW w:w="1995" w:type="dxa"/>
          </w:tcPr>
          <w:p w:rsidR="00AF589D" w:rsidRDefault="00AF589D" w:rsidP="00DF7BEC"/>
        </w:tc>
      </w:tr>
      <w:tr w:rsidR="00AF589D" w:rsidTr="00DF7BEC">
        <w:trPr>
          <w:jc w:val="center"/>
        </w:trPr>
        <w:tc>
          <w:tcPr>
            <w:tcW w:w="1995" w:type="dxa"/>
          </w:tcPr>
          <w:p w:rsidR="00AF589D" w:rsidRDefault="00AF589D" w:rsidP="00DF7BEC">
            <w:proofErr w:type="spellStart"/>
            <w:r>
              <w:t>Аргументация</w:t>
            </w:r>
            <w:proofErr w:type="spellEnd"/>
            <w:r>
              <w:t xml:space="preserve"> </w:t>
            </w:r>
            <w:proofErr w:type="spellStart"/>
            <w:r>
              <w:t>выбора</w:t>
            </w:r>
            <w:proofErr w:type="spellEnd"/>
          </w:p>
        </w:tc>
        <w:tc>
          <w:tcPr>
            <w:tcW w:w="1995" w:type="dxa"/>
          </w:tcPr>
          <w:p w:rsidR="00AF589D" w:rsidRDefault="00AF589D" w:rsidP="00DF7BEC"/>
        </w:tc>
        <w:tc>
          <w:tcPr>
            <w:tcW w:w="1995" w:type="dxa"/>
          </w:tcPr>
          <w:p w:rsidR="00AF589D" w:rsidRDefault="00AF589D" w:rsidP="00DF7BEC"/>
        </w:tc>
        <w:tc>
          <w:tcPr>
            <w:tcW w:w="1995" w:type="dxa"/>
          </w:tcPr>
          <w:p w:rsidR="00AF589D" w:rsidRDefault="00AF589D" w:rsidP="00DF7BEC"/>
        </w:tc>
        <w:tc>
          <w:tcPr>
            <w:tcW w:w="1995" w:type="dxa"/>
          </w:tcPr>
          <w:p w:rsidR="00AF589D" w:rsidRDefault="00AF589D" w:rsidP="00DF7BEC"/>
        </w:tc>
      </w:tr>
      <w:tr w:rsidR="00AF589D" w:rsidTr="00DF7BEC">
        <w:trPr>
          <w:jc w:val="center"/>
        </w:trPr>
        <w:tc>
          <w:tcPr>
            <w:tcW w:w="1995" w:type="dxa"/>
          </w:tcPr>
          <w:p w:rsidR="00AF589D" w:rsidRDefault="00AF589D" w:rsidP="00DF7BEC">
            <w:proofErr w:type="spellStart"/>
            <w:r>
              <w:t>Внимательность</w:t>
            </w:r>
            <w:proofErr w:type="spellEnd"/>
          </w:p>
        </w:tc>
        <w:tc>
          <w:tcPr>
            <w:tcW w:w="1995" w:type="dxa"/>
          </w:tcPr>
          <w:p w:rsidR="00AF589D" w:rsidRDefault="00AF589D" w:rsidP="00DF7BEC"/>
        </w:tc>
        <w:tc>
          <w:tcPr>
            <w:tcW w:w="1995" w:type="dxa"/>
          </w:tcPr>
          <w:p w:rsidR="00AF589D" w:rsidRDefault="00AF589D" w:rsidP="00DF7BEC"/>
        </w:tc>
        <w:tc>
          <w:tcPr>
            <w:tcW w:w="1995" w:type="dxa"/>
          </w:tcPr>
          <w:p w:rsidR="00AF589D" w:rsidRDefault="00AF589D" w:rsidP="00DF7BEC"/>
        </w:tc>
        <w:tc>
          <w:tcPr>
            <w:tcW w:w="1995" w:type="dxa"/>
          </w:tcPr>
          <w:p w:rsidR="00AF589D" w:rsidRDefault="00AF589D" w:rsidP="00DF7BEC"/>
        </w:tc>
      </w:tr>
      <w:tr w:rsidR="00AF589D" w:rsidTr="00DF7BEC">
        <w:trPr>
          <w:jc w:val="center"/>
        </w:trPr>
        <w:tc>
          <w:tcPr>
            <w:tcW w:w="1995" w:type="dxa"/>
          </w:tcPr>
          <w:p w:rsidR="00AF589D" w:rsidRDefault="00AF589D" w:rsidP="00DF7BEC">
            <w:proofErr w:type="spellStart"/>
            <w:r>
              <w:t>Соблюдение</w:t>
            </w:r>
            <w:proofErr w:type="spellEnd"/>
            <w:r>
              <w:t xml:space="preserve"> ТБ</w:t>
            </w:r>
          </w:p>
        </w:tc>
        <w:tc>
          <w:tcPr>
            <w:tcW w:w="1995" w:type="dxa"/>
          </w:tcPr>
          <w:p w:rsidR="00AF589D" w:rsidRDefault="00AF589D" w:rsidP="00DF7BEC"/>
        </w:tc>
        <w:tc>
          <w:tcPr>
            <w:tcW w:w="1995" w:type="dxa"/>
          </w:tcPr>
          <w:p w:rsidR="00AF589D" w:rsidRDefault="00AF589D" w:rsidP="00DF7BEC"/>
        </w:tc>
        <w:tc>
          <w:tcPr>
            <w:tcW w:w="1995" w:type="dxa"/>
          </w:tcPr>
          <w:p w:rsidR="00AF589D" w:rsidRDefault="00AF589D" w:rsidP="00DF7BEC"/>
        </w:tc>
        <w:tc>
          <w:tcPr>
            <w:tcW w:w="1995" w:type="dxa"/>
          </w:tcPr>
          <w:p w:rsidR="00AF589D" w:rsidRDefault="00AF589D" w:rsidP="00DF7BEC"/>
        </w:tc>
      </w:tr>
    </w:tbl>
    <w:p w:rsidR="00AF589D" w:rsidRDefault="00AF589D" w:rsidP="000D5E72">
      <w:pPr>
        <w:spacing w:after="0"/>
        <w:ind w:firstLine="709"/>
      </w:pPr>
      <w:proofErr w:type="spellStart"/>
      <w:r>
        <w:rPr>
          <w:b/>
          <w:sz w:val="30"/>
        </w:rPr>
        <w:t>Интерпретация</w:t>
      </w:r>
      <w:proofErr w:type="spellEnd"/>
      <w:r>
        <w:rPr>
          <w:b/>
          <w:sz w:val="30"/>
        </w:rPr>
        <w:t xml:space="preserve"> </w:t>
      </w:r>
      <w:proofErr w:type="spellStart"/>
      <w:r>
        <w:rPr>
          <w:b/>
          <w:sz w:val="30"/>
        </w:rPr>
        <w:t>результатов</w:t>
      </w:r>
      <w:proofErr w:type="spellEnd"/>
    </w:p>
    <w:p w:rsidR="000D5E72" w:rsidRDefault="00AF589D" w:rsidP="000D5E72">
      <w:pPr>
        <w:spacing w:after="0"/>
        <w:ind w:firstLine="709"/>
        <w:rPr>
          <w:lang w:val="ru-RU"/>
        </w:rPr>
      </w:pPr>
      <w:r w:rsidRPr="00AF589D">
        <w:rPr>
          <w:lang w:val="ru-RU"/>
        </w:rPr>
        <w:t>17–20 баллов — очень высокий интерес.</w:t>
      </w:r>
    </w:p>
    <w:p w:rsidR="000D5E72" w:rsidRDefault="00AF589D" w:rsidP="000D5E72">
      <w:pPr>
        <w:spacing w:after="0"/>
        <w:ind w:firstLine="709"/>
        <w:rPr>
          <w:lang w:val="ru-RU"/>
        </w:rPr>
      </w:pPr>
      <w:r w:rsidRPr="00AF589D">
        <w:rPr>
          <w:lang w:val="ru-RU"/>
        </w:rPr>
        <w:t>13–16 — высокий.</w:t>
      </w:r>
    </w:p>
    <w:p w:rsidR="000D5E72" w:rsidRDefault="00AF589D" w:rsidP="000D5E72">
      <w:pPr>
        <w:spacing w:after="0"/>
        <w:ind w:firstLine="709"/>
        <w:rPr>
          <w:lang w:val="ru-RU"/>
        </w:rPr>
      </w:pPr>
      <w:r w:rsidRPr="00AF589D">
        <w:rPr>
          <w:lang w:val="ru-RU"/>
        </w:rPr>
        <w:t>9–12 — средний.</w:t>
      </w:r>
    </w:p>
    <w:p w:rsidR="000D5E72" w:rsidRDefault="00AF589D" w:rsidP="000D5E72">
      <w:pPr>
        <w:spacing w:after="0"/>
        <w:ind w:firstLine="709"/>
        <w:rPr>
          <w:lang w:val="ru-RU"/>
        </w:rPr>
      </w:pPr>
      <w:r w:rsidRPr="00AF589D">
        <w:rPr>
          <w:lang w:val="ru-RU"/>
        </w:rPr>
        <w:t>5–8 — требуется дополнительное знакомство.</w:t>
      </w:r>
    </w:p>
    <w:p w:rsidR="00AF589D" w:rsidRPr="00AF589D" w:rsidRDefault="00AF589D" w:rsidP="000D5E72">
      <w:pPr>
        <w:spacing w:after="0"/>
        <w:ind w:firstLine="709"/>
        <w:rPr>
          <w:lang w:val="ru-RU"/>
        </w:rPr>
      </w:pPr>
      <w:r w:rsidRPr="00AF589D">
        <w:rPr>
          <w:lang w:val="ru-RU"/>
        </w:rPr>
        <w:t>0–4 — интерес пока не сформирован.</w:t>
      </w:r>
    </w:p>
    <w:p w:rsidR="00AF589D" w:rsidRPr="00AF589D" w:rsidRDefault="00AF589D" w:rsidP="000D5E72">
      <w:pPr>
        <w:spacing w:after="0"/>
        <w:ind w:firstLine="709"/>
        <w:rPr>
          <w:lang w:val="ru-RU"/>
        </w:rPr>
      </w:pPr>
      <w:r w:rsidRPr="00AF589D">
        <w:rPr>
          <w:lang w:val="ru-RU"/>
        </w:rPr>
        <w:t>Вывод наставника:</w:t>
      </w:r>
      <w:r w:rsidRPr="00AF589D">
        <w:rPr>
          <w:lang w:val="ru-RU"/>
        </w:rPr>
        <w:br/>
      </w:r>
      <w:r w:rsidRPr="00AF589D">
        <w:rPr>
          <w:lang w:val="ru-RU"/>
        </w:rPr>
        <w:br/>
        <w:t>__________________________________________________________</w:t>
      </w:r>
      <w:r w:rsidRPr="00AF589D">
        <w:rPr>
          <w:lang w:val="ru-RU"/>
        </w:rPr>
        <w:br/>
      </w:r>
      <w:r w:rsidRPr="00AF589D">
        <w:rPr>
          <w:lang w:val="ru-RU"/>
        </w:rPr>
        <w:br/>
        <w:t>__________________________________________________________</w:t>
      </w:r>
    </w:p>
    <w:p w:rsidR="00AF589D" w:rsidRPr="000D5E72" w:rsidRDefault="00AF589D" w:rsidP="000D5E72">
      <w:pPr>
        <w:spacing w:after="0"/>
        <w:ind w:firstLine="709"/>
        <w:rPr>
          <w:szCs w:val="28"/>
          <w:lang w:val="ru-RU"/>
        </w:rPr>
      </w:pPr>
      <w:r w:rsidRPr="000D5E72">
        <w:rPr>
          <w:b/>
          <w:szCs w:val="28"/>
          <w:lang w:val="ru-RU"/>
        </w:rPr>
        <w:t>Г.2. Лист самооценки участника</w:t>
      </w:r>
    </w:p>
    <w:p w:rsidR="00AF589D" w:rsidRPr="00AF589D" w:rsidRDefault="00AF589D" w:rsidP="000D5E72">
      <w:pPr>
        <w:spacing w:after="0"/>
        <w:rPr>
          <w:lang w:val="ru-RU"/>
        </w:rPr>
      </w:pPr>
      <w:r w:rsidRPr="00AF589D">
        <w:rPr>
          <w:lang w:val="ru-RU"/>
        </w:rPr>
        <w:lastRenderedPageBreak/>
        <w:t>Отметьте один вариант ответа для каждого утверждения.</w:t>
      </w:r>
    </w:p>
    <w:p w:rsidR="00AF589D" w:rsidRPr="00AF589D" w:rsidRDefault="00AF589D" w:rsidP="000D5E72">
      <w:pPr>
        <w:spacing w:after="0"/>
        <w:rPr>
          <w:lang w:val="ru-RU"/>
        </w:rPr>
      </w:pPr>
      <w:r w:rsidRPr="00AF589D">
        <w:rPr>
          <w:lang w:val="ru-RU"/>
        </w:rPr>
        <w:t>Мне было интересно проходить профессиональную пробу.</w:t>
      </w:r>
    </w:p>
    <w:p w:rsidR="00AF589D" w:rsidRPr="00AF589D" w:rsidRDefault="00AF589D" w:rsidP="000D5E72">
      <w:pPr>
        <w:spacing w:after="0"/>
        <w:rPr>
          <w:lang w:val="ru-RU"/>
        </w:rPr>
      </w:pPr>
      <w:r w:rsidRPr="00AF589D">
        <w:rPr>
          <w:lang w:val="ru-RU"/>
        </w:rPr>
        <w:t>□ Полностью согласен   □ Скорее согласен</w:t>
      </w:r>
      <w:proofErr w:type="gramStart"/>
      <w:r w:rsidRPr="00AF589D">
        <w:rPr>
          <w:lang w:val="ru-RU"/>
        </w:rPr>
        <w:t xml:space="preserve">   □ З</w:t>
      </w:r>
      <w:proofErr w:type="gramEnd"/>
      <w:r w:rsidRPr="00AF589D">
        <w:rPr>
          <w:lang w:val="ru-RU"/>
        </w:rPr>
        <w:t>атрудняюсь   □ Скорее не согласен   □ Не согласен</w:t>
      </w:r>
    </w:p>
    <w:p w:rsidR="00AF589D" w:rsidRPr="00AF589D" w:rsidRDefault="00AF589D" w:rsidP="000D5E72">
      <w:pPr>
        <w:spacing w:after="0"/>
        <w:rPr>
          <w:lang w:val="ru-RU"/>
        </w:rPr>
      </w:pPr>
      <w:r w:rsidRPr="00AF589D">
        <w:rPr>
          <w:lang w:val="ru-RU"/>
        </w:rPr>
        <w:t>Мне понравилось выполнять задания.</w:t>
      </w:r>
    </w:p>
    <w:p w:rsidR="00AF589D" w:rsidRPr="00AF589D" w:rsidRDefault="00AF589D" w:rsidP="000D5E72">
      <w:pPr>
        <w:spacing w:after="0"/>
        <w:rPr>
          <w:lang w:val="ru-RU"/>
        </w:rPr>
      </w:pPr>
      <w:r w:rsidRPr="00AF589D">
        <w:rPr>
          <w:lang w:val="ru-RU"/>
        </w:rPr>
        <w:t>□ Полностью согласен   □ Скорее согласен</w:t>
      </w:r>
      <w:proofErr w:type="gramStart"/>
      <w:r w:rsidRPr="00AF589D">
        <w:rPr>
          <w:lang w:val="ru-RU"/>
        </w:rPr>
        <w:t xml:space="preserve">   □ З</w:t>
      </w:r>
      <w:proofErr w:type="gramEnd"/>
      <w:r w:rsidRPr="00AF589D">
        <w:rPr>
          <w:lang w:val="ru-RU"/>
        </w:rPr>
        <w:t>атрудняюсь   □ Скорее не согласен   □ Не согласен</w:t>
      </w:r>
    </w:p>
    <w:p w:rsidR="00AF589D" w:rsidRPr="00AF589D" w:rsidRDefault="00AF589D" w:rsidP="000D5E72">
      <w:pPr>
        <w:spacing w:after="0"/>
        <w:rPr>
          <w:lang w:val="ru-RU"/>
        </w:rPr>
      </w:pPr>
      <w:r w:rsidRPr="00AF589D">
        <w:rPr>
          <w:lang w:val="ru-RU"/>
        </w:rPr>
        <w:t>Я поня</w:t>
      </w:r>
      <w:proofErr w:type="gramStart"/>
      <w:r w:rsidRPr="00AF589D">
        <w:rPr>
          <w:lang w:val="ru-RU"/>
        </w:rPr>
        <w:t>л(</w:t>
      </w:r>
      <w:proofErr w:type="gramEnd"/>
      <w:r w:rsidRPr="00AF589D">
        <w:rPr>
          <w:lang w:val="ru-RU"/>
        </w:rPr>
        <w:t>а), чем занимается графический дизайнер.</w:t>
      </w:r>
    </w:p>
    <w:p w:rsidR="00AF589D" w:rsidRPr="00AF589D" w:rsidRDefault="00AF589D" w:rsidP="000D5E72">
      <w:pPr>
        <w:spacing w:after="0"/>
        <w:rPr>
          <w:lang w:val="ru-RU"/>
        </w:rPr>
      </w:pPr>
      <w:r w:rsidRPr="00AF589D">
        <w:rPr>
          <w:lang w:val="ru-RU"/>
        </w:rPr>
        <w:t>□ Полностью согласен   □ Скорее согласен</w:t>
      </w:r>
      <w:proofErr w:type="gramStart"/>
      <w:r w:rsidRPr="00AF589D">
        <w:rPr>
          <w:lang w:val="ru-RU"/>
        </w:rPr>
        <w:t xml:space="preserve">   □ З</w:t>
      </w:r>
      <w:proofErr w:type="gramEnd"/>
      <w:r w:rsidRPr="00AF589D">
        <w:rPr>
          <w:lang w:val="ru-RU"/>
        </w:rPr>
        <w:t>атрудняюсь   □ Скорее не согласен   □ Не согласен</w:t>
      </w:r>
    </w:p>
    <w:p w:rsidR="00AF589D" w:rsidRPr="00AF589D" w:rsidRDefault="00AF589D" w:rsidP="000D5E72">
      <w:pPr>
        <w:spacing w:after="0"/>
        <w:rPr>
          <w:lang w:val="ru-RU"/>
        </w:rPr>
      </w:pPr>
      <w:r w:rsidRPr="00AF589D">
        <w:rPr>
          <w:lang w:val="ru-RU"/>
        </w:rPr>
        <w:t>Мне понравилось искать дизайнерские решения.</w:t>
      </w:r>
    </w:p>
    <w:p w:rsidR="00AF589D" w:rsidRPr="00AF589D" w:rsidRDefault="00AF589D" w:rsidP="000D5E72">
      <w:pPr>
        <w:spacing w:after="0"/>
        <w:rPr>
          <w:lang w:val="ru-RU"/>
        </w:rPr>
      </w:pPr>
      <w:r w:rsidRPr="00AF589D">
        <w:rPr>
          <w:lang w:val="ru-RU"/>
        </w:rPr>
        <w:t>□ Полностью согласен   □ Скорее согласен</w:t>
      </w:r>
      <w:proofErr w:type="gramStart"/>
      <w:r w:rsidRPr="00AF589D">
        <w:rPr>
          <w:lang w:val="ru-RU"/>
        </w:rPr>
        <w:t xml:space="preserve">   □ З</w:t>
      </w:r>
      <w:proofErr w:type="gramEnd"/>
      <w:r w:rsidRPr="00AF589D">
        <w:rPr>
          <w:lang w:val="ru-RU"/>
        </w:rPr>
        <w:t>атрудняюсь   □ Скорее не согласен   □ Не согласен</w:t>
      </w:r>
    </w:p>
    <w:p w:rsidR="00AF589D" w:rsidRPr="00AF589D" w:rsidRDefault="00AF589D" w:rsidP="000D5E72">
      <w:pPr>
        <w:spacing w:after="0"/>
        <w:rPr>
          <w:lang w:val="ru-RU"/>
        </w:rPr>
      </w:pPr>
      <w:r w:rsidRPr="00AF589D">
        <w:rPr>
          <w:lang w:val="ru-RU"/>
        </w:rPr>
        <w:t>Я хоте</w:t>
      </w:r>
      <w:proofErr w:type="gramStart"/>
      <w:r w:rsidRPr="00AF589D">
        <w:rPr>
          <w:lang w:val="ru-RU"/>
        </w:rPr>
        <w:t>л(</w:t>
      </w:r>
      <w:proofErr w:type="gramEnd"/>
      <w:r w:rsidRPr="00AF589D">
        <w:rPr>
          <w:lang w:val="ru-RU"/>
        </w:rPr>
        <w:t>а) бы узнать о профессии больше.</w:t>
      </w:r>
    </w:p>
    <w:p w:rsidR="00AF589D" w:rsidRPr="00AF589D" w:rsidRDefault="00AF589D" w:rsidP="000D5E72">
      <w:pPr>
        <w:spacing w:after="0"/>
        <w:rPr>
          <w:lang w:val="ru-RU"/>
        </w:rPr>
      </w:pPr>
      <w:r w:rsidRPr="00AF589D">
        <w:rPr>
          <w:lang w:val="ru-RU"/>
        </w:rPr>
        <w:t>□ Полностью согласен   □ Скорее согласен</w:t>
      </w:r>
      <w:proofErr w:type="gramStart"/>
      <w:r w:rsidRPr="00AF589D">
        <w:rPr>
          <w:lang w:val="ru-RU"/>
        </w:rPr>
        <w:t xml:space="preserve">   □ З</w:t>
      </w:r>
      <w:proofErr w:type="gramEnd"/>
      <w:r w:rsidRPr="00AF589D">
        <w:rPr>
          <w:lang w:val="ru-RU"/>
        </w:rPr>
        <w:t>атрудняюсь   □ Скорее не согласен   □ Не согласен</w:t>
      </w:r>
    </w:p>
    <w:p w:rsidR="00AF589D" w:rsidRPr="00AF589D" w:rsidRDefault="00AF589D" w:rsidP="000D5E72">
      <w:pPr>
        <w:spacing w:after="0"/>
        <w:rPr>
          <w:lang w:val="ru-RU"/>
        </w:rPr>
      </w:pPr>
      <w:r w:rsidRPr="00AF589D">
        <w:rPr>
          <w:lang w:val="ru-RU"/>
        </w:rPr>
        <w:t xml:space="preserve">Я рассматриваю </w:t>
      </w:r>
      <w:proofErr w:type="gramStart"/>
      <w:r w:rsidRPr="00AF589D">
        <w:rPr>
          <w:lang w:val="ru-RU"/>
        </w:rPr>
        <w:t>обучение по специальности</w:t>
      </w:r>
      <w:proofErr w:type="gramEnd"/>
      <w:r w:rsidRPr="00AF589D">
        <w:rPr>
          <w:lang w:val="ru-RU"/>
        </w:rPr>
        <w:t xml:space="preserve"> «Графический дизайнер».</w:t>
      </w:r>
    </w:p>
    <w:p w:rsidR="00AF589D" w:rsidRPr="00AF589D" w:rsidRDefault="00AF589D" w:rsidP="000D5E72">
      <w:pPr>
        <w:spacing w:after="0"/>
        <w:rPr>
          <w:lang w:val="ru-RU"/>
        </w:rPr>
      </w:pPr>
      <w:r w:rsidRPr="00AF589D">
        <w:rPr>
          <w:lang w:val="ru-RU"/>
        </w:rPr>
        <w:t>□ Полностью согласен   □ Скорее согласен</w:t>
      </w:r>
      <w:proofErr w:type="gramStart"/>
      <w:r w:rsidRPr="00AF589D">
        <w:rPr>
          <w:lang w:val="ru-RU"/>
        </w:rPr>
        <w:t xml:space="preserve">   □ З</w:t>
      </w:r>
      <w:proofErr w:type="gramEnd"/>
      <w:r w:rsidRPr="00AF589D">
        <w:rPr>
          <w:lang w:val="ru-RU"/>
        </w:rPr>
        <w:t>атрудняюсь   □ Скорее не согласен   □ Не согласен</w:t>
      </w:r>
    </w:p>
    <w:p w:rsidR="00AF589D" w:rsidRPr="00AF589D" w:rsidRDefault="00AF589D" w:rsidP="000D5E72">
      <w:pPr>
        <w:spacing w:after="0"/>
        <w:rPr>
          <w:lang w:val="ru-RU"/>
        </w:rPr>
      </w:pPr>
      <w:r w:rsidRPr="00AF589D">
        <w:rPr>
          <w:lang w:val="ru-RU"/>
        </w:rPr>
        <w:t>Что понравилось больше всего?________________________________</w:t>
      </w:r>
      <w:r w:rsidR="000D5E72">
        <w:rPr>
          <w:lang w:val="ru-RU"/>
        </w:rPr>
        <w:t>___</w:t>
      </w:r>
      <w:r w:rsidRPr="00AF589D">
        <w:rPr>
          <w:lang w:val="ru-RU"/>
        </w:rPr>
        <w:t>________</w:t>
      </w:r>
    </w:p>
    <w:p w:rsidR="00AF589D" w:rsidRPr="00AF589D" w:rsidRDefault="00AF589D" w:rsidP="000D5E72">
      <w:pPr>
        <w:spacing w:after="0"/>
        <w:rPr>
          <w:lang w:val="ru-RU"/>
        </w:rPr>
      </w:pPr>
      <w:r w:rsidRPr="00AF589D">
        <w:rPr>
          <w:lang w:val="ru-RU"/>
        </w:rPr>
        <w:t>Что оказалось самым сложным?_____________________________</w:t>
      </w:r>
      <w:r w:rsidR="000D5E72">
        <w:rPr>
          <w:lang w:val="ru-RU"/>
        </w:rPr>
        <w:t>___</w:t>
      </w:r>
      <w:r w:rsidRPr="00AF589D">
        <w:rPr>
          <w:lang w:val="ru-RU"/>
        </w:rPr>
        <w:t>___________</w:t>
      </w:r>
    </w:p>
    <w:p w:rsidR="00AF589D" w:rsidRPr="00AF589D" w:rsidRDefault="00AF589D" w:rsidP="000D5E72">
      <w:pPr>
        <w:spacing w:after="0"/>
        <w:rPr>
          <w:lang w:val="ru-RU"/>
        </w:rPr>
      </w:pPr>
      <w:r w:rsidRPr="00AF589D">
        <w:rPr>
          <w:lang w:val="ru-RU"/>
        </w:rPr>
        <w:t>Ваши предложения:__________________________</w:t>
      </w:r>
      <w:r w:rsidR="000D5E72">
        <w:rPr>
          <w:lang w:val="ru-RU"/>
        </w:rPr>
        <w:t>_____________</w:t>
      </w:r>
      <w:r w:rsidRPr="00AF589D">
        <w:rPr>
          <w:lang w:val="ru-RU"/>
        </w:rPr>
        <w:t>______________</w:t>
      </w:r>
    </w:p>
    <w:p w:rsidR="00AF589D" w:rsidRPr="000D5E72" w:rsidRDefault="00AF589D" w:rsidP="000D5E72">
      <w:pPr>
        <w:spacing w:after="0"/>
        <w:ind w:firstLine="709"/>
        <w:rPr>
          <w:szCs w:val="28"/>
          <w:lang w:val="ru-RU"/>
        </w:rPr>
      </w:pPr>
      <w:r w:rsidRPr="000D5E72">
        <w:rPr>
          <w:b/>
          <w:szCs w:val="28"/>
          <w:lang w:val="ru-RU"/>
        </w:rPr>
        <w:t>Г.3. Итоговый оценочный лист</w:t>
      </w:r>
    </w:p>
    <w:tbl>
      <w:tblPr>
        <w:tblStyle w:val="aff0"/>
        <w:tblW w:w="0" w:type="auto"/>
        <w:tblLook w:val="04A0"/>
      </w:tblPr>
      <w:tblGrid>
        <w:gridCol w:w="4986"/>
        <w:gridCol w:w="4986"/>
      </w:tblGrid>
      <w:tr w:rsidR="00AF589D" w:rsidTr="00DF7BEC">
        <w:tc>
          <w:tcPr>
            <w:tcW w:w="4986" w:type="dxa"/>
          </w:tcPr>
          <w:p w:rsidR="00AF589D" w:rsidRDefault="00AF589D" w:rsidP="00DF7BEC">
            <w:proofErr w:type="spellStart"/>
            <w:r>
              <w:t>Этап</w:t>
            </w:r>
            <w:proofErr w:type="spellEnd"/>
          </w:p>
        </w:tc>
        <w:tc>
          <w:tcPr>
            <w:tcW w:w="4986" w:type="dxa"/>
          </w:tcPr>
          <w:p w:rsidR="00AF589D" w:rsidRDefault="00AF589D" w:rsidP="00DF7BEC">
            <w:proofErr w:type="spellStart"/>
            <w:r>
              <w:t>Баллы</w:t>
            </w:r>
            <w:proofErr w:type="spellEnd"/>
          </w:p>
        </w:tc>
      </w:tr>
      <w:tr w:rsidR="00AF589D" w:rsidTr="00DF7BEC">
        <w:tc>
          <w:tcPr>
            <w:tcW w:w="4986" w:type="dxa"/>
          </w:tcPr>
          <w:p w:rsidR="00AF589D" w:rsidRDefault="00AF589D" w:rsidP="00DF7BEC">
            <w:proofErr w:type="spellStart"/>
            <w:r>
              <w:t>Викторина</w:t>
            </w:r>
            <w:proofErr w:type="spellEnd"/>
          </w:p>
        </w:tc>
        <w:tc>
          <w:tcPr>
            <w:tcW w:w="4986" w:type="dxa"/>
          </w:tcPr>
          <w:p w:rsidR="00AF589D" w:rsidRDefault="00AF589D" w:rsidP="00DF7BEC"/>
        </w:tc>
      </w:tr>
      <w:tr w:rsidR="00AF589D" w:rsidTr="00DF7BEC">
        <w:tc>
          <w:tcPr>
            <w:tcW w:w="4986" w:type="dxa"/>
          </w:tcPr>
          <w:p w:rsidR="00AF589D" w:rsidRDefault="00AF589D" w:rsidP="00DF7BEC">
            <w:proofErr w:type="spellStart"/>
            <w:r>
              <w:t>Теория</w:t>
            </w:r>
            <w:proofErr w:type="spellEnd"/>
          </w:p>
        </w:tc>
        <w:tc>
          <w:tcPr>
            <w:tcW w:w="4986" w:type="dxa"/>
          </w:tcPr>
          <w:p w:rsidR="00AF589D" w:rsidRDefault="00AF589D" w:rsidP="00DF7BEC"/>
        </w:tc>
      </w:tr>
      <w:tr w:rsidR="00AF589D" w:rsidTr="00DF7BEC">
        <w:tc>
          <w:tcPr>
            <w:tcW w:w="4986" w:type="dxa"/>
          </w:tcPr>
          <w:p w:rsidR="00AF589D" w:rsidRDefault="00AF589D" w:rsidP="00DF7BEC">
            <w:r>
              <w:t xml:space="preserve">7 </w:t>
            </w:r>
            <w:proofErr w:type="spellStart"/>
            <w:r>
              <w:t>правил</w:t>
            </w:r>
            <w:proofErr w:type="spellEnd"/>
            <w:r>
              <w:t xml:space="preserve"> </w:t>
            </w:r>
            <w:proofErr w:type="spellStart"/>
            <w:r>
              <w:t>дизайна</w:t>
            </w:r>
            <w:proofErr w:type="spellEnd"/>
          </w:p>
        </w:tc>
        <w:tc>
          <w:tcPr>
            <w:tcW w:w="4986" w:type="dxa"/>
          </w:tcPr>
          <w:p w:rsidR="00AF589D" w:rsidRDefault="00AF589D" w:rsidP="00DF7BEC"/>
        </w:tc>
      </w:tr>
      <w:tr w:rsidR="00AF589D" w:rsidTr="00DF7BEC">
        <w:tc>
          <w:tcPr>
            <w:tcW w:w="4986" w:type="dxa"/>
          </w:tcPr>
          <w:p w:rsidR="00AF589D" w:rsidRDefault="00AF589D" w:rsidP="00DF7BEC">
            <w:proofErr w:type="spellStart"/>
            <w:r>
              <w:t>Практические</w:t>
            </w:r>
            <w:proofErr w:type="spellEnd"/>
            <w:r>
              <w:t xml:space="preserve"> </w:t>
            </w:r>
            <w:proofErr w:type="spellStart"/>
            <w:r>
              <w:t>миссии</w:t>
            </w:r>
            <w:proofErr w:type="spellEnd"/>
          </w:p>
        </w:tc>
        <w:tc>
          <w:tcPr>
            <w:tcW w:w="4986" w:type="dxa"/>
          </w:tcPr>
          <w:p w:rsidR="00AF589D" w:rsidRDefault="00AF589D" w:rsidP="00DF7BEC"/>
        </w:tc>
      </w:tr>
      <w:tr w:rsidR="00AF589D" w:rsidTr="00DF7BEC">
        <w:tc>
          <w:tcPr>
            <w:tcW w:w="4986" w:type="dxa"/>
          </w:tcPr>
          <w:p w:rsidR="00AF589D" w:rsidRDefault="00AF589D" w:rsidP="00DF7BEC">
            <w:proofErr w:type="spellStart"/>
            <w:r>
              <w:t>Творческая</w:t>
            </w:r>
            <w:proofErr w:type="spellEnd"/>
            <w:r>
              <w:t xml:space="preserve"> </w:t>
            </w:r>
            <w:proofErr w:type="spellStart"/>
            <w:r>
              <w:t>мастерская</w:t>
            </w:r>
            <w:proofErr w:type="spellEnd"/>
          </w:p>
        </w:tc>
        <w:tc>
          <w:tcPr>
            <w:tcW w:w="4986" w:type="dxa"/>
          </w:tcPr>
          <w:p w:rsidR="00AF589D" w:rsidRDefault="00AF589D" w:rsidP="00DF7BEC"/>
        </w:tc>
      </w:tr>
      <w:tr w:rsidR="00AF589D" w:rsidTr="00DF7BEC">
        <w:tc>
          <w:tcPr>
            <w:tcW w:w="4986" w:type="dxa"/>
          </w:tcPr>
          <w:p w:rsidR="00AF589D" w:rsidRDefault="00AF589D" w:rsidP="00DF7BEC">
            <w:proofErr w:type="spellStart"/>
            <w:r>
              <w:t>Активность</w:t>
            </w:r>
            <w:proofErr w:type="spellEnd"/>
          </w:p>
        </w:tc>
        <w:tc>
          <w:tcPr>
            <w:tcW w:w="4986" w:type="dxa"/>
          </w:tcPr>
          <w:p w:rsidR="00AF589D" w:rsidRDefault="00AF589D" w:rsidP="00DF7BEC"/>
        </w:tc>
      </w:tr>
      <w:tr w:rsidR="00AF589D" w:rsidTr="00DF7BEC">
        <w:tc>
          <w:tcPr>
            <w:tcW w:w="4986" w:type="dxa"/>
          </w:tcPr>
          <w:p w:rsidR="00AF589D" w:rsidRDefault="00AF589D" w:rsidP="00DF7BEC">
            <w:proofErr w:type="spellStart"/>
            <w:r>
              <w:t>Самостоятельность</w:t>
            </w:r>
            <w:proofErr w:type="spellEnd"/>
          </w:p>
        </w:tc>
        <w:tc>
          <w:tcPr>
            <w:tcW w:w="4986" w:type="dxa"/>
          </w:tcPr>
          <w:p w:rsidR="00AF589D" w:rsidRDefault="00AF589D" w:rsidP="00DF7BEC"/>
        </w:tc>
      </w:tr>
    </w:tbl>
    <w:p w:rsidR="00AF589D" w:rsidRDefault="00AF589D" w:rsidP="00AF589D">
      <w:proofErr w:type="spellStart"/>
      <w:r>
        <w:t>Итого</w:t>
      </w:r>
      <w:proofErr w:type="spellEnd"/>
      <w:r>
        <w:t xml:space="preserve">: ____________ </w:t>
      </w:r>
      <w:proofErr w:type="spellStart"/>
      <w:r>
        <w:t>баллов</w:t>
      </w:r>
      <w:proofErr w:type="spellEnd"/>
    </w:p>
    <w:p w:rsidR="00AF589D" w:rsidRDefault="00AF589D" w:rsidP="00AF589D">
      <w:proofErr w:type="spellStart"/>
      <w:r>
        <w:t>Уровень</w:t>
      </w:r>
      <w:proofErr w:type="spellEnd"/>
      <w:r>
        <w:t xml:space="preserve">: □ </w:t>
      </w:r>
      <w:proofErr w:type="spellStart"/>
      <w:r>
        <w:t>Высокий</w:t>
      </w:r>
      <w:proofErr w:type="spellEnd"/>
      <w:r>
        <w:t xml:space="preserve">   □ </w:t>
      </w:r>
      <w:proofErr w:type="spellStart"/>
      <w:r>
        <w:t>Средний</w:t>
      </w:r>
      <w:proofErr w:type="spellEnd"/>
      <w:r>
        <w:t xml:space="preserve">   □ </w:t>
      </w:r>
      <w:proofErr w:type="spellStart"/>
      <w:r>
        <w:t>Начальный</w:t>
      </w:r>
      <w:proofErr w:type="spellEnd"/>
    </w:p>
    <w:p w:rsidR="00AF589D" w:rsidRDefault="00AF589D" w:rsidP="00AF589D">
      <w:proofErr w:type="spellStart"/>
      <w:r>
        <w:t>Рекомендации</w:t>
      </w:r>
      <w:proofErr w:type="spellEnd"/>
      <w:r>
        <w:t xml:space="preserve"> </w:t>
      </w:r>
      <w:proofErr w:type="spellStart"/>
      <w:r>
        <w:t>наставника</w:t>
      </w:r>
      <w:proofErr w:type="spellEnd"/>
      <w:proofErr w:type="gramStart"/>
      <w:r>
        <w:t>:</w:t>
      </w:r>
      <w:proofErr w:type="gramEnd"/>
      <w:r>
        <w:br/>
        <w:t>________________________________________</w:t>
      </w:r>
    </w:p>
    <w:p w:rsidR="00AF589D" w:rsidRPr="000D5E72" w:rsidRDefault="00AF589D" w:rsidP="000D5E72">
      <w:pPr>
        <w:ind w:firstLine="426"/>
        <w:rPr>
          <w:szCs w:val="28"/>
        </w:rPr>
      </w:pPr>
      <w:r w:rsidRPr="000D5E72">
        <w:rPr>
          <w:b/>
          <w:szCs w:val="28"/>
        </w:rPr>
        <w:t xml:space="preserve">Г.4. </w:t>
      </w:r>
      <w:proofErr w:type="spellStart"/>
      <w:r w:rsidRPr="000D5E72">
        <w:rPr>
          <w:b/>
          <w:szCs w:val="28"/>
        </w:rPr>
        <w:t>Ведомость</w:t>
      </w:r>
      <w:proofErr w:type="spellEnd"/>
      <w:r w:rsidRPr="000D5E72">
        <w:rPr>
          <w:b/>
          <w:szCs w:val="28"/>
        </w:rPr>
        <w:t xml:space="preserve"> </w:t>
      </w:r>
      <w:proofErr w:type="spellStart"/>
      <w:r w:rsidRPr="000D5E72">
        <w:rPr>
          <w:b/>
          <w:szCs w:val="28"/>
        </w:rPr>
        <w:t>выдачи</w:t>
      </w:r>
      <w:proofErr w:type="spellEnd"/>
      <w:r w:rsidRPr="000D5E72">
        <w:rPr>
          <w:b/>
          <w:szCs w:val="28"/>
        </w:rPr>
        <w:t xml:space="preserve"> </w:t>
      </w:r>
      <w:proofErr w:type="spellStart"/>
      <w:r w:rsidRPr="000D5E72">
        <w:rPr>
          <w:b/>
          <w:szCs w:val="28"/>
        </w:rPr>
        <w:t>сертификатов</w:t>
      </w:r>
      <w:proofErr w:type="spellEnd"/>
    </w:p>
    <w:tbl>
      <w:tblPr>
        <w:tblStyle w:val="aff0"/>
        <w:tblW w:w="0" w:type="auto"/>
        <w:tblLook w:val="04A0"/>
      </w:tblPr>
      <w:tblGrid>
        <w:gridCol w:w="562"/>
        <w:gridCol w:w="3969"/>
        <w:gridCol w:w="1134"/>
        <w:gridCol w:w="935"/>
        <w:gridCol w:w="1656"/>
        <w:gridCol w:w="1656"/>
      </w:tblGrid>
      <w:tr w:rsidR="00AF589D" w:rsidTr="000D5E72">
        <w:tc>
          <w:tcPr>
            <w:tcW w:w="562" w:type="dxa"/>
          </w:tcPr>
          <w:p w:rsidR="00AF589D" w:rsidRDefault="00AF589D" w:rsidP="00DF7BEC">
            <w:r>
              <w:lastRenderedPageBreak/>
              <w:t>№</w:t>
            </w:r>
          </w:p>
        </w:tc>
        <w:tc>
          <w:tcPr>
            <w:tcW w:w="3969" w:type="dxa"/>
          </w:tcPr>
          <w:p w:rsidR="00AF589D" w:rsidRDefault="00AF589D" w:rsidP="00DF7BEC">
            <w:r>
              <w:t>Ф.И.О.</w:t>
            </w:r>
          </w:p>
        </w:tc>
        <w:tc>
          <w:tcPr>
            <w:tcW w:w="1134" w:type="dxa"/>
          </w:tcPr>
          <w:p w:rsidR="00AF589D" w:rsidRDefault="00AF589D" w:rsidP="00DF7BEC">
            <w:proofErr w:type="spellStart"/>
            <w:r>
              <w:t>Школа</w:t>
            </w:r>
            <w:proofErr w:type="spellEnd"/>
          </w:p>
        </w:tc>
        <w:tc>
          <w:tcPr>
            <w:tcW w:w="935" w:type="dxa"/>
          </w:tcPr>
          <w:p w:rsidR="00AF589D" w:rsidRDefault="00AF589D" w:rsidP="00DF7BEC">
            <w:proofErr w:type="spellStart"/>
            <w:r>
              <w:t>Класс</w:t>
            </w:r>
            <w:proofErr w:type="spellEnd"/>
          </w:p>
        </w:tc>
        <w:tc>
          <w:tcPr>
            <w:tcW w:w="1656" w:type="dxa"/>
          </w:tcPr>
          <w:p w:rsidR="00AF589D" w:rsidRDefault="00AF589D" w:rsidP="00DF7BEC">
            <w:proofErr w:type="spellStart"/>
            <w:r>
              <w:t>Получил</w:t>
            </w:r>
            <w:proofErr w:type="spellEnd"/>
          </w:p>
        </w:tc>
        <w:tc>
          <w:tcPr>
            <w:tcW w:w="1656" w:type="dxa"/>
          </w:tcPr>
          <w:p w:rsidR="00AF589D" w:rsidRDefault="00AF589D" w:rsidP="00DF7BEC">
            <w:proofErr w:type="spellStart"/>
            <w:r>
              <w:t>Подпись</w:t>
            </w:r>
            <w:proofErr w:type="spellEnd"/>
          </w:p>
        </w:tc>
      </w:tr>
      <w:tr w:rsidR="00AF589D" w:rsidTr="000D5E72">
        <w:tc>
          <w:tcPr>
            <w:tcW w:w="562" w:type="dxa"/>
          </w:tcPr>
          <w:p w:rsidR="00AF589D" w:rsidRDefault="00AF589D" w:rsidP="00DF7BEC">
            <w:r>
              <w:t>1</w:t>
            </w:r>
          </w:p>
        </w:tc>
        <w:tc>
          <w:tcPr>
            <w:tcW w:w="3969" w:type="dxa"/>
          </w:tcPr>
          <w:p w:rsidR="00AF589D" w:rsidRDefault="00AF589D" w:rsidP="00DF7BEC"/>
        </w:tc>
        <w:tc>
          <w:tcPr>
            <w:tcW w:w="1134" w:type="dxa"/>
          </w:tcPr>
          <w:p w:rsidR="00AF589D" w:rsidRDefault="00AF589D" w:rsidP="00DF7BEC"/>
        </w:tc>
        <w:tc>
          <w:tcPr>
            <w:tcW w:w="935" w:type="dxa"/>
          </w:tcPr>
          <w:p w:rsidR="00AF589D" w:rsidRDefault="00AF589D" w:rsidP="00DF7BEC"/>
        </w:tc>
        <w:tc>
          <w:tcPr>
            <w:tcW w:w="1656" w:type="dxa"/>
          </w:tcPr>
          <w:p w:rsidR="00AF589D" w:rsidRDefault="00AF589D" w:rsidP="00DF7BEC">
            <w:r>
              <w:t>□</w:t>
            </w:r>
          </w:p>
        </w:tc>
        <w:tc>
          <w:tcPr>
            <w:tcW w:w="1656" w:type="dxa"/>
          </w:tcPr>
          <w:p w:rsidR="00AF589D" w:rsidRDefault="00AF589D" w:rsidP="00DF7BEC"/>
        </w:tc>
      </w:tr>
      <w:tr w:rsidR="00AF589D" w:rsidTr="000D5E72">
        <w:tc>
          <w:tcPr>
            <w:tcW w:w="562" w:type="dxa"/>
          </w:tcPr>
          <w:p w:rsidR="00AF589D" w:rsidRDefault="00AF589D" w:rsidP="00DF7BEC">
            <w:r>
              <w:t>2</w:t>
            </w:r>
          </w:p>
        </w:tc>
        <w:tc>
          <w:tcPr>
            <w:tcW w:w="3969" w:type="dxa"/>
          </w:tcPr>
          <w:p w:rsidR="00AF589D" w:rsidRDefault="00AF589D" w:rsidP="00DF7BEC"/>
        </w:tc>
        <w:tc>
          <w:tcPr>
            <w:tcW w:w="1134" w:type="dxa"/>
          </w:tcPr>
          <w:p w:rsidR="00AF589D" w:rsidRDefault="00AF589D" w:rsidP="00DF7BEC"/>
        </w:tc>
        <w:tc>
          <w:tcPr>
            <w:tcW w:w="935" w:type="dxa"/>
          </w:tcPr>
          <w:p w:rsidR="00AF589D" w:rsidRDefault="00AF589D" w:rsidP="00DF7BEC"/>
        </w:tc>
        <w:tc>
          <w:tcPr>
            <w:tcW w:w="1656" w:type="dxa"/>
          </w:tcPr>
          <w:p w:rsidR="00AF589D" w:rsidRDefault="00AF589D" w:rsidP="00DF7BEC">
            <w:r>
              <w:t>□</w:t>
            </w:r>
          </w:p>
        </w:tc>
        <w:tc>
          <w:tcPr>
            <w:tcW w:w="1656" w:type="dxa"/>
          </w:tcPr>
          <w:p w:rsidR="00AF589D" w:rsidRDefault="00AF589D" w:rsidP="00DF7BEC"/>
        </w:tc>
      </w:tr>
      <w:tr w:rsidR="00AF589D" w:rsidTr="000D5E72">
        <w:tc>
          <w:tcPr>
            <w:tcW w:w="562" w:type="dxa"/>
          </w:tcPr>
          <w:p w:rsidR="00AF589D" w:rsidRDefault="00AF589D" w:rsidP="00DF7BEC">
            <w:r>
              <w:t>3</w:t>
            </w:r>
          </w:p>
        </w:tc>
        <w:tc>
          <w:tcPr>
            <w:tcW w:w="3969" w:type="dxa"/>
          </w:tcPr>
          <w:p w:rsidR="00AF589D" w:rsidRDefault="00AF589D" w:rsidP="00DF7BEC"/>
        </w:tc>
        <w:tc>
          <w:tcPr>
            <w:tcW w:w="1134" w:type="dxa"/>
          </w:tcPr>
          <w:p w:rsidR="00AF589D" w:rsidRDefault="00AF589D" w:rsidP="00DF7BEC"/>
        </w:tc>
        <w:tc>
          <w:tcPr>
            <w:tcW w:w="935" w:type="dxa"/>
          </w:tcPr>
          <w:p w:rsidR="00AF589D" w:rsidRDefault="00AF589D" w:rsidP="00DF7BEC"/>
        </w:tc>
        <w:tc>
          <w:tcPr>
            <w:tcW w:w="1656" w:type="dxa"/>
          </w:tcPr>
          <w:p w:rsidR="00AF589D" w:rsidRDefault="00AF589D" w:rsidP="00DF7BEC">
            <w:r>
              <w:t>□</w:t>
            </w:r>
          </w:p>
        </w:tc>
        <w:tc>
          <w:tcPr>
            <w:tcW w:w="1656" w:type="dxa"/>
          </w:tcPr>
          <w:p w:rsidR="00AF589D" w:rsidRDefault="00AF589D" w:rsidP="00DF7BEC"/>
        </w:tc>
      </w:tr>
      <w:tr w:rsidR="00AF589D" w:rsidTr="000D5E72">
        <w:tc>
          <w:tcPr>
            <w:tcW w:w="562" w:type="dxa"/>
          </w:tcPr>
          <w:p w:rsidR="00AF589D" w:rsidRDefault="00AF589D" w:rsidP="00DF7BEC">
            <w:r>
              <w:t>4</w:t>
            </w:r>
          </w:p>
        </w:tc>
        <w:tc>
          <w:tcPr>
            <w:tcW w:w="3969" w:type="dxa"/>
          </w:tcPr>
          <w:p w:rsidR="00AF589D" w:rsidRDefault="00AF589D" w:rsidP="00DF7BEC"/>
        </w:tc>
        <w:tc>
          <w:tcPr>
            <w:tcW w:w="1134" w:type="dxa"/>
          </w:tcPr>
          <w:p w:rsidR="00AF589D" w:rsidRDefault="00AF589D" w:rsidP="00DF7BEC"/>
        </w:tc>
        <w:tc>
          <w:tcPr>
            <w:tcW w:w="935" w:type="dxa"/>
          </w:tcPr>
          <w:p w:rsidR="00AF589D" w:rsidRDefault="00AF589D" w:rsidP="00DF7BEC"/>
        </w:tc>
        <w:tc>
          <w:tcPr>
            <w:tcW w:w="1656" w:type="dxa"/>
          </w:tcPr>
          <w:p w:rsidR="00AF589D" w:rsidRDefault="00AF589D" w:rsidP="00DF7BEC">
            <w:r>
              <w:t>□</w:t>
            </w:r>
          </w:p>
        </w:tc>
        <w:tc>
          <w:tcPr>
            <w:tcW w:w="1656" w:type="dxa"/>
          </w:tcPr>
          <w:p w:rsidR="00AF589D" w:rsidRDefault="00AF589D" w:rsidP="00DF7BEC"/>
        </w:tc>
      </w:tr>
      <w:tr w:rsidR="00AF589D" w:rsidTr="000D5E72">
        <w:tc>
          <w:tcPr>
            <w:tcW w:w="562" w:type="dxa"/>
          </w:tcPr>
          <w:p w:rsidR="00AF589D" w:rsidRDefault="00AF589D" w:rsidP="00DF7BEC">
            <w:r>
              <w:t>5</w:t>
            </w:r>
          </w:p>
        </w:tc>
        <w:tc>
          <w:tcPr>
            <w:tcW w:w="3969" w:type="dxa"/>
          </w:tcPr>
          <w:p w:rsidR="00AF589D" w:rsidRDefault="00AF589D" w:rsidP="00DF7BEC"/>
        </w:tc>
        <w:tc>
          <w:tcPr>
            <w:tcW w:w="1134" w:type="dxa"/>
          </w:tcPr>
          <w:p w:rsidR="00AF589D" w:rsidRDefault="00AF589D" w:rsidP="00DF7BEC"/>
        </w:tc>
        <w:tc>
          <w:tcPr>
            <w:tcW w:w="935" w:type="dxa"/>
          </w:tcPr>
          <w:p w:rsidR="00AF589D" w:rsidRDefault="00AF589D" w:rsidP="00DF7BEC"/>
        </w:tc>
        <w:tc>
          <w:tcPr>
            <w:tcW w:w="1656" w:type="dxa"/>
          </w:tcPr>
          <w:p w:rsidR="00AF589D" w:rsidRDefault="00AF589D" w:rsidP="00DF7BEC">
            <w:r>
              <w:t>□</w:t>
            </w:r>
          </w:p>
        </w:tc>
        <w:tc>
          <w:tcPr>
            <w:tcW w:w="1656" w:type="dxa"/>
          </w:tcPr>
          <w:p w:rsidR="00AF589D" w:rsidRDefault="00AF589D" w:rsidP="00DF7BEC"/>
        </w:tc>
      </w:tr>
      <w:tr w:rsidR="00AF589D" w:rsidTr="000D5E72">
        <w:tc>
          <w:tcPr>
            <w:tcW w:w="562" w:type="dxa"/>
          </w:tcPr>
          <w:p w:rsidR="00AF589D" w:rsidRDefault="00AF589D" w:rsidP="00DF7BEC">
            <w:r>
              <w:t>6</w:t>
            </w:r>
          </w:p>
        </w:tc>
        <w:tc>
          <w:tcPr>
            <w:tcW w:w="3969" w:type="dxa"/>
          </w:tcPr>
          <w:p w:rsidR="00AF589D" w:rsidRDefault="00AF589D" w:rsidP="00DF7BEC"/>
        </w:tc>
        <w:tc>
          <w:tcPr>
            <w:tcW w:w="1134" w:type="dxa"/>
          </w:tcPr>
          <w:p w:rsidR="00AF589D" w:rsidRDefault="00AF589D" w:rsidP="00DF7BEC"/>
        </w:tc>
        <w:tc>
          <w:tcPr>
            <w:tcW w:w="935" w:type="dxa"/>
          </w:tcPr>
          <w:p w:rsidR="00AF589D" w:rsidRDefault="00AF589D" w:rsidP="00DF7BEC"/>
        </w:tc>
        <w:tc>
          <w:tcPr>
            <w:tcW w:w="1656" w:type="dxa"/>
          </w:tcPr>
          <w:p w:rsidR="00AF589D" w:rsidRDefault="00AF589D" w:rsidP="00DF7BEC">
            <w:r>
              <w:t>□</w:t>
            </w:r>
          </w:p>
        </w:tc>
        <w:tc>
          <w:tcPr>
            <w:tcW w:w="1656" w:type="dxa"/>
          </w:tcPr>
          <w:p w:rsidR="00AF589D" w:rsidRDefault="00AF589D" w:rsidP="00DF7BEC"/>
        </w:tc>
      </w:tr>
      <w:tr w:rsidR="00AF589D" w:rsidTr="000D5E72">
        <w:tc>
          <w:tcPr>
            <w:tcW w:w="562" w:type="dxa"/>
          </w:tcPr>
          <w:p w:rsidR="00AF589D" w:rsidRDefault="00AF589D" w:rsidP="00DF7BEC">
            <w:r>
              <w:t>7</w:t>
            </w:r>
          </w:p>
        </w:tc>
        <w:tc>
          <w:tcPr>
            <w:tcW w:w="3969" w:type="dxa"/>
          </w:tcPr>
          <w:p w:rsidR="00AF589D" w:rsidRDefault="00AF589D" w:rsidP="00DF7BEC"/>
        </w:tc>
        <w:tc>
          <w:tcPr>
            <w:tcW w:w="1134" w:type="dxa"/>
          </w:tcPr>
          <w:p w:rsidR="00AF589D" w:rsidRDefault="00AF589D" w:rsidP="00DF7BEC"/>
        </w:tc>
        <w:tc>
          <w:tcPr>
            <w:tcW w:w="935" w:type="dxa"/>
          </w:tcPr>
          <w:p w:rsidR="00AF589D" w:rsidRDefault="00AF589D" w:rsidP="00DF7BEC"/>
        </w:tc>
        <w:tc>
          <w:tcPr>
            <w:tcW w:w="1656" w:type="dxa"/>
          </w:tcPr>
          <w:p w:rsidR="00AF589D" w:rsidRDefault="00AF589D" w:rsidP="00DF7BEC">
            <w:r>
              <w:t>□</w:t>
            </w:r>
          </w:p>
        </w:tc>
        <w:tc>
          <w:tcPr>
            <w:tcW w:w="1656" w:type="dxa"/>
          </w:tcPr>
          <w:p w:rsidR="00AF589D" w:rsidRDefault="00AF589D" w:rsidP="00DF7BEC"/>
        </w:tc>
      </w:tr>
      <w:tr w:rsidR="00AF589D" w:rsidTr="000D5E72">
        <w:tc>
          <w:tcPr>
            <w:tcW w:w="562" w:type="dxa"/>
          </w:tcPr>
          <w:p w:rsidR="00AF589D" w:rsidRDefault="00AF589D" w:rsidP="00DF7BEC">
            <w:r>
              <w:t>8</w:t>
            </w:r>
          </w:p>
        </w:tc>
        <w:tc>
          <w:tcPr>
            <w:tcW w:w="3969" w:type="dxa"/>
          </w:tcPr>
          <w:p w:rsidR="00AF589D" w:rsidRDefault="00AF589D" w:rsidP="00DF7BEC"/>
        </w:tc>
        <w:tc>
          <w:tcPr>
            <w:tcW w:w="1134" w:type="dxa"/>
          </w:tcPr>
          <w:p w:rsidR="00AF589D" w:rsidRDefault="00AF589D" w:rsidP="00DF7BEC"/>
        </w:tc>
        <w:tc>
          <w:tcPr>
            <w:tcW w:w="935" w:type="dxa"/>
          </w:tcPr>
          <w:p w:rsidR="00AF589D" w:rsidRDefault="00AF589D" w:rsidP="00DF7BEC"/>
        </w:tc>
        <w:tc>
          <w:tcPr>
            <w:tcW w:w="1656" w:type="dxa"/>
          </w:tcPr>
          <w:p w:rsidR="00AF589D" w:rsidRDefault="00AF589D" w:rsidP="00DF7BEC">
            <w:r>
              <w:t>□</w:t>
            </w:r>
          </w:p>
        </w:tc>
        <w:tc>
          <w:tcPr>
            <w:tcW w:w="1656" w:type="dxa"/>
          </w:tcPr>
          <w:p w:rsidR="00AF589D" w:rsidRDefault="00AF589D" w:rsidP="00DF7BEC"/>
        </w:tc>
      </w:tr>
      <w:tr w:rsidR="00AF589D" w:rsidTr="000D5E72">
        <w:tc>
          <w:tcPr>
            <w:tcW w:w="562" w:type="dxa"/>
          </w:tcPr>
          <w:p w:rsidR="00AF589D" w:rsidRDefault="00AF589D" w:rsidP="00DF7BEC">
            <w:r>
              <w:t>9</w:t>
            </w:r>
          </w:p>
        </w:tc>
        <w:tc>
          <w:tcPr>
            <w:tcW w:w="3969" w:type="dxa"/>
          </w:tcPr>
          <w:p w:rsidR="00AF589D" w:rsidRDefault="00AF589D" w:rsidP="00DF7BEC"/>
        </w:tc>
        <w:tc>
          <w:tcPr>
            <w:tcW w:w="1134" w:type="dxa"/>
          </w:tcPr>
          <w:p w:rsidR="00AF589D" w:rsidRDefault="00AF589D" w:rsidP="00DF7BEC"/>
        </w:tc>
        <w:tc>
          <w:tcPr>
            <w:tcW w:w="935" w:type="dxa"/>
          </w:tcPr>
          <w:p w:rsidR="00AF589D" w:rsidRDefault="00AF589D" w:rsidP="00DF7BEC"/>
        </w:tc>
        <w:tc>
          <w:tcPr>
            <w:tcW w:w="1656" w:type="dxa"/>
          </w:tcPr>
          <w:p w:rsidR="00AF589D" w:rsidRDefault="00AF589D" w:rsidP="00DF7BEC">
            <w:r>
              <w:t>□</w:t>
            </w:r>
          </w:p>
        </w:tc>
        <w:tc>
          <w:tcPr>
            <w:tcW w:w="1656" w:type="dxa"/>
          </w:tcPr>
          <w:p w:rsidR="00AF589D" w:rsidRDefault="00AF589D" w:rsidP="00DF7BEC"/>
        </w:tc>
      </w:tr>
      <w:tr w:rsidR="00AF589D" w:rsidTr="000D5E72">
        <w:tc>
          <w:tcPr>
            <w:tcW w:w="562" w:type="dxa"/>
          </w:tcPr>
          <w:p w:rsidR="00AF589D" w:rsidRDefault="00AF589D" w:rsidP="00DF7BEC">
            <w:r>
              <w:t>10</w:t>
            </w:r>
          </w:p>
        </w:tc>
        <w:tc>
          <w:tcPr>
            <w:tcW w:w="3969" w:type="dxa"/>
          </w:tcPr>
          <w:p w:rsidR="00AF589D" w:rsidRDefault="00AF589D" w:rsidP="00DF7BEC"/>
        </w:tc>
        <w:tc>
          <w:tcPr>
            <w:tcW w:w="1134" w:type="dxa"/>
          </w:tcPr>
          <w:p w:rsidR="00AF589D" w:rsidRDefault="00AF589D" w:rsidP="00DF7BEC"/>
        </w:tc>
        <w:tc>
          <w:tcPr>
            <w:tcW w:w="935" w:type="dxa"/>
          </w:tcPr>
          <w:p w:rsidR="00AF589D" w:rsidRDefault="00AF589D" w:rsidP="00DF7BEC"/>
        </w:tc>
        <w:tc>
          <w:tcPr>
            <w:tcW w:w="1656" w:type="dxa"/>
          </w:tcPr>
          <w:p w:rsidR="00AF589D" w:rsidRDefault="00AF589D" w:rsidP="00DF7BEC">
            <w:r>
              <w:t>□</w:t>
            </w:r>
          </w:p>
        </w:tc>
        <w:tc>
          <w:tcPr>
            <w:tcW w:w="1656" w:type="dxa"/>
          </w:tcPr>
          <w:p w:rsidR="00AF589D" w:rsidRDefault="00AF589D" w:rsidP="00DF7BEC"/>
        </w:tc>
      </w:tr>
    </w:tbl>
    <w:p w:rsidR="00AF589D" w:rsidRPr="000D5E72" w:rsidRDefault="00AF589D" w:rsidP="000D5E72">
      <w:pPr>
        <w:ind w:firstLine="709"/>
        <w:rPr>
          <w:szCs w:val="28"/>
          <w:lang w:val="ru-RU"/>
        </w:rPr>
      </w:pPr>
      <w:r w:rsidRPr="000D5E72">
        <w:rPr>
          <w:b/>
          <w:szCs w:val="28"/>
          <w:lang w:val="ru-RU"/>
        </w:rPr>
        <w:t>Г.5. Индивидуальная карта профессиональных склонностей</w:t>
      </w:r>
    </w:p>
    <w:tbl>
      <w:tblPr>
        <w:tblStyle w:val="aff0"/>
        <w:tblW w:w="0" w:type="auto"/>
        <w:tblLook w:val="04A0"/>
      </w:tblPr>
      <w:tblGrid>
        <w:gridCol w:w="2666"/>
        <w:gridCol w:w="2490"/>
        <w:gridCol w:w="2491"/>
        <w:gridCol w:w="2491"/>
      </w:tblGrid>
      <w:tr w:rsidR="00AF589D" w:rsidTr="00DF7BEC">
        <w:tc>
          <w:tcPr>
            <w:tcW w:w="2493" w:type="dxa"/>
          </w:tcPr>
          <w:p w:rsidR="00AF589D" w:rsidRDefault="00AF589D" w:rsidP="00DF7BEC">
            <w:proofErr w:type="spellStart"/>
            <w:r>
              <w:t>Качество</w:t>
            </w:r>
            <w:proofErr w:type="spellEnd"/>
          </w:p>
        </w:tc>
        <w:tc>
          <w:tcPr>
            <w:tcW w:w="2493" w:type="dxa"/>
          </w:tcPr>
          <w:p w:rsidR="00AF589D" w:rsidRDefault="00AF589D" w:rsidP="00DF7BEC">
            <w:proofErr w:type="spellStart"/>
            <w:r>
              <w:t>Низкий</w:t>
            </w:r>
            <w:proofErr w:type="spellEnd"/>
          </w:p>
        </w:tc>
        <w:tc>
          <w:tcPr>
            <w:tcW w:w="2493" w:type="dxa"/>
          </w:tcPr>
          <w:p w:rsidR="00AF589D" w:rsidRDefault="00AF589D" w:rsidP="00DF7BEC">
            <w:proofErr w:type="spellStart"/>
            <w:r>
              <w:t>Средний</w:t>
            </w:r>
            <w:proofErr w:type="spellEnd"/>
          </w:p>
        </w:tc>
        <w:tc>
          <w:tcPr>
            <w:tcW w:w="2493" w:type="dxa"/>
          </w:tcPr>
          <w:p w:rsidR="00AF589D" w:rsidRDefault="00AF589D" w:rsidP="00DF7BEC">
            <w:proofErr w:type="spellStart"/>
            <w:r>
              <w:t>Высокий</w:t>
            </w:r>
            <w:proofErr w:type="spellEnd"/>
          </w:p>
        </w:tc>
      </w:tr>
      <w:tr w:rsidR="00AF589D" w:rsidTr="00DF7BEC">
        <w:tc>
          <w:tcPr>
            <w:tcW w:w="2493" w:type="dxa"/>
          </w:tcPr>
          <w:p w:rsidR="00AF589D" w:rsidRDefault="00AF589D" w:rsidP="00DF7BEC">
            <w:proofErr w:type="spellStart"/>
            <w:r>
              <w:t>Креативность</w:t>
            </w:r>
            <w:proofErr w:type="spellEnd"/>
          </w:p>
        </w:tc>
        <w:tc>
          <w:tcPr>
            <w:tcW w:w="2493" w:type="dxa"/>
          </w:tcPr>
          <w:p w:rsidR="00AF589D" w:rsidRDefault="00AF589D" w:rsidP="00DF7BEC"/>
        </w:tc>
        <w:tc>
          <w:tcPr>
            <w:tcW w:w="2493" w:type="dxa"/>
          </w:tcPr>
          <w:p w:rsidR="00AF589D" w:rsidRDefault="00AF589D" w:rsidP="00DF7BEC"/>
        </w:tc>
        <w:tc>
          <w:tcPr>
            <w:tcW w:w="2493" w:type="dxa"/>
          </w:tcPr>
          <w:p w:rsidR="00AF589D" w:rsidRDefault="00AF589D" w:rsidP="00DF7BEC"/>
        </w:tc>
      </w:tr>
      <w:tr w:rsidR="00AF589D" w:rsidTr="00DF7BEC">
        <w:tc>
          <w:tcPr>
            <w:tcW w:w="2493" w:type="dxa"/>
          </w:tcPr>
          <w:p w:rsidR="00AF589D" w:rsidRDefault="00AF589D" w:rsidP="00DF7BEC">
            <w:proofErr w:type="spellStart"/>
            <w:r>
              <w:t>Пространственное</w:t>
            </w:r>
            <w:proofErr w:type="spellEnd"/>
            <w:r>
              <w:t xml:space="preserve"> </w:t>
            </w:r>
            <w:proofErr w:type="spellStart"/>
            <w:r>
              <w:t>мышление</w:t>
            </w:r>
            <w:proofErr w:type="spellEnd"/>
          </w:p>
        </w:tc>
        <w:tc>
          <w:tcPr>
            <w:tcW w:w="2493" w:type="dxa"/>
          </w:tcPr>
          <w:p w:rsidR="00AF589D" w:rsidRDefault="00AF589D" w:rsidP="00DF7BEC"/>
        </w:tc>
        <w:tc>
          <w:tcPr>
            <w:tcW w:w="2493" w:type="dxa"/>
          </w:tcPr>
          <w:p w:rsidR="00AF589D" w:rsidRDefault="00AF589D" w:rsidP="00DF7BEC"/>
        </w:tc>
        <w:tc>
          <w:tcPr>
            <w:tcW w:w="2493" w:type="dxa"/>
          </w:tcPr>
          <w:p w:rsidR="00AF589D" w:rsidRDefault="00AF589D" w:rsidP="00DF7BEC"/>
        </w:tc>
      </w:tr>
      <w:tr w:rsidR="00AF589D" w:rsidTr="00DF7BEC">
        <w:tc>
          <w:tcPr>
            <w:tcW w:w="2493" w:type="dxa"/>
          </w:tcPr>
          <w:p w:rsidR="00AF589D" w:rsidRDefault="00AF589D" w:rsidP="00DF7BEC">
            <w:proofErr w:type="spellStart"/>
            <w:r>
              <w:t>Чувство</w:t>
            </w:r>
            <w:proofErr w:type="spellEnd"/>
            <w:r>
              <w:t xml:space="preserve"> </w:t>
            </w:r>
            <w:proofErr w:type="spellStart"/>
            <w:r>
              <w:t>композиции</w:t>
            </w:r>
            <w:proofErr w:type="spellEnd"/>
          </w:p>
        </w:tc>
        <w:tc>
          <w:tcPr>
            <w:tcW w:w="2493" w:type="dxa"/>
          </w:tcPr>
          <w:p w:rsidR="00AF589D" w:rsidRDefault="00AF589D" w:rsidP="00DF7BEC"/>
        </w:tc>
        <w:tc>
          <w:tcPr>
            <w:tcW w:w="2493" w:type="dxa"/>
          </w:tcPr>
          <w:p w:rsidR="00AF589D" w:rsidRDefault="00AF589D" w:rsidP="00DF7BEC"/>
        </w:tc>
        <w:tc>
          <w:tcPr>
            <w:tcW w:w="2493" w:type="dxa"/>
          </w:tcPr>
          <w:p w:rsidR="00AF589D" w:rsidRDefault="00AF589D" w:rsidP="00DF7BEC"/>
        </w:tc>
      </w:tr>
      <w:tr w:rsidR="00AF589D" w:rsidTr="00DF7BEC">
        <w:tc>
          <w:tcPr>
            <w:tcW w:w="2493" w:type="dxa"/>
          </w:tcPr>
          <w:p w:rsidR="00AF589D" w:rsidRDefault="00AF589D" w:rsidP="00DF7BEC">
            <w:proofErr w:type="spellStart"/>
            <w:r>
              <w:t>Чувство</w:t>
            </w:r>
            <w:proofErr w:type="spellEnd"/>
            <w:r>
              <w:t xml:space="preserve"> </w:t>
            </w:r>
            <w:proofErr w:type="spellStart"/>
            <w:r>
              <w:t>цвета</w:t>
            </w:r>
            <w:proofErr w:type="spellEnd"/>
          </w:p>
        </w:tc>
        <w:tc>
          <w:tcPr>
            <w:tcW w:w="2493" w:type="dxa"/>
          </w:tcPr>
          <w:p w:rsidR="00AF589D" w:rsidRDefault="00AF589D" w:rsidP="00DF7BEC"/>
        </w:tc>
        <w:tc>
          <w:tcPr>
            <w:tcW w:w="2493" w:type="dxa"/>
          </w:tcPr>
          <w:p w:rsidR="00AF589D" w:rsidRDefault="00AF589D" w:rsidP="00DF7BEC"/>
        </w:tc>
        <w:tc>
          <w:tcPr>
            <w:tcW w:w="2493" w:type="dxa"/>
          </w:tcPr>
          <w:p w:rsidR="00AF589D" w:rsidRDefault="00AF589D" w:rsidP="00DF7BEC"/>
        </w:tc>
      </w:tr>
      <w:tr w:rsidR="00AF589D" w:rsidTr="00DF7BEC">
        <w:tc>
          <w:tcPr>
            <w:tcW w:w="2493" w:type="dxa"/>
          </w:tcPr>
          <w:p w:rsidR="00AF589D" w:rsidRDefault="00AF589D" w:rsidP="00DF7BEC">
            <w:proofErr w:type="spellStart"/>
            <w:r>
              <w:t>Внимательность</w:t>
            </w:r>
            <w:proofErr w:type="spellEnd"/>
          </w:p>
        </w:tc>
        <w:tc>
          <w:tcPr>
            <w:tcW w:w="2493" w:type="dxa"/>
          </w:tcPr>
          <w:p w:rsidR="00AF589D" w:rsidRDefault="00AF589D" w:rsidP="00DF7BEC"/>
        </w:tc>
        <w:tc>
          <w:tcPr>
            <w:tcW w:w="2493" w:type="dxa"/>
          </w:tcPr>
          <w:p w:rsidR="00AF589D" w:rsidRDefault="00AF589D" w:rsidP="00DF7BEC"/>
        </w:tc>
        <w:tc>
          <w:tcPr>
            <w:tcW w:w="2493" w:type="dxa"/>
          </w:tcPr>
          <w:p w:rsidR="00AF589D" w:rsidRDefault="00AF589D" w:rsidP="00DF7BEC"/>
        </w:tc>
      </w:tr>
      <w:tr w:rsidR="00AF589D" w:rsidTr="00DF7BEC">
        <w:tc>
          <w:tcPr>
            <w:tcW w:w="2493" w:type="dxa"/>
          </w:tcPr>
          <w:p w:rsidR="00AF589D" w:rsidRDefault="00AF589D" w:rsidP="00DF7BEC">
            <w:proofErr w:type="spellStart"/>
            <w:r>
              <w:t>Аналитическое</w:t>
            </w:r>
            <w:proofErr w:type="spellEnd"/>
            <w:r>
              <w:t xml:space="preserve"> </w:t>
            </w:r>
            <w:proofErr w:type="spellStart"/>
            <w:r>
              <w:t>мышление</w:t>
            </w:r>
            <w:proofErr w:type="spellEnd"/>
          </w:p>
        </w:tc>
        <w:tc>
          <w:tcPr>
            <w:tcW w:w="2493" w:type="dxa"/>
          </w:tcPr>
          <w:p w:rsidR="00AF589D" w:rsidRDefault="00AF589D" w:rsidP="00DF7BEC"/>
        </w:tc>
        <w:tc>
          <w:tcPr>
            <w:tcW w:w="2493" w:type="dxa"/>
          </w:tcPr>
          <w:p w:rsidR="00AF589D" w:rsidRDefault="00AF589D" w:rsidP="00DF7BEC"/>
        </w:tc>
        <w:tc>
          <w:tcPr>
            <w:tcW w:w="2493" w:type="dxa"/>
          </w:tcPr>
          <w:p w:rsidR="00AF589D" w:rsidRDefault="00AF589D" w:rsidP="00DF7BEC"/>
        </w:tc>
      </w:tr>
      <w:tr w:rsidR="00AF589D" w:rsidTr="00DF7BEC">
        <w:tc>
          <w:tcPr>
            <w:tcW w:w="2493" w:type="dxa"/>
          </w:tcPr>
          <w:p w:rsidR="00AF589D" w:rsidRDefault="00AF589D" w:rsidP="00DF7BEC">
            <w:proofErr w:type="spellStart"/>
            <w:r>
              <w:t>Коммуникативность</w:t>
            </w:r>
            <w:proofErr w:type="spellEnd"/>
          </w:p>
        </w:tc>
        <w:tc>
          <w:tcPr>
            <w:tcW w:w="2493" w:type="dxa"/>
          </w:tcPr>
          <w:p w:rsidR="00AF589D" w:rsidRDefault="00AF589D" w:rsidP="00DF7BEC"/>
        </w:tc>
        <w:tc>
          <w:tcPr>
            <w:tcW w:w="2493" w:type="dxa"/>
          </w:tcPr>
          <w:p w:rsidR="00AF589D" w:rsidRDefault="00AF589D" w:rsidP="00DF7BEC"/>
        </w:tc>
        <w:tc>
          <w:tcPr>
            <w:tcW w:w="2493" w:type="dxa"/>
          </w:tcPr>
          <w:p w:rsidR="00AF589D" w:rsidRDefault="00AF589D" w:rsidP="00DF7BEC"/>
        </w:tc>
      </w:tr>
      <w:tr w:rsidR="00AF589D" w:rsidTr="00DF7BEC">
        <w:tc>
          <w:tcPr>
            <w:tcW w:w="2493" w:type="dxa"/>
          </w:tcPr>
          <w:p w:rsidR="00AF589D" w:rsidRDefault="00AF589D" w:rsidP="00DF7BEC">
            <w:proofErr w:type="spellStart"/>
            <w:r>
              <w:t>Самостоятельность</w:t>
            </w:r>
            <w:proofErr w:type="spellEnd"/>
          </w:p>
        </w:tc>
        <w:tc>
          <w:tcPr>
            <w:tcW w:w="2493" w:type="dxa"/>
          </w:tcPr>
          <w:p w:rsidR="00AF589D" w:rsidRDefault="00AF589D" w:rsidP="00DF7BEC"/>
        </w:tc>
        <w:tc>
          <w:tcPr>
            <w:tcW w:w="2493" w:type="dxa"/>
          </w:tcPr>
          <w:p w:rsidR="00AF589D" w:rsidRDefault="00AF589D" w:rsidP="00DF7BEC"/>
        </w:tc>
        <w:tc>
          <w:tcPr>
            <w:tcW w:w="2493" w:type="dxa"/>
          </w:tcPr>
          <w:p w:rsidR="00AF589D" w:rsidRDefault="00AF589D" w:rsidP="00DF7BEC"/>
        </w:tc>
      </w:tr>
    </w:tbl>
    <w:p w:rsidR="00AF589D" w:rsidRPr="00AF589D" w:rsidRDefault="00AF589D" w:rsidP="00AF589D">
      <w:pPr>
        <w:rPr>
          <w:lang w:val="ru-RU"/>
        </w:rPr>
      </w:pPr>
      <w:r w:rsidRPr="00AF589D">
        <w:rPr>
          <w:lang w:val="ru-RU"/>
        </w:rPr>
        <w:t>Заключение наставника:</w:t>
      </w:r>
      <w:r w:rsidRPr="00AF589D">
        <w:rPr>
          <w:lang w:val="ru-RU"/>
        </w:rPr>
        <w:br/>
        <w:t>□ Рекомендуется дальнейшее знакомство с профессией.</w:t>
      </w:r>
      <w:r w:rsidRPr="00AF589D">
        <w:rPr>
          <w:lang w:val="ru-RU"/>
        </w:rPr>
        <w:br/>
        <w:t xml:space="preserve">□ Рекомендуется </w:t>
      </w:r>
      <w:proofErr w:type="gramStart"/>
      <w:r w:rsidRPr="00AF589D">
        <w:rPr>
          <w:lang w:val="ru-RU"/>
        </w:rPr>
        <w:t>обучение по специальности</w:t>
      </w:r>
      <w:proofErr w:type="gramEnd"/>
      <w:r w:rsidRPr="00AF589D">
        <w:rPr>
          <w:lang w:val="ru-RU"/>
        </w:rPr>
        <w:t>.</w:t>
      </w:r>
      <w:r w:rsidRPr="00AF589D">
        <w:rPr>
          <w:lang w:val="ru-RU"/>
        </w:rPr>
        <w:br/>
        <w:t>□ Рекомендуется участие в творческих конкурсах.</w:t>
      </w:r>
      <w:r w:rsidRPr="00AF589D">
        <w:rPr>
          <w:lang w:val="ru-RU"/>
        </w:rPr>
        <w:br/>
        <w:t>□ Рекомендуется углубленная профессиональная проба.</w:t>
      </w:r>
    </w:p>
    <w:p w:rsidR="00AF589D" w:rsidRDefault="00AF589D" w:rsidP="009C14B6">
      <w:pPr>
        <w:rPr>
          <w:lang w:val="ru-RU"/>
        </w:rPr>
      </w:pPr>
    </w:p>
    <w:p w:rsidR="000D5E72" w:rsidRDefault="000D5E72" w:rsidP="009C14B6">
      <w:pPr>
        <w:rPr>
          <w:lang w:val="ru-RU"/>
        </w:rPr>
      </w:pPr>
    </w:p>
    <w:p w:rsidR="000D5E72" w:rsidRDefault="000D5E72" w:rsidP="009C14B6">
      <w:pPr>
        <w:rPr>
          <w:lang w:val="ru-RU"/>
        </w:rPr>
      </w:pPr>
    </w:p>
    <w:p w:rsidR="000D5E72" w:rsidRPr="00AF589D" w:rsidRDefault="000D5E72" w:rsidP="009C14B6">
      <w:pPr>
        <w:rPr>
          <w:lang w:val="ru-RU"/>
        </w:rPr>
      </w:pPr>
    </w:p>
    <w:p w:rsidR="00AF589D" w:rsidRPr="00AF589D" w:rsidRDefault="00AF589D" w:rsidP="009C14B6">
      <w:pPr>
        <w:rPr>
          <w:lang w:val="ru-RU"/>
        </w:rPr>
      </w:pPr>
    </w:p>
    <w:p w:rsidR="009C14B6" w:rsidRDefault="009C14B6" w:rsidP="000D5E72">
      <w:pPr>
        <w:jc w:val="center"/>
      </w:pPr>
      <w:proofErr w:type="spellStart"/>
      <w:r>
        <w:rPr>
          <w:b/>
        </w:rPr>
        <w:t>Приложение</w:t>
      </w:r>
      <w:proofErr w:type="spellEnd"/>
      <w:r>
        <w:rPr>
          <w:b/>
        </w:rPr>
        <w:t xml:space="preserve"> Д. </w:t>
      </w:r>
      <w:proofErr w:type="spellStart"/>
      <w:r>
        <w:rPr>
          <w:b/>
        </w:rPr>
        <w:t>Образец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сертификата</w:t>
      </w:r>
      <w:proofErr w:type="spellEnd"/>
    </w:p>
    <w:p w:rsidR="000D5E72" w:rsidRDefault="000D5E72" w:rsidP="009C14B6">
      <w:pPr>
        <w:rPr>
          <w:lang w:val="ru-RU"/>
        </w:rPr>
      </w:pPr>
      <w:r>
        <w:rPr>
          <w:noProof/>
          <w:lang w:val="ru-RU" w:eastAsia="ru-RU"/>
        </w:rPr>
        <w:lastRenderedPageBreak/>
        <w:drawing>
          <wp:inline distT="0" distB="0" distL="0" distR="0">
            <wp:extent cx="6300470" cy="4222750"/>
            <wp:effectExtent l="0" t="0" r="5080" b="6350"/>
            <wp:docPr id="38" name="Рисунок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2026-07-17_15-13-53.png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6300470" cy="4222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B28B1" w:rsidRDefault="000B28B1" w:rsidP="000B28B1">
      <w:pPr>
        <w:spacing w:after="0"/>
        <w:jc w:val="both"/>
        <w:rPr>
          <w:lang w:val="ru-RU"/>
        </w:rPr>
      </w:pPr>
    </w:p>
    <w:p w:rsidR="00C450FC" w:rsidRPr="00C450FC" w:rsidRDefault="00C450FC" w:rsidP="000D5E72">
      <w:pPr>
        <w:spacing w:after="0"/>
        <w:jc w:val="center"/>
        <w:rPr>
          <w:lang w:val="ru-RU"/>
        </w:rPr>
      </w:pPr>
      <w:r w:rsidRPr="00C450FC">
        <w:rPr>
          <w:b/>
          <w:sz w:val="32"/>
          <w:lang w:val="ru-RU"/>
        </w:rPr>
        <w:t>П</w:t>
      </w:r>
      <w:r w:rsidR="000D5E72">
        <w:rPr>
          <w:b/>
          <w:sz w:val="32"/>
          <w:lang w:val="ru-RU"/>
        </w:rPr>
        <w:t>риложение</w:t>
      </w:r>
      <w:r w:rsidRPr="00C450FC">
        <w:rPr>
          <w:b/>
          <w:sz w:val="32"/>
          <w:lang w:val="ru-RU"/>
        </w:rPr>
        <w:t xml:space="preserve"> Е</w:t>
      </w:r>
      <w:r w:rsidR="000D5E72">
        <w:rPr>
          <w:b/>
          <w:sz w:val="32"/>
          <w:lang w:val="ru-RU"/>
        </w:rPr>
        <w:t>.</w:t>
      </w:r>
    </w:p>
    <w:p w:rsidR="00C450FC" w:rsidRPr="00C450FC" w:rsidRDefault="00C450FC" w:rsidP="000D5E72">
      <w:pPr>
        <w:spacing w:after="0"/>
        <w:jc w:val="center"/>
        <w:rPr>
          <w:lang w:val="ru-RU"/>
        </w:rPr>
      </w:pPr>
      <w:r w:rsidRPr="00C450FC">
        <w:rPr>
          <w:b/>
          <w:lang w:val="ru-RU"/>
        </w:rPr>
        <w:t>ДИАГНОСТИЧЕСКИЙ КОМПЛЕКТ НАСТАВНИКА</w:t>
      </w:r>
    </w:p>
    <w:p w:rsidR="00C450FC" w:rsidRPr="00C450FC" w:rsidRDefault="00C450FC" w:rsidP="000D5E72">
      <w:pPr>
        <w:spacing w:after="0"/>
        <w:rPr>
          <w:lang w:val="ru-RU"/>
        </w:rPr>
      </w:pPr>
      <w:r w:rsidRPr="00C450FC">
        <w:rPr>
          <w:b/>
          <w:sz w:val="30"/>
          <w:lang w:val="ru-RU"/>
        </w:rPr>
        <w:t>Е.1. Рубрикатор оценивания игровых миссий</w:t>
      </w:r>
    </w:p>
    <w:p w:rsidR="00C450FC" w:rsidRPr="00C450FC" w:rsidRDefault="00C450FC" w:rsidP="000D5E72">
      <w:pPr>
        <w:spacing w:after="0"/>
        <w:rPr>
          <w:lang w:val="ru-RU"/>
        </w:rPr>
      </w:pPr>
      <w:r w:rsidRPr="00C450FC">
        <w:rPr>
          <w:lang w:val="ru-RU"/>
        </w:rPr>
        <w:t>Оценивание проводится по четырехуровневой шкале. Каждая миссия оценивается по единым критериям.</w:t>
      </w:r>
    </w:p>
    <w:tbl>
      <w:tblPr>
        <w:tblStyle w:val="aff0"/>
        <w:tblW w:w="0" w:type="auto"/>
        <w:tblLook w:val="04A0"/>
      </w:tblPr>
      <w:tblGrid>
        <w:gridCol w:w="2539"/>
        <w:gridCol w:w="1958"/>
        <w:gridCol w:w="1935"/>
        <w:gridCol w:w="1849"/>
        <w:gridCol w:w="1857"/>
      </w:tblGrid>
      <w:tr w:rsidR="00C450FC" w:rsidTr="00DF7BEC">
        <w:tc>
          <w:tcPr>
            <w:tcW w:w="1995" w:type="dxa"/>
          </w:tcPr>
          <w:p w:rsidR="00C450FC" w:rsidRDefault="00C450FC" w:rsidP="00DF7BEC">
            <w:proofErr w:type="spellStart"/>
            <w:r>
              <w:t>Критерий</w:t>
            </w:r>
            <w:proofErr w:type="spellEnd"/>
          </w:p>
        </w:tc>
        <w:tc>
          <w:tcPr>
            <w:tcW w:w="1995" w:type="dxa"/>
          </w:tcPr>
          <w:p w:rsidR="00C450FC" w:rsidRDefault="00C450FC" w:rsidP="00DF7BEC">
            <w:r>
              <w:t xml:space="preserve">4 </w:t>
            </w:r>
            <w:proofErr w:type="spellStart"/>
            <w:r>
              <w:t>Высокий</w:t>
            </w:r>
            <w:proofErr w:type="spellEnd"/>
          </w:p>
        </w:tc>
        <w:tc>
          <w:tcPr>
            <w:tcW w:w="1995" w:type="dxa"/>
          </w:tcPr>
          <w:p w:rsidR="00C450FC" w:rsidRDefault="00C450FC" w:rsidP="00DF7BEC">
            <w:r>
              <w:t xml:space="preserve">3 </w:t>
            </w:r>
            <w:proofErr w:type="spellStart"/>
            <w:r>
              <w:t>Хороший</w:t>
            </w:r>
            <w:proofErr w:type="spellEnd"/>
          </w:p>
        </w:tc>
        <w:tc>
          <w:tcPr>
            <w:tcW w:w="1995" w:type="dxa"/>
          </w:tcPr>
          <w:p w:rsidR="00C450FC" w:rsidRDefault="00C450FC" w:rsidP="00DF7BEC">
            <w:r>
              <w:t xml:space="preserve">2 </w:t>
            </w:r>
            <w:proofErr w:type="spellStart"/>
            <w:r>
              <w:t>Базовый</w:t>
            </w:r>
            <w:proofErr w:type="spellEnd"/>
          </w:p>
        </w:tc>
        <w:tc>
          <w:tcPr>
            <w:tcW w:w="1995" w:type="dxa"/>
          </w:tcPr>
          <w:p w:rsidR="00C450FC" w:rsidRDefault="00C450FC" w:rsidP="00DF7BEC">
            <w:r>
              <w:t xml:space="preserve">1 </w:t>
            </w:r>
            <w:proofErr w:type="spellStart"/>
            <w:r>
              <w:t>Начальный</w:t>
            </w:r>
            <w:proofErr w:type="spellEnd"/>
          </w:p>
        </w:tc>
      </w:tr>
      <w:tr w:rsidR="00C450FC" w:rsidTr="00DF7BEC">
        <w:tc>
          <w:tcPr>
            <w:tcW w:w="1995" w:type="dxa"/>
          </w:tcPr>
          <w:p w:rsidR="00C450FC" w:rsidRDefault="00C450FC" w:rsidP="00DF7BEC">
            <w:proofErr w:type="spellStart"/>
            <w:r>
              <w:t>Понимание</w:t>
            </w:r>
            <w:proofErr w:type="spellEnd"/>
            <w:r>
              <w:t xml:space="preserve"> </w:t>
            </w:r>
            <w:proofErr w:type="spellStart"/>
            <w:r>
              <w:t>задания</w:t>
            </w:r>
            <w:proofErr w:type="spellEnd"/>
          </w:p>
        </w:tc>
        <w:tc>
          <w:tcPr>
            <w:tcW w:w="1995" w:type="dxa"/>
          </w:tcPr>
          <w:p w:rsidR="00C450FC" w:rsidRDefault="00C450FC" w:rsidP="00DF7BEC">
            <w:proofErr w:type="spellStart"/>
            <w:r>
              <w:t>Полностью</w:t>
            </w:r>
            <w:proofErr w:type="spellEnd"/>
            <w:r>
              <w:t xml:space="preserve"> </w:t>
            </w:r>
            <w:proofErr w:type="spellStart"/>
            <w:r>
              <w:t>понял</w:t>
            </w:r>
            <w:proofErr w:type="spellEnd"/>
          </w:p>
        </w:tc>
        <w:tc>
          <w:tcPr>
            <w:tcW w:w="1995" w:type="dxa"/>
          </w:tcPr>
          <w:p w:rsidR="00C450FC" w:rsidRDefault="00C450FC" w:rsidP="00DF7BEC">
            <w:proofErr w:type="spellStart"/>
            <w:r>
              <w:t>Допустил</w:t>
            </w:r>
            <w:proofErr w:type="spellEnd"/>
            <w:r>
              <w:t xml:space="preserve"> </w:t>
            </w:r>
            <w:proofErr w:type="spellStart"/>
            <w:r>
              <w:t>неточности</w:t>
            </w:r>
            <w:proofErr w:type="spellEnd"/>
          </w:p>
        </w:tc>
        <w:tc>
          <w:tcPr>
            <w:tcW w:w="1995" w:type="dxa"/>
          </w:tcPr>
          <w:p w:rsidR="00C450FC" w:rsidRDefault="00C450FC" w:rsidP="00DF7BEC">
            <w:proofErr w:type="spellStart"/>
            <w:r>
              <w:t>Требовались</w:t>
            </w:r>
            <w:proofErr w:type="spellEnd"/>
            <w:r>
              <w:t xml:space="preserve"> </w:t>
            </w:r>
            <w:proofErr w:type="spellStart"/>
            <w:r>
              <w:t>подсказки</w:t>
            </w:r>
            <w:proofErr w:type="spellEnd"/>
          </w:p>
        </w:tc>
        <w:tc>
          <w:tcPr>
            <w:tcW w:w="1995" w:type="dxa"/>
          </w:tcPr>
          <w:p w:rsidR="00C450FC" w:rsidRDefault="00C450FC" w:rsidP="00DF7BEC">
            <w:proofErr w:type="spellStart"/>
            <w:r>
              <w:t>Не</w:t>
            </w:r>
            <w:proofErr w:type="spellEnd"/>
            <w:r>
              <w:t xml:space="preserve"> </w:t>
            </w:r>
            <w:proofErr w:type="spellStart"/>
            <w:r>
              <w:t>понял</w:t>
            </w:r>
            <w:proofErr w:type="spellEnd"/>
          </w:p>
        </w:tc>
      </w:tr>
      <w:tr w:rsidR="00C450FC" w:rsidTr="00DF7BEC">
        <w:tc>
          <w:tcPr>
            <w:tcW w:w="1995" w:type="dxa"/>
          </w:tcPr>
          <w:p w:rsidR="00C450FC" w:rsidRDefault="00C450FC" w:rsidP="00DF7BEC">
            <w:proofErr w:type="spellStart"/>
            <w:r>
              <w:t>Применение</w:t>
            </w:r>
            <w:proofErr w:type="spellEnd"/>
            <w:r>
              <w:t xml:space="preserve"> </w:t>
            </w:r>
            <w:proofErr w:type="spellStart"/>
            <w:r>
              <w:t>правил</w:t>
            </w:r>
            <w:proofErr w:type="spellEnd"/>
            <w:r>
              <w:t xml:space="preserve"> </w:t>
            </w:r>
            <w:proofErr w:type="spellStart"/>
            <w:r>
              <w:t>дизайна</w:t>
            </w:r>
            <w:proofErr w:type="spellEnd"/>
          </w:p>
        </w:tc>
        <w:tc>
          <w:tcPr>
            <w:tcW w:w="1995" w:type="dxa"/>
          </w:tcPr>
          <w:p w:rsidR="00C450FC" w:rsidRDefault="00C450FC" w:rsidP="00DF7BEC">
            <w:proofErr w:type="spellStart"/>
            <w:r>
              <w:t>Использует</w:t>
            </w:r>
            <w:proofErr w:type="spellEnd"/>
            <w:r>
              <w:t xml:space="preserve"> </w:t>
            </w:r>
            <w:proofErr w:type="spellStart"/>
            <w:r>
              <w:t>осознанно</w:t>
            </w:r>
            <w:proofErr w:type="spellEnd"/>
          </w:p>
        </w:tc>
        <w:tc>
          <w:tcPr>
            <w:tcW w:w="1995" w:type="dxa"/>
          </w:tcPr>
          <w:p w:rsidR="00C450FC" w:rsidRDefault="00C450FC" w:rsidP="00DF7BEC">
            <w:proofErr w:type="spellStart"/>
            <w:r>
              <w:t>Допускает</w:t>
            </w:r>
            <w:proofErr w:type="spellEnd"/>
            <w:r>
              <w:t xml:space="preserve"> </w:t>
            </w:r>
            <w:proofErr w:type="spellStart"/>
            <w:r>
              <w:t>ошибки</w:t>
            </w:r>
            <w:proofErr w:type="spellEnd"/>
          </w:p>
        </w:tc>
        <w:tc>
          <w:tcPr>
            <w:tcW w:w="1995" w:type="dxa"/>
          </w:tcPr>
          <w:p w:rsidR="00C450FC" w:rsidRDefault="00C450FC" w:rsidP="00DF7BEC">
            <w:proofErr w:type="spellStart"/>
            <w:r>
              <w:t>Использует</w:t>
            </w:r>
            <w:proofErr w:type="spellEnd"/>
            <w:r>
              <w:t xml:space="preserve"> </w:t>
            </w:r>
            <w:proofErr w:type="spellStart"/>
            <w:r>
              <w:t>частично</w:t>
            </w:r>
            <w:proofErr w:type="spellEnd"/>
          </w:p>
        </w:tc>
        <w:tc>
          <w:tcPr>
            <w:tcW w:w="1995" w:type="dxa"/>
          </w:tcPr>
          <w:p w:rsidR="00C450FC" w:rsidRDefault="00C450FC" w:rsidP="00DF7BEC">
            <w:proofErr w:type="spellStart"/>
            <w:r>
              <w:t>Не</w:t>
            </w:r>
            <w:proofErr w:type="spellEnd"/>
            <w:r>
              <w:t xml:space="preserve"> </w:t>
            </w:r>
            <w:proofErr w:type="spellStart"/>
            <w:r>
              <w:t>использует</w:t>
            </w:r>
            <w:proofErr w:type="spellEnd"/>
          </w:p>
        </w:tc>
      </w:tr>
      <w:tr w:rsidR="00C450FC" w:rsidTr="00DF7BEC">
        <w:tc>
          <w:tcPr>
            <w:tcW w:w="1995" w:type="dxa"/>
          </w:tcPr>
          <w:p w:rsidR="00C450FC" w:rsidRDefault="00C450FC" w:rsidP="00DF7BEC">
            <w:proofErr w:type="spellStart"/>
            <w:r>
              <w:t>Аргументация</w:t>
            </w:r>
            <w:proofErr w:type="spellEnd"/>
          </w:p>
        </w:tc>
        <w:tc>
          <w:tcPr>
            <w:tcW w:w="1995" w:type="dxa"/>
          </w:tcPr>
          <w:p w:rsidR="00C450FC" w:rsidRDefault="00C450FC" w:rsidP="00DF7BEC">
            <w:proofErr w:type="spellStart"/>
            <w:r>
              <w:t>Логично</w:t>
            </w:r>
            <w:proofErr w:type="spellEnd"/>
            <w:r>
              <w:t xml:space="preserve"> </w:t>
            </w:r>
            <w:proofErr w:type="spellStart"/>
            <w:r>
              <w:t>объясняет</w:t>
            </w:r>
            <w:proofErr w:type="spellEnd"/>
          </w:p>
        </w:tc>
        <w:tc>
          <w:tcPr>
            <w:tcW w:w="1995" w:type="dxa"/>
          </w:tcPr>
          <w:p w:rsidR="00C450FC" w:rsidRDefault="00C450FC" w:rsidP="00DF7BEC">
            <w:proofErr w:type="spellStart"/>
            <w:r>
              <w:t>Объясняет</w:t>
            </w:r>
            <w:proofErr w:type="spellEnd"/>
            <w:r>
              <w:t xml:space="preserve"> </w:t>
            </w:r>
            <w:proofErr w:type="spellStart"/>
            <w:r>
              <w:t>частично</w:t>
            </w:r>
            <w:proofErr w:type="spellEnd"/>
          </w:p>
        </w:tc>
        <w:tc>
          <w:tcPr>
            <w:tcW w:w="1995" w:type="dxa"/>
          </w:tcPr>
          <w:p w:rsidR="00C450FC" w:rsidRDefault="00C450FC" w:rsidP="00DF7BEC">
            <w:proofErr w:type="spellStart"/>
            <w:r>
              <w:t>Испытывает</w:t>
            </w:r>
            <w:proofErr w:type="spellEnd"/>
            <w:r>
              <w:t xml:space="preserve"> </w:t>
            </w:r>
            <w:proofErr w:type="spellStart"/>
            <w:r>
              <w:t>трудности</w:t>
            </w:r>
            <w:proofErr w:type="spellEnd"/>
          </w:p>
        </w:tc>
        <w:tc>
          <w:tcPr>
            <w:tcW w:w="1995" w:type="dxa"/>
          </w:tcPr>
          <w:p w:rsidR="00C450FC" w:rsidRDefault="00C450FC" w:rsidP="00DF7BEC">
            <w:proofErr w:type="spellStart"/>
            <w:r>
              <w:t>Не</w:t>
            </w:r>
            <w:proofErr w:type="spellEnd"/>
            <w:r>
              <w:t xml:space="preserve"> </w:t>
            </w:r>
            <w:proofErr w:type="spellStart"/>
            <w:r>
              <w:t>объясняет</w:t>
            </w:r>
            <w:proofErr w:type="spellEnd"/>
          </w:p>
        </w:tc>
      </w:tr>
      <w:tr w:rsidR="00C450FC" w:rsidTr="00DF7BEC">
        <w:tc>
          <w:tcPr>
            <w:tcW w:w="1995" w:type="dxa"/>
          </w:tcPr>
          <w:p w:rsidR="00C450FC" w:rsidRDefault="00C450FC" w:rsidP="00DF7BEC">
            <w:proofErr w:type="spellStart"/>
            <w:r>
              <w:t>Творческий</w:t>
            </w:r>
            <w:proofErr w:type="spellEnd"/>
            <w:r>
              <w:t xml:space="preserve"> </w:t>
            </w:r>
            <w:proofErr w:type="spellStart"/>
            <w:r>
              <w:t>подход</w:t>
            </w:r>
            <w:proofErr w:type="spellEnd"/>
          </w:p>
        </w:tc>
        <w:tc>
          <w:tcPr>
            <w:tcW w:w="1995" w:type="dxa"/>
          </w:tcPr>
          <w:p w:rsidR="00C450FC" w:rsidRDefault="00C450FC" w:rsidP="00DF7BEC">
            <w:proofErr w:type="spellStart"/>
            <w:r>
              <w:t>Оригинальное</w:t>
            </w:r>
            <w:proofErr w:type="spellEnd"/>
            <w:r>
              <w:t xml:space="preserve"> </w:t>
            </w:r>
            <w:proofErr w:type="spellStart"/>
            <w:r>
              <w:t>решение</w:t>
            </w:r>
            <w:proofErr w:type="spellEnd"/>
          </w:p>
        </w:tc>
        <w:tc>
          <w:tcPr>
            <w:tcW w:w="1995" w:type="dxa"/>
          </w:tcPr>
          <w:p w:rsidR="00C450FC" w:rsidRDefault="00C450FC" w:rsidP="00DF7BEC">
            <w:proofErr w:type="spellStart"/>
            <w:r>
              <w:t>Есть</w:t>
            </w:r>
            <w:proofErr w:type="spellEnd"/>
            <w:r>
              <w:t xml:space="preserve"> </w:t>
            </w:r>
            <w:proofErr w:type="spellStart"/>
            <w:r>
              <w:t>элементы</w:t>
            </w:r>
            <w:proofErr w:type="spellEnd"/>
            <w:r>
              <w:t xml:space="preserve"> </w:t>
            </w:r>
            <w:proofErr w:type="spellStart"/>
            <w:r>
              <w:t>творчества</w:t>
            </w:r>
            <w:proofErr w:type="spellEnd"/>
          </w:p>
        </w:tc>
        <w:tc>
          <w:tcPr>
            <w:tcW w:w="1995" w:type="dxa"/>
          </w:tcPr>
          <w:p w:rsidR="00C450FC" w:rsidRDefault="00C450FC" w:rsidP="00DF7BEC">
            <w:proofErr w:type="spellStart"/>
            <w:r>
              <w:t>Типовое</w:t>
            </w:r>
            <w:proofErr w:type="spellEnd"/>
            <w:r>
              <w:t xml:space="preserve"> </w:t>
            </w:r>
            <w:proofErr w:type="spellStart"/>
            <w:r>
              <w:t>решение</w:t>
            </w:r>
            <w:proofErr w:type="spellEnd"/>
          </w:p>
        </w:tc>
        <w:tc>
          <w:tcPr>
            <w:tcW w:w="1995" w:type="dxa"/>
          </w:tcPr>
          <w:p w:rsidR="00C450FC" w:rsidRDefault="00C450FC" w:rsidP="00DF7BEC">
            <w:proofErr w:type="spellStart"/>
            <w:r>
              <w:t>Копирует</w:t>
            </w:r>
            <w:proofErr w:type="spellEnd"/>
            <w:r>
              <w:t xml:space="preserve"> </w:t>
            </w:r>
            <w:proofErr w:type="spellStart"/>
            <w:r>
              <w:t>пример</w:t>
            </w:r>
            <w:proofErr w:type="spellEnd"/>
          </w:p>
        </w:tc>
      </w:tr>
      <w:tr w:rsidR="00C450FC" w:rsidTr="00DF7BEC">
        <w:tc>
          <w:tcPr>
            <w:tcW w:w="1995" w:type="dxa"/>
          </w:tcPr>
          <w:p w:rsidR="00C450FC" w:rsidRDefault="00C450FC" w:rsidP="00DF7BEC">
            <w:proofErr w:type="spellStart"/>
            <w:r>
              <w:t>Самостоятельность</w:t>
            </w:r>
            <w:proofErr w:type="spellEnd"/>
          </w:p>
        </w:tc>
        <w:tc>
          <w:tcPr>
            <w:tcW w:w="1995" w:type="dxa"/>
          </w:tcPr>
          <w:p w:rsidR="00C450FC" w:rsidRDefault="00C450FC" w:rsidP="00DF7BEC">
            <w:proofErr w:type="spellStart"/>
            <w:r>
              <w:t>Без</w:t>
            </w:r>
            <w:proofErr w:type="spellEnd"/>
            <w:r>
              <w:t xml:space="preserve"> </w:t>
            </w:r>
            <w:proofErr w:type="spellStart"/>
            <w:r>
              <w:t>помощи</w:t>
            </w:r>
            <w:proofErr w:type="spellEnd"/>
          </w:p>
        </w:tc>
        <w:tc>
          <w:tcPr>
            <w:tcW w:w="1995" w:type="dxa"/>
          </w:tcPr>
          <w:p w:rsidR="00C450FC" w:rsidRDefault="00C450FC" w:rsidP="00DF7BEC">
            <w:proofErr w:type="spellStart"/>
            <w:r>
              <w:t>Минимальная</w:t>
            </w:r>
            <w:proofErr w:type="spellEnd"/>
            <w:r>
              <w:t xml:space="preserve"> </w:t>
            </w:r>
            <w:proofErr w:type="spellStart"/>
            <w:r>
              <w:t>помощь</w:t>
            </w:r>
            <w:proofErr w:type="spellEnd"/>
          </w:p>
        </w:tc>
        <w:tc>
          <w:tcPr>
            <w:tcW w:w="1995" w:type="dxa"/>
          </w:tcPr>
          <w:p w:rsidR="00C450FC" w:rsidRDefault="00C450FC" w:rsidP="00DF7BEC">
            <w:proofErr w:type="spellStart"/>
            <w:r>
              <w:t>Частая</w:t>
            </w:r>
            <w:proofErr w:type="spellEnd"/>
            <w:r>
              <w:t xml:space="preserve"> </w:t>
            </w:r>
            <w:proofErr w:type="spellStart"/>
            <w:r>
              <w:t>помощь</w:t>
            </w:r>
            <w:proofErr w:type="spellEnd"/>
          </w:p>
        </w:tc>
        <w:tc>
          <w:tcPr>
            <w:tcW w:w="1995" w:type="dxa"/>
          </w:tcPr>
          <w:p w:rsidR="00C450FC" w:rsidRDefault="00C450FC" w:rsidP="00DF7BEC">
            <w:proofErr w:type="spellStart"/>
            <w:r>
              <w:t>Работает</w:t>
            </w:r>
            <w:proofErr w:type="spellEnd"/>
            <w:r>
              <w:t xml:space="preserve"> </w:t>
            </w:r>
            <w:proofErr w:type="spellStart"/>
            <w:r>
              <w:t>только</w:t>
            </w:r>
            <w:proofErr w:type="spellEnd"/>
            <w:r>
              <w:t xml:space="preserve"> с </w:t>
            </w:r>
            <w:proofErr w:type="spellStart"/>
            <w:r>
              <w:t>наставником</w:t>
            </w:r>
            <w:proofErr w:type="spellEnd"/>
          </w:p>
        </w:tc>
      </w:tr>
    </w:tbl>
    <w:p w:rsidR="000D5E72" w:rsidRDefault="000D5E72" w:rsidP="000D5E72">
      <w:pPr>
        <w:spacing w:after="0"/>
        <w:rPr>
          <w:b/>
          <w:sz w:val="30"/>
        </w:rPr>
      </w:pPr>
    </w:p>
    <w:p w:rsidR="00C450FC" w:rsidRDefault="00C450FC" w:rsidP="000D5E72">
      <w:pPr>
        <w:spacing w:after="0"/>
      </w:pPr>
      <w:r>
        <w:rPr>
          <w:b/>
          <w:sz w:val="30"/>
        </w:rPr>
        <w:t xml:space="preserve">Е.2. </w:t>
      </w:r>
      <w:proofErr w:type="spellStart"/>
      <w:r>
        <w:rPr>
          <w:b/>
          <w:sz w:val="30"/>
        </w:rPr>
        <w:t>Матрица</w:t>
      </w:r>
      <w:proofErr w:type="spellEnd"/>
      <w:r>
        <w:rPr>
          <w:b/>
          <w:sz w:val="30"/>
        </w:rPr>
        <w:t xml:space="preserve"> </w:t>
      </w:r>
      <w:proofErr w:type="spellStart"/>
      <w:r>
        <w:rPr>
          <w:b/>
          <w:sz w:val="30"/>
        </w:rPr>
        <w:t>формирования</w:t>
      </w:r>
      <w:proofErr w:type="spellEnd"/>
      <w:r>
        <w:rPr>
          <w:b/>
          <w:sz w:val="30"/>
        </w:rPr>
        <w:t xml:space="preserve"> </w:t>
      </w:r>
      <w:proofErr w:type="spellStart"/>
      <w:r>
        <w:rPr>
          <w:b/>
          <w:sz w:val="30"/>
        </w:rPr>
        <w:t>компетенций</w:t>
      </w:r>
      <w:proofErr w:type="spellEnd"/>
    </w:p>
    <w:tbl>
      <w:tblPr>
        <w:tblStyle w:val="aff0"/>
        <w:tblW w:w="0" w:type="auto"/>
        <w:tblLook w:val="04A0"/>
      </w:tblPr>
      <w:tblGrid>
        <w:gridCol w:w="1891"/>
        <w:gridCol w:w="1177"/>
        <w:gridCol w:w="1658"/>
        <w:gridCol w:w="782"/>
        <w:gridCol w:w="1768"/>
        <w:gridCol w:w="2687"/>
      </w:tblGrid>
      <w:tr w:rsidR="00C450FC" w:rsidTr="000D5E72">
        <w:tc>
          <w:tcPr>
            <w:tcW w:w="1845" w:type="dxa"/>
          </w:tcPr>
          <w:p w:rsidR="00C450FC" w:rsidRDefault="00C450FC" w:rsidP="00DF7BEC">
            <w:proofErr w:type="spellStart"/>
            <w:r>
              <w:t>Этап</w:t>
            </w:r>
            <w:proofErr w:type="spellEnd"/>
          </w:p>
        </w:tc>
        <w:tc>
          <w:tcPr>
            <w:tcW w:w="1177" w:type="dxa"/>
          </w:tcPr>
          <w:p w:rsidR="00C450FC" w:rsidRPr="000D5E72" w:rsidRDefault="00C450FC" w:rsidP="00DF7BEC">
            <w:pPr>
              <w:rPr>
                <w:sz w:val="24"/>
                <w:szCs w:val="24"/>
              </w:rPr>
            </w:pPr>
            <w:proofErr w:type="spellStart"/>
            <w:r w:rsidRPr="000D5E72">
              <w:rPr>
                <w:sz w:val="24"/>
                <w:szCs w:val="24"/>
              </w:rPr>
              <w:t>Интерес</w:t>
            </w:r>
            <w:proofErr w:type="spellEnd"/>
          </w:p>
        </w:tc>
        <w:tc>
          <w:tcPr>
            <w:tcW w:w="1658" w:type="dxa"/>
          </w:tcPr>
          <w:p w:rsidR="00C450FC" w:rsidRPr="000D5E72" w:rsidRDefault="00C450FC" w:rsidP="00DF7BEC">
            <w:pPr>
              <w:rPr>
                <w:sz w:val="24"/>
                <w:szCs w:val="24"/>
              </w:rPr>
            </w:pPr>
            <w:proofErr w:type="spellStart"/>
            <w:r w:rsidRPr="000D5E72">
              <w:rPr>
                <w:sz w:val="24"/>
                <w:szCs w:val="24"/>
              </w:rPr>
              <w:t>Композиция</w:t>
            </w:r>
            <w:proofErr w:type="spellEnd"/>
          </w:p>
        </w:tc>
        <w:tc>
          <w:tcPr>
            <w:tcW w:w="782" w:type="dxa"/>
          </w:tcPr>
          <w:p w:rsidR="00C450FC" w:rsidRPr="000D5E72" w:rsidRDefault="00C450FC" w:rsidP="00DF7BEC">
            <w:pPr>
              <w:rPr>
                <w:sz w:val="24"/>
                <w:szCs w:val="24"/>
              </w:rPr>
            </w:pPr>
            <w:proofErr w:type="spellStart"/>
            <w:r w:rsidRPr="000D5E72">
              <w:rPr>
                <w:sz w:val="24"/>
                <w:szCs w:val="24"/>
              </w:rPr>
              <w:t>Цвет</w:t>
            </w:r>
            <w:proofErr w:type="spellEnd"/>
          </w:p>
        </w:tc>
        <w:tc>
          <w:tcPr>
            <w:tcW w:w="1763" w:type="dxa"/>
          </w:tcPr>
          <w:p w:rsidR="00C450FC" w:rsidRPr="000D5E72" w:rsidRDefault="00C450FC" w:rsidP="00DF7BEC">
            <w:pPr>
              <w:rPr>
                <w:sz w:val="24"/>
                <w:szCs w:val="24"/>
              </w:rPr>
            </w:pPr>
            <w:proofErr w:type="spellStart"/>
            <w:r w:rsidRPr="000D5E72">
              <w:rPr>
                <w:sz w:val="24"/>
                <w:szCs w:val="24"/>
              </w:rPr>
              <w:t>Коммуникация</w:t>
            </w:r>
            <w:proofErr w:type="spellEnd"/>
          </w:p>
        </w:tc>
        <w:tc>
          <w:tcPr>
            <w:tcW w:w="2687" w:type="dxa"/>
          </w:tcPr>
          <w:p w:rsidR="00C450FC" w:rsidRPr="000D5E72" w:rsidRDefault="00C450FC" w:rsidP="00DF7BEC">
            <w:pPr>
              <w:rPr>
                <w:sz w:val="24"/>
                <w:szCs w:val="24"/>
              </w:rPr>
            </w:pPr>
            <w:proofErr w:type="spellStart"/>
            <w:r w:rsidRPr="000D5E72">
              <w:rPr>
                <w:sz w:val="24"/>
                <w:szCs w:val="24"/>
              </w:rPr>
              <w:t>Самостоятельность</w:t>
            </w:r>
            <w:proofErr w:type="spellEnd"/>
          </w:p>
        </w:tc>
      </w:tr>
      <w:tr w:rsidR="00C450FC" w:rsidTr="000D5E72">
        <w:tc>
          <w:tcPr>
            <w:tcW w:w="1845" w:type="dxa"/>
          </w:tcPr>
          <w:p w:rsidR="00C450FC" w:rsidRDefault="00C450FC" w:rsidP="00DF7BEC">
            <w:proofErr w:type="spellStart"/>
            <w:r>
              <w:t>Викторина</w:t>
            </w:r>
            <w:proofErr w:type="spellEnd"/>
          </w:p>
        </w:tc>
        <w:tc>
          <w:tcPr>
            <w:tcW w:w="1177" w:type="dxa"/>
          </w:tcPr>
          <w:p w:rsidR="00C450FC" w:rsidRDefault="00C450FC" w:rsidP="00DF7BEC">
            <w:r>
              <w:t>✓</w:t>
            </w:r>
          </w:p>
        </w:tc>
        <w:tc>
          <w:tcPr>
            <w:tcW w:w="1658" w:type="dxa"/>
          </w:tcPr>
          <w:p w:rsidR="00C450FC" w:rsidRDefault="00C450FC" w:rsidP="00DF7BEC"/>
        </w:tc>
        <w:tc>
          <w:tcPr>
            <w:tcW w:w="782" w:type="dxa"/>
          </w:tcPr>
          <w:p w:rsidR="00C450FC" w:rsidRDefault="00C450FC" w:rsidP="00DF7BEC"/>
        </w:tc>
        <w:tc>
          <w:tcPr>
            <w:tcW w:w="1763" w:type="dxa"/>
          </w:tcPr>
          <w:p w:rsidR="00C450FC" w:rsidRDefault="00C450FC" w:rsidP="00DF7BEC">
            <w:r>
              <w:t>✓</w:t>
            </w:r>
          </w:p>
        </w:tc>
        <w:tc>
          <w:tcPr>
            <w:tcW w:w="2687" w:type="dxa"/>
          </w:tcPr>
          <w:p w:rsidR="00C450FC" w:rsidRDefault="00C450FC" w:rsidP="00DF7BEC"/>
        </w:tc>
      </w:tr>
      <w:tr w:rsidR="00C450FC" w:rsidTr="000D5E72">
        <w:tc>
          <w:tcPr>
            <w:tcW w:w="1845" w:type="dxa"/>
          </w:tcPr>
          <w:p w:rsidR="00C450FC" w:rsidRDefault="00C450FC" w:rsidP="00DF7BEC">
            <w:proofErr w:type="spellStart"/>
            <w:r>
              <w:t>Теория</w:t>
            </w:r>
            <w:proofErr w:type="spellEnd"/>
          </w:p>
        </w:tc>
        <w:tc>
          <w:tcPr>
            <w:tcW w:w="1177" w:type="dxa"/>
          </w:tcPr>
          <w:p w:rsidR="00C450FC" w:rsidRDefault="00C450FC" w:rsidP="00DF7BEC">
            <w:r>
              <w:t>✓</w:t>
            </w:r>
          </w:p>
        </w:tc>
        <w:tc>
          <w:tcPr>
            <w:tcW w:w="1658" w:type="dxa"/>
          </w:tcPr>
          <w:p w:rsidR="00C450FC" w:rsidRDefault="00C450FC" w:rsidP="00DF7BEC">
            <w:r>
              <w:t>✓</w:t>
            </w:r>
          </w:p>
        </w:tc>
        <w:tc>
          <w:tcPr>
            <w:tcW w:w="782" w:type="dxa"/>
          </w:tcPr>
          <w:p w:rsidR="00C450FC" w:rsidRDefault="00C450FC" w:rsidP="00DF7BEC">
            <w:r>
              <w:t>✓</w:t>
            </w:r>
          </w:p>
        </w:tc>
        <w:tc>
          <w:tcPr>
            <w:tcW w:w="1763" w:type="dxa"/>
          </w:tcPr>
          <w:p w:rsidR="00C450FC" w:rsidRDefault="00C450FC" w:rsidP="00DF7BEC"/>
        </w:tc>
        <w:tc>
          <w:tcPr>
            <w:tcW w:w="2687" w:type="dxa"/>
          </w:tcPr>
          <w:p w:rsidR="00C450FC" w:rsidRDefault="00C450FC" w:rsidP="00DF7BEC"/>
        </w:tc>
      </w:tr>
      <w:tr w:rsidR="00C450FC" w:rsidTr="000D5E72">
        <w:tc>
          <w:tcPr>
            <w:tcW w:w="1845" w:type="dxa"/>
          </w:tcPr>
          <w:p w:rsidR="00C450FC" w:rsidRDefault="00C450FC" w:rsidP="00DF7BEC">
            <w:r>
              <w:t xml:space="preserve">7 </w:t>
            </w:r>
            <w:proofErr w:type="spellStart"/>
            <w:r>
              <w:t>правил</w:t>
            </w:r>
            <w:proofErr w:type="spellEnd"/>
          </w:p>
        </w:tc>
        <w:tc>
          <w:tcPr>
            <w:tcW w:w="1177" w:type="dxa"/>
          </w:tcPr>
          <w:p w:rsidR="00C450FC" w:rsidRDefault="00C450FC" w:rsidP="00DF7BEC">
            <w:r>
              <w:t>✓</w:t>
            </w:r>
          </w:p>
        </w:tc>
        <w:tc>
          <w:tcPr>
            <w:tcW w:w="1658" w:type="dxa"/>
          </w:tcPr>
          <w:p w:rsidR="00C450FC" w:rsidRDefault="00C450FC" w:rsidP="00DF7BEC">
            <w:r>
              <w:t>✓</w:t>
            </w:r>
          </w:p>
        </w:tc>
        <w:tc>
          <w:tcPr>
            <w:tcW w:w="782" w:type="dxa"/>
          </w:tcPr>
          <w:p w:rsidR="00C450FC" w:rsidRDefault="00C450FC" w:rsidP="00DF7BEC">
            <w:r>
              <w:t>✓</w:t>
            </w:r>
          </w:p>
        </w:tc>
        <w:tc>
          <w:tcPr>
            <w:tcW w:w="1763" w:type="dxa"/>
          </w:tcPr>
          <w:p w:rsidR="00C450FC" w:rsidRDefault="00C450FC" w:rsidP="00DF7BEC"/>
        </w:tc>
        <w:tc>
          <w:tcPr>
            <w:tcW w:w="2687" w:type="dxa"/>
          </w:tcPr>
          <w:p w:rsidR="00C450FC" w:rsidRDefault="00C450FC" w:rsidP="00DF7BEC">
            <w:r>
              <w:t>✓</w:t>
            </w:r>
          </w:p>
        </w:tc>
      </w:tr>
      <w:tr w:rsidR="00C450FC" w:rsidTr="000D5E72">
        <w:tc>
          <w:tcPr>
            <w:tcW w:w="1845" w:type="dxa"/>
          </w:tcPr>
          <w:p w:rsidR="00C450FC" w:rsidRDefault="00C450FC" w:rsidP="00DF7BEC">
            <w:proofErr w:type="spellStart"/>
            <w:r>
              <w:t>Практические</w:t>
            </w:r>
            <w:proofErr w:type="spellEnd"/>
            <w:r>
              <w:t xml:space="preserve"> </w:t>
            </w:r>
            <w:proofErr w:type="spellStart"/>
            <w:r>
              <w:t>миссии</w:t>
            </w:r>
            <w:proofErr w:type="spellEnd"/>
          </w:p>
        </w:tc>
        <w:tc>
          <w:tcPr>
            <w:tcW w:w="1177" w:type="dxa"/>
          </w:tcPr>
          <w:p w:rsidR="00C450FC" w:rsidRDefault="00C450FC" w:rsidP="00DF7BEC">
            <w:r>
              <w:t>✓</w:t>
            </w:r>
          </w:p>
        </w:tc>
        <w:tc>
          <w:tcPr>
            <w:tcW w:w="1658" w:type="dxa"/>
          </w:tcPr>
          <w:p w:rsidR="00C450FC" w:rsidRDefault="00C450FC" w:rsidP="00DF7BEC">
            <w:r>
              <w:t>✓</w:t>
            </w:r>
          </w:p>
        </w:tc>
        <w:tc>
          <w:tcPr>
            <w:tcW w:w="782" w:type="dxa"/>
          </w:tcPr>
          <w:p w:rsidR="00C450FC" w:rsidRDefault="00C450FC" w:rsidP="00DF7BEC">
            <w:r>
              <w:t>✓</w:t>
            </w:r>
          </w:p>
        </w:tc>
        <w:tc>
          <w:tcPr>
            <w:tcW w:w="1763" w:type="dxa"/>
          </w:tcPr>
          <w:p w:rsidR="00C450FC" w:rsidRDefault="00C450FC" w:rsidP="00DF7BEC">
            <w:r>
              <w:t>✓</w:t>
            </w:r>
          </w:p>
        </w:tc>
        <w:tc>
          <w:tcPr>
            <w:tcW w:w="2687" w:type="dxa"/>
          </w:tcPr>
          <w:p w:rsidR="00C450FC" w:rsidRDefault="00C450FC" w:rsidP="00DF7BEC">
            <w:r>
              <w:t>✓</w:t>
            </w:r>
          </w:p>
        </w:tc>
      </w:tr>
      <w:tr w:rsidR="00C450FC" w:rsidTr="000D5E72">
        <w:tc>
          <w:tcPr>
            <w:tcW w:w="1845" w:type="dxa"/>
          </w:tcPr>
          <w:p w:rsidR="00C450FC" w:rsidRDefault="00C450FC" w:rsidP="00DF7BEC">
            <w:proofErr w:type="spellStart"/>
            <w:r>
              <w:t>Творческая</w:t>
            </w:r>
            <w:proofErr w:type="spellEnd"/>
            <w:r>
              <w:t xml:space="preserve"> </w:t>
            </w:r>
            <w:proofErr w:type="spellStart"/>
            <w:r>
              <w:t>мастерская</w:t>
            </w:r>
            <w:proofErr w:type="spellEnd"/>
          </w:p>
        </w:tc>
        <w:tc>
          <w:tcPr>
            <w:tcW w:w="1177" w:type="dxa"/>
          </w:tcPr>
          <w:p w:rsidR="00C450FC" w:rsidRDefault="00C450FC" w:rsidP="00DF7BEC">
            <w:r>
              <w:t>✓</w:t>
            </w:r>
          </w:p>
        </w:tc>
        <w:tc>
          <w:tcPr>
            <w:tcW w:w="1658" w:type="dxa"/>
          </w:tcPr>
          <w:p w:rsidR="00C450FC" w:rsidRDefault="00C450FC" w:rsidP="00DF7BEC">
            <w:r>
              <w:t>✓</w:t>
            </w:r>
          </w:p>
        </w:tc>
        <w:tc>
          <w:tcPr>
            <w:tcW w:w="782" w:type="dxa"/>
          </w:tcPr>
          <w:p w:rsidR="00C450FC" w:rsidRDefault="00C450FC" w:rsidP="00DF7BEC">
            <w:r>
              <w:t>✓</w:t>
            </w:r>
          </w:p>
        </w:tc>
        <w:tc>
          <w:tcPr>
            <w:tcW w:w="1763" w:type="dxa"/>
          </w:tcPr>
          <w:p w:rsidR="00C450FC" w:rsidRDefault="00C450FC" w:rsidP="00DF7BEC">
            <w:r>
              <w:t>✓</w:t>
            </w:r>
          </w:p>
        </w:tc>
        <w:tc>
          <w:tcPr>
            <w:tcW w:w="2687" w:type="dxa"/>
          </w:tcPr>
          <w:p w:rsidR="00C450FC" w:rsidRDefault="00C450FC" w:rsidP="00DF7BEC">
            <w:r>
              <w:t>✓</w:t>
            </w:r>
          </w:p>
        </w:tc>
      </w:tr>
    </w:tbl>
    <w:p w:rsidR="000D5E72" w:rsidRDefault="000D5E72" w:rsidP="000D5E72">
      <w:pPr>
        <w:spacing w:after="0"/>
        <w:rPr>
          <w:b/>
          <w:sz w:val="30"/>
        </w:rPr>
      </w:pPr>
    </w:p>
    <w:p w:rsidR="000D5E72" w:rsidRDefault="00C450FC" w:rsidP="000D5E72">
      <w:pPr>
        <w:spacing w:after="0"/>
        <w:rPr>
          <w:b/>
          <w:sz w:val="30"/>
        </w:rPr>
      </w:pPr>
      <w:r>
        <w:rPr>
          <w:b/>
          <w:sz w:val="30"/>
        </w:rPr>
        <w:t xml:space="preserve">Е.3. </w:t>
      </w:r>
      <w:proofErr w:type="spellStart"/>
      <w:r>
        <w:rPr>
          <w:b/>
          <w:sz w:val="30"/>
        </w:rPr>
        <w:t>Индивидуальный</w:t>
      </w:r>
      <w:proofErr w:type="spellEnd"/>
      <w:r>
        <w:rPr>
          <w:b/>
          <w:sz w:val="30"/>
        </w:rPr>
        <w:t xml:space="preserve"> </w:t>
      </w:r>
      <w:proofErr w:type="spellStart"/>
      <w:r>
        <w:rPr>
          <w:b/>
          <w:sz w:val="30"/>
        </w:rPr>
        <w:t>профиль</w:t>
      </w:r>
      <w:proofErr w:type="spellEnd"/>
      <w:r>
        <w:rPr>
          <w:b/>
          <w:sz w:val="30"/>
        </w:rPr>
        <w:t xml:space="preserve"> </w:t>
      </w:r>
      <w:proofErr w:type="spellStart"/>
      <w:r>
        <w:rPr>
          <w:b/>
          <w:sz w:val="30"/>
        </w:rPr>
        <w:t>участника</w:t>
      </w:r>
      <w:proofErr w:type="spellEnd"/>
    </w:p>
    <w:p w:rsidR="00C450FC" w:rsidRPr="00C450FC" w:rsidRDefault="00C450FC" w:rsidP="000D5E72">
      <w:pPr>
        <w:spacing w:after="0"/>
        <w:rPr>
          <w:lang w:val="ru-RU"/>
        </w:rPr>
      </w:pPr>
      <w:r w:rsidRPr="00C450FC">
        <w:rPr>
          <w:lang w:val="ru-RU"/>
        </w:rPr>
        <w:t>Заполняется наставником после завершения профессиональной пробы.</w:t>
      </w:r>
    </w:p>
    <w:tbl>
      <w:tblPr>
        <w:tblStyle w:val="aff0"/>
        <w:tblW w:w="0" w:type="auto"/>
        <w:tblLook w:val="04A0"/>
      </w:tblPr>
      <w:tblGrid>
        <w:gridCol w:w="2488"/>
        <w:gridCol w:w="2473"/>
        <w:gridCol w:w="3539"/>
        <w:gridCol w:w="1412"/>
      </w:tblGrid>
      <w:tr w:rsidR="00C450FC" w:rsidTr="000D5E72">
        <w:tc>
          <w:tcPr>
            <w:tcW w:w="2488" w:type="dxa"/>
          </w:tcPr>
          <w:p w:rsidR="00C450FC" w:rsidRDefault="00C450FC" w:rsidP="00DF7BEC">
            <w:proofErr w:type="spellStart"/>
            <w:r>
              <w:t>Показатель</w:t>
            </w:r>
            <w:proofErr w:type="spellEnd"/>
          </w:p>
        </w:tc>
        <w:tc>
          <w:tcPr>
            <w:tcW w:w="2473" w:type="dxa"/>
          </w:tcPr>
          <w:p w:rsidR="00C450FC" w:rsidRDefault="00C450FC" w:rsidP="00DF7BEC">
            <w:proofErr w:type="spellStart"/>
            <w:r>
              <w:t>Низкий</w:t>
            </w:r>
            <w:proofErr w:type="spellEnd"/>
          </w:p>
        </w:tc>
        <w:tc>
          <w:tcPr>
            <w:tcW w:w="3539" w:type="dxa"/>
          </w:tcPr>
          <w:p w:rsidR="00C450FC" w:rsidRDefault="00C450FC" w:rsidP="00DF7BEC">
            <w:proofErr w:type="spellStart"/>
            <w:r>
              <w:t>Средний</w:t>
            </w:r>
            <w:proofErr w:type="spellEnd"/>
          </w:p>
        </w:tc>
        <w:tc>
          <w:tcPr>
            <w:tcW w:w="1412" w:type="dxa"/>
          </w:tcPr>
          <w:p w:rsidR="00C450FC" w:rsidRDefault="00C450FC" w:rsidP="00DF7BEC">
            <w:proofErr w:type="spellStart"/>
            <w:r>
              <w:t>Высокий</w:t>
            </w:r>
            <w:proofErr w:type="spellEnd"/>
          </w:p>
        </w:tc>
      </w:tr>
      <w:tr w:rsidR="00C450FC" w:rsidTr="000D5E72">
        <w:tc>
          <w:tcPr>
            <w:tcW w:w="2488" w:type="dxa"/>
          </w:tcPr>
          <w:p w:rsidR="00C450FC" w:rsidRDefault="00C450FC" w:rsidP="00DF7BEC">
            <w:proofErr w:type="spellStart"/>
            <w:r>
              <w:t>Интерес</w:t>
            </w:r>
            <w:proofErr w:type="spellEnd"/>
            <w:r>
              <w:t xml:space="preserve"> к </w:t>
            </w:r>
            <w:proofErr w:type="spellStart"/>
            <w:r>
              <w:t>профессии</w:t>
            </w:r>
            <w:proofErr w:type="spellEnd"/>
          </w:p>
        </w:tc>
        <w:tc>
          <w:tcPr>
            <w:tcW w:w="2473" w:type="dxa"/>
          </w:tcPr>
          <w:p w:rsidR="00C450FC" w:rsidRDefault="00C450FC" w:rsidP="00DF7BEC"/>
        </w:tc>
        <w:tc>
          <w:tcPr>
            <w:tcW w:w="3539" w:type="dxa"/>
          </w:tcPr>
          <w:p w:rsidR="00C450FC" w:rsidRDefault="00C450FC" w:rsidP="00DF7BEC"/>
        </w:tc>
        <w:tc>
          <w:tcPr>
            <w:tcW w:w="1412" w:type="dxa"/>
          </w:tcPr>
          <w:p w:rsidR="00C450FC" w:rsidRDefault="00C450FC" w:rsidP="00DF7BEC"/>
        </w:tc>
      </w:tr>
      <w:tr w:rsidR="00C450FC" w:rsidTr="000D5E72">
        <w:tc>
          <w:tcPr>
            <w:tcW w:w="2488" w:type="dxa"/>
          </w:tcPr>
          <w:p w:rsidR="00C450FC" w:rsidRDefault="00C450FC" w:rsidP="00DF7BEC">
            <w:proofErr w:type="spellStart"/>
            <w:r>
              <w:t>Визуальное</w:t>
            </w:r>
            <w:proofErr w:type="spellEnd"/>
            <w:r>
              <w:t xml:space="preserve"> </w:t>
            </w:r>
            <w:proofErr w:type="spellStart"/>
            <w:r>
              <w:t>мышление</w:t>
            </w:r>
            <w:proofErr w:type="spellEnd"/>
          </w:p>
        </w:tc>
        <w:tc>
          <w:tcPr>
            <w:tcW w:w="2473" w:type="dxa"/>
          </w:tcPr>
          <w:p w:rsidR="00C450FC" w:rsidRDefault="00C450FC" w:rsidP="00DF7BEC"/>
        </w:tc>
        <w:tc>
          <w:tcPr>
            <w:tcW w:w="3539" w:type="dxa"/>
          </w:tcPr>
          <w:p w:rsidR="00C450FC" w:rsidRDefault="00C450FC" w:rsidP="00DF7BEC"/>
        </w:tc>
        <w:tc>
          <w:tcPr>
            <w:tcW w:w="1412" w:type="dxa"/>
          </w:tcPr>
          <w:p w:rsidR="00C450FC" w:rsidRDefault="00C450FC" w:rsidP="00DF7BEC"/>
        </w:tc>
      </w:tr>
      <w:tr w:rsidR="00C450FC" w:rsidTr="000D5E72">
        <w:tc>
          <w:tcPr>
            <w:tcW w:w="2488" w:type="dxa"/>
          </w:tcPr>
          <w:p w:rsidR="00C450FC" w:rsidRDefault="00C450FC" w:rsidP="00DF7BEC">
            <w:proofErr w:type="spellStart"/>
            <w:r>
              <w:t>Креативность</w:t>
            </w:r>
            <w:proofErr w:type="spellEnd"/>
          </w:p>
        </w:tc>
        <w:tc>
          <w:tcPr>
            <w:tcW w:w="2473" w:type="dxa"/>
          </w:tcPr>
          <w:p w:rsidR="00C450FC" w:rsidRDefault="00C450FC" w:rsidP="00DF7BEC"/>
        </w:tc>
        <w:tc>
          <w:tcPr>
            <w:tcW w:w="3539" w:type="dxa"/>
          </w:tcPr>
          <w:p w:rsidR="00C450FC" w:rsidRDefault="00C450FC" w:rsidP="00DF7BEC"/>
        </w:tc>
        <w:tc>
          <w:tcPr>
            <w:tcW w:w="1412" w:type="dxa"/>
          </w:tcPr>
          <w:p w:rsidR="00C450FC" w:rsidRDefault="00C450FC" w:rsidP="00DF7BEC"/>
        </w:tc>
      </w:tr>
      <w:tr w:rsidR="00C450FC" w:rsidTr="000D5E72">
        <w:tc>
          <w:tcPr>
            <w:tcW w:w="2488" w:type="dxa"/>
          </w:tcPr>
          <w:p w:rsidR="00C450FC" w:rsidRDefault="00C450FC" w:rsidP="00DF7BEC">
            <w:proofErr w:type="spellStart"/>
            <w:r>
              <w:t>Коммуникация</w:t>
            </w:r>
            <w:proofErr w:type="spellEnd"/>
          </w:p>
        </w:tc>
        <w:tc>
          <w:tcPr>
            <w:tcW w:w="2473" w:type="dxa"/>
          </w:tcPr>
          <w:p w:rsidR="00C450FC" w:rsidRDefault="00C450FC" w:rsidP="00DF7BEC"/>
        </w:tc>
        <w:tc>
          <w:tcPr>
            <w:tcW w:w="3539" w:type="dxa"/>
          </w:tcPr>
          <w:p w:rsidR="00C450FC" w:rsidRDefault="00C450FC" w:rsidP="00DF7BEC"/>
        </w:tc>
        <w:tc>
          <w:tcPr>
            <w:tcW w:w="1412" w:type="dxa"/>
          </w:tcPr>
          <w:p w:rsidR="00C450FC" w:rsidRDefault="00C450FC" w:rsidP="00DF7BEC"/>
        </w:tc>
      </w:tr>
      <w:tr w:rsidR="00C450FC" w:rsidTr="000D5E72">
        <w:tc>
          <w:tcPr>
            <w:tcW w:w="2488" w:type="dxa"/>
          </w:tcPr>
          <w:p w:rsidR="00C450FC" w:rsidRDefault="00C450FC" w:rsidP="00DF7BEC">
            <w:proofErr w:type="spellStart"/>
            <w:r>
              <w:t>Внимательность</w:t>
            </w:r>
            <w:proofErr w:type="spellEnd"/>
          </w:p>
        </w:tc>
        <w:tc>
          <w:tcPr>
            <w:tcW w:w="2473" w:type="dxa"/>
          </w:tcPr>
          <w:p w:rsidR="00C450FC" w:rsidRDefault="00C450FC" w:rsidP="00DF7BEC"/>
        </w:tc>
        <w:tc>
          <w:tcPr>
            <w:tcW w:w="3539" w:type="dxa"/>
          </w:tcPr>
          <w:p w:rsidR="00C450FC" w:rsidRDefault="00C450FC" w:rsidP="00DF7BEC"/>
        </w:tc>
        <w:tc>
          <w:tcPr>
            <w:tcW w:w="1412" w:type="dxa"/>
          </w:tcPr>
          <w:p w:rsidR="00C450FC" w:rsidRDefault="00C450FC" w:rsidP="00DF7BEC"/>
        </w:tc>
      </w:tr>
      <w:tr w:rsidR="00C450FC" w:rsidTr="000D5E72">
        <w:tc>
          <w:tcPr>
            <w:tcW w:w="2488" w:type="dxa"/>
          </w:tcPr>
          <w:p w:rsidR="00C450FC" w:rsidRDefault="00C450FC" w:rsidP="00DF7BEC">
            <w:proofErr w:type="spellStart"/>
            <w:r>
              <w:t>Потенциал</w:t>
            </w:r>
            <w:proofErr w:type="spellEnd"/>
            <w:r>
              <w:t xml:space="preserve"> </w:t>
            </w:r>
            <w:proofErr w:type="spellStart"/>
            <w:r>
              <w:t>обучения</w:t>
            </w:r>
            <w:proofErr w:type="spellEnd"/>
          </w:p>
        </w:tc>
        <w:tc>
          <w:tcPr>
            <w:tcW w:w="2473" w:type="dxa"/>
          </w:tcPr>
          <w:p w:rsidR="00C450FC" w:rsidRDefault="00C450FC" w:rsidP="00DF7BEC"/>
        </w:tc>
        <w:tc>
          <w:tcPr>
            <w:tcW w:w="3539" w:type="dxa"/>
          </w:tcPr>
          <w:p w:rsidR="00C450FC" w:rsidRDefault="00C450FC" w:rsidP="00DF7BEC"/>
        </w:tc>
        <w:tc>
          <w:tcPr>
            <w:tcW w:w="1412" w:type="dxa"/>
          </w:tcPr>
          <w:p w:rsidR="00C450FC" w:rsidRDefault="00C450FC" w:rsidP="00DF7BEC"/>
        </w:tc>
      </w:tr>
    </w:tbl>
    <w:p w:rsidR="000D5E72" w:rsidRDefault="000D5E72" w:rsidP="00C450FC">
      <w:pPr>
        <w:rPr>
          <w:b/>
          <w:sz w:val="30"/>
        </w:rPr>
      </w:pPr>
    </w:p>
    <w:p w:rsidR="00C450FC" w:rsidRPr="000D5E72" w:rsidRDefault="00C450FC" w:rsidP="00C450FC">
      <w:pPr>
        <w:rPr>
          <w:lang w:val="ru-RU"/>
        </w:rPr>
      </w:pPr>
      <w:r w:rsidRPr="000D5E72">
        <w:rPr>
          <w:b/>
          <w:sz w:val="30"/>
          <w:lang w:val="ru-RU"/>
        </w:rPr>
        <w:t xml:space="preserve">Е.4. Индивидуальный </w:t>
      </w:r>
      <w:proofErr w:type="spellStart"/>
      <w:r w:rsidRPr="000D5E72">
        <w:rPr>
          <w:b/>
          <w:sz w:val="30"/>
          <w:lang w:val="ru-RU"/>
        </w:rPr>
        <w:t>профориентационный</w:t>
      </w:r>
      <w:proofErr w:type="spellEnd"/>
      <w:r w:rsidRPr="000D5E72">
        <w:rPr>
          <w:b/>
          <w:sz w:val="30"/>
          <w:lang w:val="ru-RU"/>
        </w:rPr>
        <w:t xml:space="preserve"> отчет</w:t>
      </w:r>
    </w:p>
    <w:p w:rsidR="00C450FC" w:rsidRPr="000D5E72" w:rsidRDefault="00C450FC" w:rsidP="00C450FC">
      <w:pPr>
        <w:rPr>
          <w:lang w:val="ru-RU"/>
        </w:rPr>
      </w:pPr>
      <w:r w:rsidRPr="000D5E72">
        <w:rPr>
          <w:lang w:val="ru-RU"/>
        </w:rPr>
        <w:t>Ф.И.О.: ________________________________</w:t>
      </w:r>
    </w:p>
    <w:p w:rsidR="00C450FC" w:rsidRPr="000D5E72" w:rsidRDefault="00C450FC" w:rsidP="00C450FC">
      <w:pPr>
        <w:rPr>
          <w:lang w:val="ru-RU"/>
        </w:rPr>
      </w:pPr>
      <w:r w:rsidRPr="000D5E72">
        <w:rPr>
          <w:lang w:val="ru-RU"/>
        </w:rPr>
        <w:t>Школа: ___________________   Класс: ______</w:t>
      </w:r>
    </w:p>
    <w:p w:rsidR="00C450FC" w:rsidRPr="000D5E72" w:rsidRDefault="00C450FC" w:rsidP="00C450FC">
      <w:pPr>
        <w:rPr>
          <w:lang w:val="ru-RU"/>
        </w:rPr>
      </w:pPr>
      <w:r w:rsidRPr="000D5E72">
        <w:rPr>
          <w:lang w:val="ru-RU"/>
        </w:rPr>
        <w:t>Сильные стороны:</w:t>
      </w:r>
    </w:p>
    <w:p w:rsidR="00C450FC" w:rsidRPr="00C450FC" w:rsidRDefault="00C450FC" w:rsidP="00C450FC">
      <w:pPr>
        <w:rPr>
          <w:lang w:val="ru-RU"/>
        </w:rPr>
      </w:pPr>
      <w:r w:rsidRPr="00C450FC">
        <w:rPr>
          <w:lang w:val="ru-RU"/>
        </w:rPr>
        <w:t>____________________________________________</w:t>
      </w:r>
    </w:p>
    <w:p w:rsidR="00C450FC" w:rsidRPr="00C450FC" w:rsidRDefault="00C450FC" w:rsidP="00C450FC">
      <w:pPr>
        <w:rPr>
          <w:lang w:val="ru-RU"/>
        </w:rPr>
      </w:pPr>
      <w:r w:rsidRPr="00C450FC">
        <w:rPr>
          <w:lang w:val="ru-RU"/>
        </w:rPr>
        <w:t>____________________________________________</w:t>
      </w:r>
    </w:p>
    <w:p w:rsidR="00C450FC" w:rsidRPr="00C450FC" w:rsidRDefault="00C450FC" w:rsidP="00C450FC">
      <w:pPr>
        <w:rPr>
          <w:lang w:val="ru-RU"/>
        </w:rPr>
      </w:pPr>
      <w:r w:rsidRPr="00C450FC">
        <w:rPr>
          <w:lang w:val="ru-RU"/>
        </w:rPr>
        <w:t>Зоны развития: ____________________________________________</w:t>
      </w:r>
    </w:p>
    <w:p w:rsidR="00C450FC" w:rsidRPr="00C450FC" w:rsidRDefault="00C450FC" w:rsidP="00C450FC">
      <w:pPr>
        <w:rPr>
          <w:lang w:val="ru-RU"/>
        </w:rPr>
      </w:pPr>
      <w:r w:rsidRPr="00C450FC">
        <w:rPr>
          <w:lang w:val="ru-RU"/>
        </w:rPr>
        <w:t>Рекомендации:</w:t>
      </w:r>
    </w:p>
    <w:p w:rsidR="00C450FC" w:rsidRPr="00C450FC" w:rsidRDefault="00C450FC" w:rsidP="00C450FC">
      <w:pPr>
        <w:rPr>
          <w:lang w:val="ru-RU"/>
        </w:rPr>
      </w:pPr>
      <w:r w:rsidRPr="00C450FC">
        <w:rPr>
          <w:lang w:val="ru-RU"/>
        </w:rPr>
        <w:t>□ Посетить углубленную профессиональную пробу</w:t>
      </w:r>
    </w:p>
    <w:p w:rsidR="00C450FC" w:rsidRPr="00C450FC" w:rsidRDefault="00C450FC" w:rsidP="00C450FC">
      <w:pPr>
        <w:rPr>
          <w:lang w:val="ru-RU"/>
        </w:rPr>
      </w:pPr>
      <w:r w:rsidRPr="00C450FC">
        <w:rPr>
          <w:lang w:val="ru-RU"/>
        </w:rPr>
        <w:lastRenderedPageBreak/>
        <w:t>□ Пройти творческие курсы</w:t>
      </w:r>
    </w:p>
    <w:p w:rsidR="00C450FC" w:rsidRPr="00C450FC" w:rsidRDefault="00C450FC" w:rsidP="00C450FC">
      <w:pPr>
        <w:rPr>
          <w:lang w:val="ru-RU"/>
        </w:rPr>
      </w:pPr>
      <w:r w:rsidRPr="00C450FC">
        <w:rPr>
          <w:lang w:val="ru-RU"/>
        </w:rPr>
        <w:t>□ Принять участие в конкурсах по дизайну</w:t>
      </w:r>
    </w:p>
    <w:p w:rsidR="00C450FC" w:rsidRPr="00C450FC" w:rsidRDefault="00C450FC" w:rsidP="00C450FC">
      <w:pPr>
        <w:rPr>
          <w:lang w:val="ru-RU"/>
        </w:rPr>
      </w:pPr>
      <w:r w:rsidRPr="00C450FC">
        <w:rPr>
          <w:lang w:val="ru-RU"/>
        </w:rPr>
        <w:t>□ Рассмотреть поступление по специальности «Графический дизайнер»</w:t>
      </w:r>
    </w:p>
    <w:p w:rsidR="00C450FC" w:rsidRPr="00C450FC" w:rsidRDefault="00C450FC" w:rsidP="00C450FC">
      <w:pPr>
        <w:rPr>
          <w:lang w:val="ru-RU"/>
        </w:rPr>
      </w:pPr>
      <w:r w:rsidRPr="00C450FC">
        <w:rPr>
          <w:b/>
          <w:sz w:val="30"/>
          <w:lang w:val="ru-RU"/>
        </w:rPr>
        <w:t>Е.5. Итоговое заключение наставника</w:t>
      </w:r>
    </w:p>
    <w:p w:rsidR="00C450FC" w:rsidRPr="00C450FC" w:rsidRDefault="00C450FC" w:rsidP="00C450FC">
      <w:pPr>
        <w:rPr>
          <w:lang w:val="ru-RU"/>
        </w:rPr>
      </w:pPr>
      <w:r w:rsidRPr="00C450FC">
        <w:rPr>
          <w:lang w:val="ru-RU"/>
        </w:rPr>
        <w:t xml:space="preserve">На основании результатов наблюдения, выполнения игровых миссий и самооценки участника наставник делает итоговое заключение о выраженности интереса к профессии, уровне </w:t>
      </w:r>
      <w:proofErr w:type="spellStart"/>
      <w:r w:rsidRPr="00C450FC">
        <w:rPr>
          <w:lang w:val="ru-RU"/>
        </w:rPr>
        <w:t>сформированности</w:t>
      </w:r>
      <w:proofErr w:type="spellEnd"/>
      <w:r w:rsidRPr="00C450FC">
        <w:rPr>
          <w:lang w:val="ru-RU"/>
        </w:rPr>
        <w:t xml:space="preserve"> первичных компетенций и дает рекомендации по дальнейшему профессиональному самоопределению.</w:t>
      </w:r>
    </w:p>
    <w:p w:rsidR="00C450FC" w:rsidRPr="000730C6" w:rsidRDefault="00C450FC" w:rsidP="00C450FC">
      <w:pPr>
        <w:rPr>
          <w:lang w:val="ru-RU"/>
        </w:rPr>
      </w:pPr>
      <w:r w:rsidRPr="00C450FC">
        <w:rPr>
          <w:lang w:val="ru-RU"/>
        </w:rPr>
        <w:br/>
      </w:r>
      <w:r w:rsidRPr="000730C6">
        <w:rPr>
          <w:lang w:val="ru-RU"/>
        </w:rPr>
        <w:t>Заключение:</w:t>
      </w:r>
      <w:r w:rsidRPr="000730C6">
        <w:rPr>
          <w:lang w:val="ru-RU"/>
        </w:rPr>
        <w:br/>
      </w:r>
      <w:r w:rsidRPr="000730C6">
        <w:rPr>
          <w:lang w:val="ru-RU"/>
        </w:rPr>
        <w:br/>
        <w:t>_____________________________________________________________</w:t>
      </w:r>
      <w:r w:rsidRPr="000730C6">
        <w:rPr>
          <w:lang w:val="ru-RU"/>
        </w:rPr>
        <w:br/>
      </w:r>
      <w:r w:rsidRPr="000730C6">
        <w:rPr>
          <w:lang w:val="ru-RU"/>
        </w:rPr>
        <w:br/>
        <w:t>_____________________________________________________________</w:t>
      </w:r>
    </w:p>
    <w:p w:rsidR="00EE4BB7" w:rsidRDefault="00EE4BB7" w:rsidP="00987BF5">
      <w:pPr>
        <w:spacing w:after="0"/>
        <w:ind w:firstLine="709"/>
        <w:jc w:val="center"/>
        <w:rPr>
          <w:b/>
          <w:sz w:val="32"/>
          <w:lang w:val="ru-RU"/>
        </w:rPr>
      </w:pPr>
    </w:p>
    <w:p w:rsidR="00EE4BB7" w:rsidRDefault="00EE4BB7" w:rsidP="00987BF5">
      <w:pPr>
        <w:spacing w:after="0"/>
        <w:ind w:firstLine="709"/>
        <w:jc w:val="center"/>
        <w:rPr>
          <w:b/>
          <w:sz w:val="32"/>
          <w:lang w:val="ru-RU"/>
        </w:rPr>
      </w:pPr>
    </w:p>
    <w:p w:rsidR="00EE4BB7" w:rsidRDefault="00EE4BB7" w:rsidP="00987BF5">
      <w:pPr>
        <w:spacing w:after="0"/>
        <w:ind w:firstLine="709"/>
        <w:jc w:val="center"/>
        <w:rPr>
          <w:b/>
          <w:sz w:val="32"/>
          <w:lang w:val="ru-RU"/>
        </w:rPr>
      </w:pPr>
    </w:p>
    <w:p w:rsidR="00EE4BB7" w:rsidRDefault="00EE4BB7" w:rsidP="00987BF5">
      <w:pPr>
        <w:spacing w:after="0"/>
        <w:ind w:firstLine="709"/>
        <w:jc w:val="center"/>
        <w:rPr>
          <w:b/>
          <w:sz w:val="32"/>
          <w:lang w:val="ru-RU"/>
        </w:rPr>
      </w:pPr>
    </w:p>
    <w:p w:rsidR="00EE4BB7" w:rsidRDefault="00EE4BB7" w:rsidP="00987BF5">
      <w:pPr>
        <w:spacing w:after="0"/>
        <w:ind w:firstLine="709"/>
        <w:jc w:val="center"/>
        <w:rPr>
          <w:b/>
          <w:sz w:val="32"/>
          <w:lang w:val="ru-RU"/>
        </w:rPr>
      </w:pPr>
    </w:p>
    <w:p w:rsidR="00EE4BB7" w:rsidRDefault="00EE4BB7" w:rsidP="00987BF5">
      <w:pPr>
        <w:spacing w:after="0"/>
        <w:ind w:firstLine="709"/>
        <w:jc w:val="center"/>
        <w:rPr>
          <w:b/>
          <w:sz w:val="32"/>
          <w:lang w:val="ru-RU"/>
        </w:rPr>
      </w:pPr>
    </w:p>
    <w:p w:rsidR="00EE4BB7" w:rsidRDefault="00EE4BB7" w:rsidP="00987BF5">
      <w:pPr>
        <w:spacing w:after="0"/>
        <w:ind w:firstLine="709"/>
        <w:jc w:val="center"/>
        <w:rPr>
          <w:b/>
          <w:sz w:val="32"/>
          <w:lang w:val="ru-RU"/>
        </w:rPr>
      </w:pPr>
    </w:p>
    <w:p w:rsidR="00EE4BB7" w:rsidRDefault="00EE4BB7" w:rsidP="00987BF5">
      <w:pPr>
        <w:spacing w:after="0"/>
        <w:ind w:firstLine="709"/>
        <w:jc w:val="center"/>
        <w:rPr>
          <w:b/>
          <w:sz w:val="32"/>
          <w:lang w:val="ru-RU"/>
        </w:rPr>
      </w:pPr>
    </w:p>
    <w:p w:rsidR="00EE4BB7" w:rsidRDefault="00EE4BB7" w:rsidP="00987BF5">
      <w:pPr>
        <w:spacing w:after="0"/>
        <w:ind w:firstLine="709"/>
        <w:jc w:val="center"/>
        <w:rPr>
          <w:b/>
          <w:sz w:val="32"/>
          <w:lang w:val="ru-RU"/>
        </w:rPr>
      </w:pPr>
    </w:p>
    <w:p w:rsidR="00EE4BB7" w:rsidRDefault="00EE4BB7" w:rsidP="00987BF5">
      <w:pPr>
        <w:spacing w:after="0"/>
        <w:ind w:firstLine="709"/>
        <w:jc w:val="center"/>
        <w:rPr>
          <w:b/>
          <w:sz w:val="32"/>
          <w:lang w:val="ru-RU"/>
        </w:rPr>
      </w:pPr>
    </w:p>
    <w:p w:rsidR="00EE4BB7" w:rsidRDefault="00EE4BB7" w:rsidP="00987BF5">
      <w:pPr>
        <w:spacing w:after="0"/>
        <w:ind w:firstLine="709"/>
        <w:jc w:val="center"/>
        <w:rPr>
          <w:b/>
          <w:sz w:val="32"/>
          <w:lang w:val="ru-RU"/>
        </w:rPr>
      </w:pPr>
    </w:p>
    <w:p w:rsidR="00EE4BB7" w:rsidRDefault="00EE4BB7" w:rsidP="00987BF5">
      <w:pPr>
        <w:spacing w:after="0"/>
        <w:ind w:firstLine="709"/>
        <w:jc w:val="center"/>
        <w:rPr>
          <w:b/>
          <w:sz w:val="32"/>
          <w:lang w:val="ru-RU"/>
        </w:rPr>
      </w:pPr>
    </w:p>
    <w:p w:rsidR="00EE4BB7" w:rsidRDefault="00EE4BB7" w:rsidP="00987BF5">
      <w:pPr>
        <w:spacing w:after="0"/>
        <w:ind w:firstLine="709"/>
        <w:jc w:val="center"/>
        <w:rPr>
          <w:b/>
          <w:sz w:val="32"/>
          <w:lang w:val="ru-RU"/>
        </w:rPr>
      </w:pPr>
    </w:p>
    <w:p w:rsidR="00EE4BB7" w:rsidRDefault="00EE4BB7" w:rsidP="00987BF5">
      <w:pPr>
        <w:spacing w:after="0"/>
        <w:ind w:firstLine="709"/>
        <w:jc w:val="center"/>
        <w:rPr>
          <w:b/>
          <w:sz w:val="32"/>
          <w:lang w:val="ru-RU"/>
        </w:rPr>
      </w:pPr>
    </w:p>
    <w:p w:rsidR="000730C6" w:rsidRPr="000730C6" w:rsidRDefault="000730C6" w:rsidP="00987BF5">
      <w:pPr>
        <w:spacing w:after="0"/>
        <w:ind w:firstLine="709"/>
        <w:jc w:val="center"/>
        <w:rPr>
          <w:lang w:val="ru-RU"/>
        </w:rPr>
      </w:pPr>
      <w:r w:rsidRPr="000730C6">
        <w:rPr>
          <w:b/>
          <w:sz w:val="32"/>
          <w:lang w:val="ru-RU"/>
        </w:rPr>
        <w:t>П</w:t>
      </w:r>
      <w:r w:rsidR="00987BF5">
        <w:rPr>
          <w:b/>
          <w:sz w:val="32"/>
          <w:lang w:val="ru-RU"/>
        </w:rPr>
        <w:t>риложение</w:t>
      </w:r>
      <w:proofErr w:type="gramStart"/>
      <w:r w:rsidRPr="000730C6">
        <w:rPr>
          <w:b/>
          <w:sz w:val="32"/>
          <w:lang w:val="ru-RU"/>
        </w:rPr>
        <w:t xml:space="preserve"> Ж</w:t>
      </w:r>
      <w:proofErr w:type="gramEnd"/>
    </w:p>
    <w:p w:rsidR="000730C6" w:rsidRPr="000730C6" w:rsidRDefault="000730C6" w:rsidP="00987BF5">
      <w:pPr>
        <w:spacing w:after="0"/>
        <w:ind w:firstLine="709"/>
        <w:jc w:val="center"/>
        <w:rPr>
          <w:lang w:val="ru-RU"/>
        </w:rPr>
      </w:pPr>
      <w:r w:rsidRPr="000730C6">
        <w:rPr>
          <w:b/>
          <w:lang w:val="ru-RU"/>
        </w:rPr>
        <w:t>ФОНД ОЦЕНОЧНЫХ СРЕДСТВ</w:t>
      </w:r>
    </w:p>
    <w:p w:rsidR="000730C6" w:rsidRPr="000730C6" w:rsidRDefault="000730C6" w:rsidP="00987BF5">
      <w:pPr>
        <w:spacing w:after="0"/>
        <w:ind w:firstLine="709"/>
        <w:rPr>
          <w:lang w:val="ru-RU"/>
        </w:rPr>
      </w:pPr>
      <w:r w:rsidRPr="000730C6">
        <w:rPr>
          <w:b/>
          <w:lang w:val="ru-RU"/>
        </w:rPr>
        <w:t>1. Назначение ФОС</w:t>
      </w:r>
    </w:p>
    <w:p w:rsidR="000730C6" w:rsidRPr="000730C6" w:rsidRDefault="000730C6" w:rsidP="00987BF5">
      <w:pPr>
        <w:spacing w:after="0"/>
        <w:ind w:firstLine="709"/>
        <w:rPr>
          <w:lang w:val="ru-RU"/>
        </w:rPr>
      </w:pPr>
      <w:r w:rsidRPr="000730C6">
        <w:rPr>
          <w:lang w:val="ru-RU"/>
        </w:rPr>
        <w:lastRenderedPageBreak/>
        <w:t>Фонд оценочных сре</w:t>
      </w:r>
      <w:proofErr w:type="gramStart"/>
      <w:r w:rsidRPr="000730C6">
        <w:rPr>
          <w:lang w:val="ru-RU"/>
        </w:rPr>
        <w:t>дств пр</w:t>
      </w:r>
      <w:proofErr w:type="gramEnd"/>
      <w:r w:rsidRPr="000730C6">
        <w:rPr>
          <w:lang w:val="ru-RU"/>
        </w:rPr>
        <w:t>едназначен для объективной оценки достижения планируемых результатов профессиональной пробы «Графический дизайнер».</w:t>
      </w:r>
    </w:p>
    <w:p w:rsidR="000730C6" w:rsidRPr="000730C6" w:rsidRDefault="000730C6" w:rsidP="00987BF5">
      <w:pPr>
        <w:spacing w:after="0"/>
        <w:ind w:firstLine="709"/>
        <w:rPr>
          <w:lang w:val="ru-RU"/>
        </w:rPr>
      </w:pPr>
      <w:r w:rsidRPr="000730C6">
        <w:rPr>
          <w:b/>
          <w:lang w:val="ru-RU"/>
        </w:rPr>
        <w:t>2. Оцениваемые результаты</w:t>
      </w:r>
    </w:p>
    <w:p w:rsidR="000730C6" w:rsidRPr="000730C6" w:rsidRDefault="000730C6" w:rsidP="00987BF5">
      <w:pPr>
        <w:spacing w:after="0"/>
        <w:ind w:firstLine="709"/>
        <w:rPr>
          <w:lang w:val="ru-RU"/>
        </w:rPr>
      </w:pPr>
      <w:r w:rsidRPr="000730C6">
        <w:rPr>
          <w:lang w:val="ru-RU"/>
        </w:rPr>
        <w:t>• интерес к профессии;</w:t>
      </w:r>
      <w:r w:rsidRPr="000730C6">
        <w:rPr>
          <w:lang w:val="ru-RU"/>
        </w:rPr>
        <w:br/>
        <w:t>• понимание содержания деятельности графического дизайнера;</w:t>
      </w:r>
      <w:r w:rsidRPr="000730C6">
        <w:rPr>
          <w:lang w:val="ru-RU"/>
        </w:rPr>
        <w:br/>
        <w:t xml:space="preserve">• применение базовых принципов композиции, цвета и </w:t>
      </w:r>
      <w:proofErr w:type="spellStart"/>
      <w:r w:rsidRPr="000730C6">
        <w:rPr>
          <w:lang w:val="ru-RU"/>
        </w:rPr>
        <w:t>типографики</w:t>
      </w:r>
      <w:proofErr w:type="spellEnd"/>
      <w:r w:rsidRPr="000730C6">
        <w:rPr>
          <w:lang w:val="ru-RU"/>
        </w:rPr>
        <w:t>;</w:t>
      </w:r>
      <w:r w:rsidRPr="000730C6">
        <w:rPr>
          <w:lang w:val="ru-RU"/>
        </w:rPr>
        <w:br/>
        <w:t>• способность анализировать визуальные объекты;</w:t>
      </w:r>
      <w:r w:rsidRPr="000730C6">
        <w:rPr>
          <w:lang w:val="ru-RU"/>
        </w:rPr>
        <w:br/>
        <w:t>• самостоятельность и творческая активность.</w:t>
      </w:r>
    </w:p>
    <w:p w:rsidR="000730C6" w:rsidRPr="000730C6" w:rsidRDefault="000730C6" w:rsidP="00987BF5">
      <w:pPr>
        <w:spacing w:after="0"/>
        <w:ind w:firstLine="709"/>
        <w:rPr>
          <w:lang w:val="ru-RU"/>
        </w:rPr>
      </w:pPr>
      <w:r w:rsidRPr="000730C6">
        <w:rPr>
          <w:b/>
          <w:lang w:val="ru-RU"/>
        </w:rPr>
        <w:t>3. Формы оценивания</w:t>
      </w:r>
    </w:p>
    <w:p w:rsidR="000730C6" w:rsidRPr="000730C6" w:rsidRDefault="000730C6" w:rsidP="00987BF5">
      <w:pPr>
        <w:spacing w:after="0"/>
        <w:ind w:firstLine="709"/>
        <w:rPr>
          <w:lang w:val="ru-RU"/>
        </w:rPr>
      </w:pPr>
      <w:r w:rsidRPr="000730C6">
        <w:rPr>
          <w:lang w:val="ru-RU"/>
        </w:rPr>
        <w:t>1. Педагогическое наблюдение.</w:t>
      </w:r>
      <w:r w:rsidRPr="000730C6">
        <w:rPr>
          <w:lang w:val="ru-RU"/>
        </w:rPr>
        <w:br/>
        <w:t>2. Выполнение игровых миссий.</w:t>
      </w:r>
      <w:r w:rsidRPr="000730C6">
        <w:rPr>
          <w:lang w:val="ru-RU"/>
        </w:rPr>
        <w:br/>
        <w:t>3. Самооценка участника.</w:t>
      </w:r>
      <w:r w:rsidRPr="000730C6">
        <w:rPr>
          <w:lang w:val="ru-RU"/>
        </w:rPr>
        <w:br/>
        <w:t>4. Экспертная оценка наставника.</w:t>
      </w:r>
      <w:r w:rsidRPr="000730C6">
        <w:rPr>
          <w:lang w:val="ru-RU"/>
        </w:rPr>
        <w:br/>
        <w:t>5. Итоговая диагностическая карта.</w:t>
      </w:r>
    </w:p>
    <w:p w:rsidR="000730C6" w:rsidRPr="000730C6" w:rsidRDefault="000730C6" w:rsidP="00987BF5">
      <w:pPr>
        <w:spacing w:after="0"/>
        <w:ind w:firstLine="709"/>
        <w:rPr>
          <w:lang w:val="ru-RU"/>
        </w:rPr>
      </w:pPr>
      <w:r w:rsidRPr="000730C6">
        <w:rPr>
          <w:b/>
          <w:lang w:val="ru-RU"/>
        </w:rPr>
        <w:t>4. Индикаторы достижения результатов</w:t>
      </w:r>
    </w:p>
    <w:p w:rsidR="000730C6" w:rsidRPr="000730C6" w:rsidRDefault="000730C6" w:rsidP="00987BF5">
      <w:pPr>
        <w:spacing w:after="0"/>
        <w:ind w:firstLine="709"/>
        <w:rPr>
          <w:lang w:val="ru-RU"/>
        </w:rPr>
      </w:pPr>
      <w:r w:rsidRPr="000730C6">
        <w:rPr>
          <w:lang w:val="ru-RU"/>
        </w:rPr>
        <w:t>Высокий уровень:</w:t>
      </w:r>
      <w:r w:rsidRPr="000730C6">
        <w:rPr>
          <w:lang w:val="ru-RU"/>
        </w:rPr>
        <w:br/>
        <w:t>— самостоятельно выполняет задания;</w:t>
      </w:r>
      <w:r w:rsidRPr="000730C6">
        <w:rPr>
          <w:lang w:val="ru-RU"/>
        </w:rPr>
        <w:br/>
        <w:t>— объясняет свои решения;</w:t>
      </w:r>
      <w:r w:rsidRPr="000730C6">
        <w:rPr>
          <w:lang w:val="ru-RU"/>
        </w:rPr>
        <w:br/>
        <w:t>— уверенно использует правила дизайна.</w:t>
      </w:r>
      <w:r w:rsidRPr="000730C6">
        <w:rPr>
          <w:lang w:val="ru-RU"/>
        </w:rPr>
        <w:br/>
        <w:t>Средний уровень:</w:t>
      </w:r>
      <w:r w:rsidRPr="000730C6">
        <w:rPr>
          <w:lang w:val="ru-RU"/>
        </w:rPr>
        <w:br/>
        <w:t>— выполняет задания с незначительными подсказками;</w:t>
      </w:r>
      <w:r w:rsidRPr="000730C6">
        <w:rPr>
          <w:lang w:val="ru-RU"/>
        </w:rPr>
        <w:br/>
        <w:t>— допускает отдельные ошибки.</w:t>
      </w:r>
      <w:r w:rsidRPr="000730C6">
        <w:rPr>
          <w:lang w:val="ru-RU"/>
        </w:rPr>
        <w:br/>
        <w:t>Начальный уровень:</w:t>
      </w:r>
      <w:r w:rsidRPr="000730C6">
        <w:rPr>
          <w:lang w:val="ru-RU"/>
        </w:rPr>
        <w:br/>
        <w:t>— испытывает затруднения;</w:t>
      </w:r>
      <w:r w:rsidRPr="000730C6">
        <w:rPr>
          <w:lang w:val="ru-RU"/>
        </w:rPr>
        <w:br/>
        <w:t>— требует постоянной помощи наставника.</w:t>
      </w:r>
    </w:p>
    <w:p w:rsidR="000730C6" w:rsidRPr="000730C6" w:rsidRDefault="000730C6" w:rsidP="00987BF5">
      <w:pPr>
        <w:spacing w:after="0"/>
        <w:ind w:firstLine="709"/>
        <w:rPr>
          <w:lang w:val="ru-RU"/>
        </w:rPr>
      </w:pPr>
      <w:r w:rsidRPr="000730C6">
        <w:rPr>
          <w:b/>
          <w:lang w:val="ru-RU"/>
        </w:rPr>
        <w:t>5. Шкала оценивания</w:t>
      </w:r>
    </w:p>
    <w:p w:rsidR="000730C6" w:rsidRPr="00126AE0" w:rsidRDefault="000730C6" w:rsidP="00987BF5">
      <w:pPr>
        <w:spacing w:after="0"/>
        <w:ind w:firstLine="709"/>
        <w:rPr>
          <w:lang w:val="ru-RU"/>
        </w:rPr>
      </w:pPr>
      <w:r w:rsidRPr="000730C6">
        <w:rPr>
          <w:lang w:val="ru-RU"/>
        </w:rPr>
        <w:t>Каждый критерий оценивается по шкале 0–2 балла.</w:t>
      </w:r>
      <w:r w:rsidRPr="000730C6">
        <w:rPr>
          <w:lang w:val="ru-RU"/>
        </w:rPr>
        <w:br/>
      </w:r>
      <w:r w:rsidRPr="00126AE0">
        <w:rPr>
          <w:lang w:val="ru-RU"/>
        </w:rPr>
        <w:t>0 — не проявляется;</w:t>
      </w:r>
      <w:r w:rsidRPr="00126AE0">
        <w:rPr>
          <w:lang w:val="ru-RU"/>
        </w:rPr>
        <w:br/>
        <w:t>1 — проявляется частично;</w:t>
      </w:r>
      <w:r w:rsidRPr="00126AE0">
        <w:rPr>
          <w:lang w:val="ru-RU"/>
        </w:rPr>
        <w:br/>
        <w:t>2 — проявляется полностью.</w:t>
      </w:r>
      <w:r w:rsidRPr="00126AE0">
        <w:rPr>
          <w:lang w:val="ru-RU"/>
        </w:rPr>
        <w:br/>
      </w:r>
      <w:r w:rsidRPr="00126AE0">
        <w:rPr>
          <w:lang w:val="ru-RU"/>
        </w:rPr>
        <w:br/>
        <w:t>Максимальная сумма — 20 баллов.</w:t>
      </w:r>
    </w:p>
    <w:p w:rsidR="000730C6" w:rsidRPr="00126AE0" w:rsidRDefault="000730C6" w:rsidP="00987BF5">
      <w:pPr>
        <w:spacing w:after="0"/>
        <w:ind w:firstLine="709"/>
        <w:rPr>
          <w:lang w:val="ru-RU"/>
        </w:rPr>
      </w:pPr>
      <w:r w:rsidRPr="00126AE0">
        <w:rPr>
          <w:b/>
          <w:lang w:val="ru-RU"/>
        </w:rPr>
        <w:t>6. Перевод баллов</w:t>
      </w:r>
    </w:p>
    <w:p w:rsidR="000730C6" w:rsidRPr="00126AE0" w:rsidRDefault="000730C6" w:rsidP="00987BF5">
      <w:pPr>
        <w:spacing w:after="0"/>
        <w:ind w:firstLine="709"/>
        <w:rPr>
          <w:lang w:val="ru-RU"/>
        </w:rPr>
      </w:pPr>
      <w:r w:rsidRPr="00126AE0">
        <w:rPr>
          <w:lang w:val="ru-RU"/>
        </w:rPr>
        <w:t>17–20 баллов — высокий уровень;</w:t>
      </w:r>
      <w:r w:rsidRPr="00126AE0">
        <w:rPr>
          <w:lang w:val="ru-RU"/>
        </w:rPr>
        <w:br/>
        <w:t>13–16 — достаточный уровень;</w:t>
      </w:r>
      <w:r w:rsidRPr="00126AE0">
        <w:rPr>
          <w:lang w:val="ru-RU"/>
        </w:rPr>
        <w:br/>
      </w:r>
      <w:r w:rsidRPr="00126AE0">
        <w:rPr>
          <w:lang w:val="ru-RU"/>
        </w:rPr>
        <w:lastRenderedPageBreak/>
        <w:t>9–12 — базовый уровень;</w:t>
      </w:r>
      <w:r w:rsidRPr="00126AE0">
        <w:rPr>
          <w:lang w:val="ru-RU"/>
        </w:rPr>
        <w:br/>
        <w:t>0–8 — начальный уровень.</w:t>
      </w:r>
    </w:p>
    <w:p w:rsidR="000730C6" w:rsidRPr="00126AE0" w:rsidRDefault="000730C6" w:rsidP="00987BF5">
      <w:pPr>
        <w:spacing w:after="0"/>
        <w:ind w:firstLine="709"/>
        <w:rPr>
          <w:lang w:val="ru-RU"/>
        </w:rPr>
      </w:pPr>
      <w:r w:rsidRPr="00126AE0">
        <w:rPr>
          <w:b/>
          <w:lang w:val="ru-RU"/>
        </w:rPr>
        <w:t>7. Алгоритм работы наставника</w:t>
      </w:r>
    </w:p>
    <w:p w:rsidR="000730C6" w:rsidRPr="00126AE0" w:rsidRDefault="000730C6" w:rsidP="00987BF5">
      <w:pPr>
        <w:spacing w:after="0"/>
        <w:ind w:firstLine="709"/>
        <w:rPr>
          <w:lang w:val="ru-RU"/>
        </w:rPr>
      </w:pPr>
      <w:r w:rsidRPr="00126AE0">
        <w:rPr>
          <w:lang w:val="ru-RU"/>
        </w:rPr>
        <w:t>До начала:</w:t>
      </w:r>
      <w:r w:rsidRPr="00126AE0">
        <w:rPr>
          <w:lang w:val="ru-RU"/>
        </w:rPr>
        <w:br/>
        <w:t>□ провести инструктаж;</w:t>
      </w:r>
      <w:r w:rsidRPr="00126AE0">
        <w:rPr>
          <w:lang w:val="ru-RU"/>
        </w:rPr>
        <w:br/>
        <w:t>□ заполнить сведения об участнике.</w:t>
      </w:r>
      <w:r w:rsidRPr="00126AE0">
        <w:rPr>
          <w:lang w:val="ru-RU"/>
        </w:rPr>
        <w:br/>
      </w:r>
      <w:r w:rsidRPr="00126AE0">
        <w:rPr>
          <w:lang w:val="ru-RU"/>
        </w:rPr>
        <w:br/>
        <w:t>Во время игры:</w:t>
      </w:r>
      <w:r w:rsidRPr="00126AE0">
        <w:rPr>
          <w:lang w:val="ru-RU"/>
        </w:rPr>
        <w:br/>
        <w:t>□ вести наблюдение;</w:t>
      </w:r>
      <w:r w:rsidRPr="00126AE0">
        <w:rPr>
          <w:lang w:val="ru-RU"/>
        </w:rPr>
        <w:br/>
        <w:t>□ фиксировать проявления компетенций.</w:t>
      </w:r>
      <w:r w:rsidRPr="00126AE0">
        <w:rPr>
          <w:lang w:val="ru-RU"/>
        </w:rPr>
        <w:br/>
      </w:r>
      <w:r w:rsidRPr="00126AE0">
        <w:rPr>
          <w:lang w:val="ru-RU"/>
        </w:rPr>
        <w:br/>
        <w:t>После завершения:</w:t>
      </w:r>
      <w:r w:rsidRPr="00126AE0">
        <w:rPr>
          <w:lang w:val="ru-RU"/>
        </w:rPr>
        <w:br/>
        <w:t>□ заполнить диагностическую карту;</w:t>
      </w:r>
      <w:r w:rsidRPr="00126AE0">
        <w:rPr>
          <w:lang w:val="ru-RU"/>
        </w:rPr>
        <w:br/>
        <w:t>□ провести рефлексию;</w:t>
      </w:r>
      <w:r w:rsidRPr="00126AE0">
        <w:rPr>
          <w:lang w:val="ru-RU"/>
        </w:rPr>
        <w:br/>
        <w:t>□ дать рекомендации.</w:t>
      </w:r>
    </w:p>
    <w:p w:rsidR="000730C6" w:rsidRPr="00AD3CD8" w:rsidRDefault="000730C6" w:rsidP="00987BF5">
      <w:pPr>
        <w:spacing w:after="0"/>
        <w:ind w:firstLine="709"/>
        <w:rPr>
          <w:lang w:val="ru-RU"/>
        </w:rPr>
      </w:pPr>
      <w:r w:rsidRPr="00AD3CD8">
        <w:rPr>
          <w:b/>
          <w:lang w:val="ru-RU"/>
        </w:rPr>
        <w:t>8. Итоговые рекомендации</w:t>
      </w:r>
    </w:p>
    <w:p w:rsidR="000730C6" w:rsidRPr="00126AE0" w:rsidRDefault="000730C6" w:rsidP="00987BF5">
      <w:pPr>
        <w:spacing w:after="0"/>
        <w:ind w:firstLine="709"/>
        <w:rPr>
          <w:lang w:val="ru-RU"/>
        </w:rPr>
      </w:pPr>
      <w:r w:rsidRPr="00126AE0">
        <w:rPr>
          <w:lang w:val="ru-RU"/>
        </w:rPr>
        <w:t xml:space="preserve">Высокий уровень — рекомендуется дальнейшее </w:t>
      </w:r>
      <w:proofErr w:type="gramStart"/>
      <w:r w:rsidRPr="00126AE0">
        <w:rPr>
          <w:lang w:val="ru-RU"/>
        </w:rPr>
        <w:t>обучение по направлению</w:t>
      </w:r>
      <w:proofErr w:type="gramEnd"/>
      <w:r w:rsidRPr="00126AE0">
        <w:rPr>
          <w:lang w:val="ru-RU"/>
        </w:rPr>
        <w:t xml:space="preserve"> дизайна.</w:t>
      </w:r>
      <w:r w:rsidRPr="00126AE0">
        <w:rPr>
          <w:lang w:val="ru-RU"/>
        </w:rPr>
        <w:br/>
        <w:t>Средний уровень — рекомендуется участие в дополнительных творческих мероприятиях.</w:t>
      </w:r>
      <w:r w:rsidRPr="00126AE0">
        <w:rPr>
          <w:lang w:val="ru-RU"/>
        </w:rPr>
        <w:br/>
        <w:t>Начальный уровень — рекомендуется повторное знакомство с профессией и выполнение развивающих творческих заданий.</w:t>
      </w:r>
    </w:p>
    <w:p w:rsidR="000730C6" w:rsidRDefault="000730C6" w:rsidP="00987BF5">
      <w:pPr>
        <w:spacing w:after="0"/>
        <w:ind w:firstLine="709"/>
      </w:pPr>
      <w:proofErr w:type="spellStart"/>
      <w:r>
        <w:rPr>
          <w:b/>
        </w:rPr>
        <w:t>Лист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итоговой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фиксации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результатов</w:t>
      </w:r>
      <w:proofErr w:type="spellEnd"/>
    </w:p>
    <w:tbl>
      <w:tblPr>
        <w:tblStyle w:val="aff0"/>
        <w:tblW w:w="0" w:type="auto"/>
        <w:tblLook w:val="04A0"/>
      </w:tblPr>
      <w:tblGrid>
        <w:gridCol w:w="3324"/>
        <w:gridCol w:w="3324"/>
        <w:gridCol w:w="3324"/>
      </w:tblGrid>
      <w:tr w:rsidR="000730C6" w:rsidTr="00DF7BEC">
        <w:tc>
          <w:tcPr>
            <w:tcW w:w="3324" w:type="dxa"/>
          </w:tcPr>
          <w:p w:rsidR="000730C6" w:rsidRDefault="000730C6" w:rsidP="00987BF5">
            <w:pPr>
              <w:ind w:firstLine="709"/>
            </w:pPr>
            <w:proofErr w:type="spellStart"/>
            <w:r>
              <w:t>Показатель</w:t>
            </w:r>
            <w:proofErr w:type="spellEnd"/>
          </w:p>
        </w:tc>
        <w:tc>
          <w:tcPr>
            <w:tcW w:w="3324" w:type="dxa"/>
          </w:tcPr>
          <w:p w:rsidR="000730C6" w:rsidRDefault="000730C6" w:rsidP="00987BF5">
            <w:pPr>
              <w:ind w:firstLine="709"/>
            </w:pPr>
            <w:proofErr w:type="spellStart"/>
            <w:r>
              <w:t>Балл</w:t>
            </w:r>
            <w:proofErr w:type="spellEnd"/>
          </w:p>
        </w:tc>
        <w:tc>
          <w:tcPr>
            <w:tcW w:w="3324" w:type="dxa"/>
          </w:tcPr>
          <w:p w:rsidR="000730C6" w:rsidRDefault="000730C6" w:rsidP="00987BF5">
            <w:pPr>
              <w:ind w:firstLine="709"/>
            </w:pPr>
            <w:proofErr w:type="spellStart"/>
            <w:r>
              <w:t>Комментарий</w:t>
            </w:r>
            <w:proofErr w:type="spellEnd"/>
          </w:p>
        </w:tc>
      </w:tr>
      <w:tr w:rsidR="000730C6" w:rsidTr="00DF7BEC">
        <w:tc>
          <w:tcPr>
            <w:tcW w:w="3324" w:type="dxa"/>
          </w:tcPr>
          <w:p w:rsidR="000730C6" w:rsidRDefault="000730C6" w:rsidP="00987BF5">
            <w:pPr>
              <w:ind w:firstLine="709"/>
            </w:pPr>
            <w:proofErr w:type="spellStart"/>
            <w:r>
              <w:t>Интерес</w:t>
            </w:r>
            <w:proofErr w:type="spellEnd"/>
          </w:p>
        </w:tc>
        <w:tc>
          <w:tcPr>
            <w:tcW w:w="3324" w:type="dxa"/>
          </w:tcPr>
          <w:p w:rsidR="000730C6" w:rsidRDefault="000730C6" w:rsidP="00987BF5">
            <w:pPr>
              <w:ind w:firstLine="709"/>
            </w:pPr>
          </w:p>
        </w:tc>
        <w:tc>
          <w:tcPr>
            <w:tcW w:w="3324" w:type="dxa"/>
          </w:tcPr>
          <w:p w:rsidR="000730C6" w:rsidRDefault="000730C6" w:rsidP="00987BF5">
            <w:pPr>
              <w:ind w:firstLine="709"/>
            </w:pPr>
          </w:p>
        </w:tc>
      </w:tr>
      <w:tr w:rsidR="000730C6" w:rsidTr="00DF7BEC">
        <w:tc>
          <w:tcPr>
            <w:tcW w:w="3324" w:type="dxa"/>
          </w:tcPr>
          <w:p w:rsidR="000730C6" w:rsidRDefault="000730C6" w:rsidP="00987BF5">
            <w:pPr>
              <w:ind w:firstLine="709"/>
            </w:pPr>
            <w:proofErr w:type="spellStart"/>
            <w:r>
              <w:t>Композиция</w:t>
            </w:r>
            <w:proofErr w:type="spellEnd"/>
          </w:p>
        </w:tc>
        <w:tc>
          <w:tcPr>
            <w:tcW w:w="3324" w:type="dxa"/>
          </w:tcPr>
          <w:p w:rsidR="000730C6" w:rsidRDefault="000730C6" w:rsidP="00987BF5">
            <w:pPr>
              <w:ind w:firstLine="709"/>
            </w:pPr>
          </w:p>
        </w:tc>
        <w:tc>
          <w:tcPr>
            <w:tcW w:w="3324" w:type="dxa"/>
          </w:tcPr>
          <w:p w:rsidR="000730C6" w:rsidRDefault="000730C6" w:rsidP="00987BF5">
            <w:pPr>
              <w:ind w:firstLine="709"/>
            </w:pPr>
          </w:p>
        </w:tc>
      </w:tr>
      <w:tr w:rsidR="000730C6" w:rsidTr="00DF7BEC">
        <w:tc>
          <w:tcPr>
            <w:tcW w:w="3324" w:type="dxa"/>
          </w:tcPr>
          <w:p w:rsidR="000730C6" w:rsidRDefault="000730C6" w:rsidP="00987BF5">
            <w:pPr>
              <w:ind w:firstLine="709"/>
            </w:pPr>
            <w:proofErr w:type="spellStart"/>
            <w:r>
              <w:t>Цвет</w:t>
            </w:r>
            <w:proofErr w:type="spellEnd"/>
          </w:p>
        </w:tc>
        <w:tc>
          <w:tcPr>
            <w:tcW w:w="3324" w:type="dxa"/>
          </w:tcPr>
          <w:p w:rsidR="000730C6" w:rsidRDefault="000730C6" w:rsidP="00987BF5">
            <w:pPr>
              <w:ind w:firstLine="709"/>
            </w:pPr>
          </w:p>
        </w:tc>
        <w:tc>
          <w:tcPr>
            <w:tcW w:w="3324" w:type="dxa"/>
          </w:tcPr>
          <w:p w:rsidR="000730C6" w:rsidRDefault="000730C6" w:rsidP="00987BF5">
            <w:pPr>
              <w:ind w:firstLine="709"/>
            </w:pPr>
          </w:p>
        </w:tc>
      </w:tr>
      <w:tr w:rsidR="000730C6" w:rsidTr="00DF7BEC">
        <w:tc>
          <w:tcPr>
            <w:tcW w:w="3324" w:type="dxa"/>
          </w:tcPr>
          <w:p w:rsidR="000730C6" w:rsidRDefault="000730C6" w:rsidP="00987BF5">
            <w:pPr>
              <w:ind w:firstLine="709"/>
            </w:pPr>
            <w:proofErr w:type="spellStart"/>
            <w:r>
              <w:t>Коммуникация</w:t>
            </w:r>
            <w:proofErr w:type="spellEnd"/>
          </w:p>
        </w:tc>
        <w:tc>
          <w:tcPr>
            <w:tcW w:w="3324" w:type="dxa"/>
          </w:tcPr>
          <w:p w:rsidR="000730C6" w:rsidRDefault="000730C6" w:rsidP="00987BF5">
            <w:pPr>
              <w:ind w:firstLine="709"/>
            </w:pPr>
          </w:p>
        </w:tc>
        <w:tc>
          <w:tcPr>
            <w:tcW w:w="3324" w:type="dxa"/>
          </w:tcPr>
          <w:p w:rsidR="000730C6" w:rsidRDefault="000730C6" w:rsidP="00987BF5">
            <w:pPr>
              <w:ind w:firstLine="709"/>
            </w:pPr>
          </w:p>
        </w:tc>
      </w:tr>
      <w:tr w:rsidR="000730C6" w:rsidTr="00DF7BEC">
        <w:tc>
          <w:tcPr>
            <w:tcW w:w="3324" w:type="dxa"/>
          </w:tcPr>
          <w:p w:rsidR="000730C6" w:rsidRDefault="000730C6" w:rsidP="00987BF5">
            <w:pPr>
              <w:ind w:firstLine="709"/>
            </w:pPr>
            <w:proofErr w:type="spellStart"/>
            <w:r>
              <w:t>Самостоятельность</w:t>
            </w:r>
            <w:proofErr w:type="spellEnd"/>
          </w:p>
        </w:tc>
        <w:tc>
          <w:tcPr>
            <w:tcW w:w="3324" w:type="dxa"/>
          </w:tcPr>
          <w:p w:rsidR="000730C6" w:rsidRDefault="000730C6" w:rsidP="00987BF5">
            <w:pPr>
              <w:ind w:firstLine="709"/>
            </w:pPr>
          </w:p>
        </w:tc>
        <w:tc>
          <w:tcPr>
            <w:tcW w:w="3324" w:type="dxa"/>
          </w:tcPr>
          <w:p w:rsidR="000730C6" w:rsidRDefault="000730C6" w:rsidP="00987BF5">
            <w:pPr>
              <w:ind w:firstLine="709"/>
            </w:pPr>
          </w:p>
        </w:tc>
      </w:tr>
      <w:tr w:rsidR="000730C6" w:rsidTr="00DF7BEC">
        <w:tc>
          <w:tcPr>
            <w:tcW w:w="3324" w:type="dxa"/>
          </w:tcPr>
          <w:p w:rsidR="000730C6" w:rsidRDefault="000730C6" w:rsidP="00987BF5">
            <w:pPr>
              <w:ind w:firstLine="709"/>
            </w:pPr>
            <w:proofErr w:type="spellStart"/>
            <w:r>
              <w:t>Креативность</w:t>
            </w:r>
            <w:proofErr w:type="spellEnd"/>
          </w:p>
        </w:tc>
        <w:tc>
          <w:tcPr>
            <w:tcW w:w="3324" w:type="dxa"/>
          </w:tcPr>
          <w:p w:rsidR="000730C6" w:rsidRDefault="000730C6" w:rsidP="00987BF5">
            <w:pPr>
              <w:ind w:firstLine="709"/>
            </w:pPr>
          </w:p>
        </w:tc>
        <w:tc>
          <w:tcPr>
            <w:tcW w:w="3324" w:type="dxa"/>
          </w:tcPr>
          <w:p w:rsidR="000730C6" w:rsidRDefault="000730C6" w:rsidP="00987BF5">
            <w:pPr>
              <w:ind w:firstLine="709"/>
            </w:pPr>
          </w:p>
        </w:tc>
      </w:tr>
      <w:tr w:rsidR="000730C6" w:rsidTr="00DF7BEC">
        <w:tc>
          <w:tcPr>
            <w:tcW w:w="3324" w:type="dxa"/>
          </w:tcPr>
          <w:p w:rsidR="000730C6" w:rsidRDefault="000730C6" w:rsidP="000D5E72">
            <w:pPr>
              <w:ind w:firstLine="709"/>
            </w:pPr>
            <w:r>
              <w:t>ИТОГО</w:t>
            </w:r>
          </w:p>
        </w:tc>
        <w:tc>
          <w:tcPr>
            <w:tcW w:w="3324" w:type="dxa"/>
          </w:tcPr>
          <w:p w:rsidR="000730C6" w:rsidRDefault="000730C6" w:rsidP="000D5E72">
            <w:pPr>
              <w:ind w:firstLine="709"/>
            </w:pPr>
          </w:p>
        </w:tc>
        <w:tc>
          <w:tcPr>
            <w:tcW w:w="3324" w:type="dxa"/>
          </w:tcPr>
          <w:p w:rsidR="000730C6" w:rsidRDefault="000730C6" w:rsidP="000D5E72">
            <w:pPr>
              <w:ind w:firstLine="709"/>
            </w:pPr>
          </w:p>
        </w:tc>
      </w:tr>
    </w:tbl>
    <w:p w:rsidR="000730C6" w:rsidRDefault="000730C6" w:rsidP="000D5E72">
      <w:pPr>
        <w:ind w:firstLine="709"/>
      </w:pPr>
    </w:p>
    <w:p w:rsidR="00C450FC" w:rsidRDefault="00C450FC" w:rsidP="000D5E72">
      <w:pPr>
        <w:spacing w:after="0"/>
        <w:ind w:firstLine="709"/>
        <w:jc w:val="both"/>
        <w:rPr>
          <w:lang w:val="ru-RU"/>
        </w:rPr>
      </w:pPr>
    </w:p>
    <w:sectPr w:rsidR="00C450FC" w:rsidSect="00CC6E95">
      <w:footerReference w:type="default" r:id="rId35"/>
      <w:pgSz w:w="12240" w:h="15840"/>
      <w:pgMar w:top="851" w:right="900" w:bottom="709" w:left="1418" w:header="720" w:footer="720" w:gutter="0"/>
      <w:cols w:space="720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B2D7A" w:rsidRDefault="005B2D7A" w:rsidP="00CC6E95">
      <w:pPr>
        <w:spacing w:after="0" w:line="240" w:lineRule="auto"/>
      </w:pPr>
      <w:r>
        <w:separator/>
      </w:r>
    </w:p>
  </w:endnote>
  <w:endnote w:type="continuationSeparator" w:id="0">
    <w:p w:rsidR="005B2D7A" w:rsidRDefault="005B2D7A" w:rsidP="00CC6E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014728534"/>
      <w:docPartObj>
        <w:docPartGallery w:val="Page Numbers (Bottom of Page)"/>
        <w:docPartUnique/>
      </w:docPartObj>
    </w:sdtPr>
    <w:sdtContent>
      <w:p w:rsidR="00B80422" w:rsidRDefault="00F14BA2">
        <w:pPr>
          <w:pStyle w:val="a7"/>
          <w:jc w:val="center"/>
        </w:pPr>
        <w:r>
          <w:fldChar w:fldCharType="begin"/>
        </w:r>
        <w:r w:rsidR="00B80422">
          <w:instrText>PAGE   \* MERGEFORMAT</w:instrText>
        </w:r>
        <w:r>
          <w:fldChar w:fldCharType="separate"/>
        </w:r>
        <w:r w:rsidR="00E532B8" w:rsidRPr="00E532B8">
          <w:rPr>
            <w:noProof/>
            <w:lang w:val="ru-RU"/>
          </w:rPr>
          <w:t>43</w:t>
        </w:r>
        <w:r>
          <w:fldChar w:fldCharType="end"/>
        </w:r>
      </w:p>
    </w:sdtContent>
  </w:sdt>
  <w:p w:rsidR="00B80422" w:rsidRDefault="00B80422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B2D7A" w:rsidRDefault="005B2D7A" w:rsidP="00CC6E95">
      <w:pPr>
        <w:spacing w:after="0" w:line="240" w:lineRule="auto"/>
      </w:pPr>
      <w:r>
        <w:separator/>
      </w:r>
    </w:p>
  </w:footnote>
  <w:footnote w:type="continuationSeparator" w:id="0">
    <w:p w:rsidR="005B2D7A" w:rsidRDefault="005B2D7A" w:rsidP="00CC6E9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>
    <w:nsid w:val="12C834FC"/>
    <w:multiLevelType w:val="hybridMultilevel"/>
    <w:tmpl w:val="DA1E47EA"/>
    <w:lvl w:ilvl="0" w:tplc="ED707A0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38EC0439"/>
    <w:multiLevelType w:val="hybridMultilevel"/>
    <w:tmpl w:val="41CC7B3E"/>
    <w:lvl w:ilvl="0" w:tplc="06B0CB0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49B6690"/>
    <w:multiLevelType w:val="hybridMultilevel"/>
    <w:tmpl w:val="EE9A4330"/>
    <w:lvl w:ilvl="0" w:tplc="18D63E5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  <w:num w:numId="10">
    <w:abstractNumId w:val="10"/>
  </w:num>
  <w:num w:numId="11">
    <w:abstractNumId w:val="9"/>
  </w:num>
  <w:num w:numId="12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B47730"/>
    <w:rsid w:val="00011455"/>
    <w:rsid w:val="00034616"/>
    <w:rsid w:val="0004229E"/>
    <w:rsid w:val="00052910"/>
    <w:rsid w:val="0006063C"/>
    <w:rsid w:val="000730C6"/>
    <w:rsid w:val="000B28B1"/>
    <w:rsid w:val="000B5790"/>
    <w:rsid w:val="000C3C4B"/>
    <w:rsid w:val="000C5199"/>
    <w:rsid w:val="000D5E72"/>
    <w:rsid w:val="000E5152"/>
    <w:rsid w:val="000F7016"/>
    <w:rsid w:val="00126AE0"/>
    <w:rsid w:val="00135C52"/>
    <w:rsid w:val="0015074B"/>
    <w:rsid w:val="001B525B"/>
    <w:rsid w:val="001F7089"/>
    <w:rsid w:val="00237EBB"/>
    <w:rsid w:val="002545B7"/>
    <w:rsid w:val="0029639D"/>
    <w:rsid w:val="003134C5"/>
    <w:rsid w:val="00326F90"/>
    <w:rsid w:val="00421EF6"/>
    <w:rsid w:val="00432CFC"/>
    <w:rsid w:val="004635BB"/>
    <w:rsid w:val="0046659D"/>
    <w:rsid w:val="00547203"/>
    <w:rsid w:val="00551093"/>
    <w:rsid w:val="00590DF0"/>
    <w:rsid w:val="005A1D3E"/>
    <w:rsid w:val="005B0439"/>
    <w:rsid w:val="005B2D7A"/>
    <w:rsid w:val="005E1AC4"/>
    <w:rsid w:val="00615281"/>
    <w:rsid w:val="00646198"/>
    <w:rsid w:val="00647403"/>
    <w:rsid w:val="00664C5C"/>
    <w:rsid w:val="00757E28"/>
    <w:rsid w:val="00760B3F"/>
    <w:rsid w:val="007C14CF"/>
    <w:rsid w:val="007C7278"/>
    <w:rsid w:val="00801693"/>
    <w:rsid w:val="0083431E"/>
    <w:rsid w:val="008A55B4"/>
    <w:rsid w:val="009078F8"/>
    <w:rsid w:val="00931E52"/>
    <w:rsid w:val="00957352"/>
    <w:rsid w:val="00975D4B"/>
    <w:rsid w:val="00987BF5"/>
    <w:rsid w:val="009960C9"/>
    <w:rsid w:val="009C14B6"/>
    <w:rsid w:val="00AA1D8D"/>
    <w:rsid w:val="00AA4672"/>
    <w:rsid w:val="00AD3CD8"/>
    <w:rsid w:val="00AF589D"/>
    <w:rsid w:val="00B30376"/>
    <w:rsid w:val="00B423D3"/>
    <w:rsid w:val="00B4762E"/>
    <w:rsid w:val="00B47730"/>
    <w:rsid w:val="00B80422"/>
    <w:rsid w:val="00B9229C"/>
    <w:rsid w:val="00C450FC"/>
    <w:rsid w:val="00C521D4"/>
    <w:rsid w:val="00C63ACE"/>
    <w:rsid w:val="00CB0664"/>
    <w:rsid w:val="00CC6E95"/>
    <w:rsid w:val="00D33CC5"/>
    <w:rsid w:val="00DB3B3C"/>
    <w:rsid w:val="00DD1B39"/>
    <w:rsid w:val="00DE2475"/>
    <w:rsid w:val="00DF4F3A"/>
    <w:rsid w:val="00DF7BEC"/>
    <w:rsid w:val="00E532B8"/>
    <w:rsid w:val="00E55537"/>
    <w:rsid w:val="00E928EF"/>
    <w:rsid w:val="00EE4BB7"/>
    <w:rsid w:val="00EE6C4E"/>
    <w:rsid w:val="00EF61FF"/>
    <w:rsid w:val="00F14BA2"/>
    <w:rsid w:val="00FC69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FC693F"/>
    <w:rPr>
      <w:rFonts w:ascii="Times New Roman" w:hAnsi="Times New Roman"/>
      <w:sz w:val="28"/>
    </w:rPr>
  </w:style>
  <w:style w:type="paragraph" w:styleId="1">
    <w:name w:val="heading 1"/>
    <w:basedOn w:val="a1"/>
    <w:next w:val="a1"/>
    <w:link w:val="10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Верхний колонтитул Знак"/>
    <w:basedOn w:val="a2"/>
    <w:link w:val="a5"/>
    <w:uiPriority w:val="99"/>
    <w:rsid w:val="00E618BF"/>
  </w:style>
  <w:style w:type="paragraph" w:styleId="a7">
    <w:name w:val="footer"/>
    <w:basedOn w:val="a1"/>
    <w:link w:val="a8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Нижний колонтитул Знак"/>
    <w:basedOn w:val="a2"/>
    <w:link w:val="a7"/>
    <w:uiPriority w:val="99"/>
    <w:rsid w:val="00E618BF"/>
  </w:style>
  <w:style w:type="paragraph" w:styleId="a9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Заголовок 1 Знак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Заголовок 2 Знак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Заголовок 3 Знак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Title"/>
    <w:basedOn w:val="a1"/>
    <w:next w:val="a1"/>
    <w:link w:val="ab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b">
    <w:name w:val="Название Знак"/>
    <w:basedOn w:val="a2"/>
    <w:link w:val="aa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Subtitle"/>
    <w:basedOn w:val="a1"/>
    <w:next w:val="a1"/>
    <w:link w:val="ad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d">
    <w:name w:val="Подзаголовок Знак"/>
    <w:basedOn w:val="a2"/>
    <w:link w:val="ac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f">
    <w:name w:val="Body Text"/>
    <w:basedOn w:val="a1"/>
    <w:link w:val="af0"/>
    <w:uiPriority w:val="99"/>
    <w:unhideWhenUsed/>
    <w:rsid w:val="00AA1D8D"/>
    <w:pPr>
      <w:spacing w:after="120"/>
    </w:pPr>
  </w:style>
  <w:style w:type="character" w:customStyle="1" w:styleId="af0">
    <w:name w:val="Основной текст Знак"/>
    <w:basedOn w:val="a2"/>
    <w:link w:val="af"/>
    <w:uiPriority w:val="99"/>
    <w:rsid w:val="00AA1D8D"/>
  </w:style>
  <w:style w:type="paragraph" w:styleId="23">
    <w:name w:val="Body Text 2"/>
    <w:basedOn w:val="a1"/>
    <w:link w:val="24"/>
    <w:uiPriority w:val="99"/>
    <w:unhideWhenUsed/>
    <w:rsid w:val="00AA1D8D"/>
    <w:pPr>
      <w:spacing w:after="120" w:line="480" w:lineRule="auto"/>
    </w:pPr>
  </w:style>
  <w:style w:type="character" w:customStyle="1" w:styleId="24">
    <w:name w:val="Основной текст 2 Знак"/>
    <w:basedOn w:val="a2"/>
    <w:link w:val="23"/>
    <w:uiPriority w:val="99"/>
    <w:rsid w:val="00AA1D8D"/>
  </w:style>
  <w:style w:type="paragraph" w:styleId="33">
    <w:name w:val="Body Text 3"/>
    <w:basedOn w:val="a1"/>
    <w:link w:val="34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2"/>
    <w:link w:val="33"/>
    <w:uiPriority w:val="99"/>
    <w:rsid w:val="00AA1D8D"/>
    <w:rPr>
      <w:sz w:val="16"/>
      <w:szCs w:val="16"/>
    </w:rPr>
  </w:style>
  <w:style w:type="paragraph" w:styleId="af1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f2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6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6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f3">
    <w:name w:val="macro"/>
    <w:link w:val="af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4">
    <w:name w:val="Текст макроса Знак"/>
    <w:basedOn w:val="a2"/>
    <w:link w:val="af3"/>
    <w:uiPriority w:val="99"/>
    <w:rsid w:val="0029639D"/>
    <w:rPr>
      <w:rFonts w:ascii="Courier" w:hAnsi="Courier"/>
      <w:sz w:val="20"/>
      <w:szCs w:val="20"/>
    </w:rPr>
  </w:style>
  <w:style w:type="paragraph" w:styleId="27">
    <w:name w:val="Quote"/>
    <w:basedOn w:val="a1"/>
    <w:next w:val="a1"/>
    <w:link w:val="28"/>
    <w:uiPriority w:val="29"/>
    <w:qFormat/>
    <w:rsid w:val="00FC693F"/>
    <w:rPr>
      <w:i/>
      <w:iCs/>
      <w:color w:val="000000" w:themeColor="text1"/>
    </w:rPr>
  </w:style>
  <w:style w:type="character" w:customStyle="1" w:styleId="28">
    <w:name w:val="Цитата 2 Знак"/>
    <w:basedOn w:val="a2"/>
    <w:link w:val="27"/>
    <w:uiPriority w:val="29"/>
    <w:rsid w:val="00FC693F"/>
    <w:rPr>
      <w:i/>
      <w:iCs/>
      <w:color w:val="000000" w:themeColor="text1"/>
    </w:rPr>
  </w:style>
  <w:style w:type="character" w:customStyle="1" w:styleId="40">
    <w:name w:val="Заголовок 4 Знак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5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6">
    <w:name w:val="Strong"/>
    <w:basedOn w:val="a2"/>
    <w:uiPriority w:val="22"/>
    <w:qFormat/>
    <w:rsid w:val="00FC693F"/>
    <w:rPr>
      <w:b/>
      <w:bCs/>
    </w:rPr>
  </w:style>
  <w:style w:type="character" w:styleId="af7">
    <w:name w:val="Emphasis"/>
    <w:basedOn w:val="a2"/>
    <w:uiPriority w:val="20"/>
    <w:qFormat/>
    <w:rsid w:val="00FC693F"/>
    <w:rPr>
      <w:i/>
      <w:iCs/>
    </w:rPr>
  </w:style>
  <w:style w:type="paragraph" w:styleId="af8">
    <w:name w:val="Intense Quote"/>
    <w:basedOn w:val="a1"/>
    <w:next w:val="a1"/>
    <w:link w:val="af9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9">
    <w:name w:val="Выделенная цитата Знак"/>
    <w:basedOn w:val="a2"/>
    <w:link w:val="af8"/>
    <w:uiPriority w:val="30"/>
    <w:rsid w:val="00FC693F"/>
    <w:rPr>
      <w:b/>
      <w:bCs/>
      <w:i/>
      <w:iCs/>
      <w:color w:val="4F81BD" w:themeColor="accent1"/>
    </w:rPr>
  </w:style>
  <w:style w:type="character" w:styleId="afa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b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c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d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e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f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f0">
    <w:name w:val="Table Grid"/>
    <w:basedOn w:val="a3"/>
    <w:uiPriority w:val="59"/>
    <w:qFormat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f1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f2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f3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1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9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a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b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7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f4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5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6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7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character" w:styleId="aff8">
    <w:name w:val="Hyperlink"/>
    <w:basedOn w:val="a2"/>
    <w:uiPriority w:val="99"/>
    <w:unhideWhenUsed/>
    <w:rsid w:val="001B525B"/>
    <w:rPr>
      <w:color w:val="0000FF" w:themeColor="hyperlink"/>
      <w:u w:val="single"/>
    </w:rPr>
  </w:style>
  <w:style w:type="character" w:customStyle="1" w:styleId="UnresolvedMention">
    <w:name w:val="Unresolved Mention"/>
    <w:basedOn w:val="a2"/>
    <w:uiPriority w:val="99"/>
    <w:semiHidden/>
    <w:unhideWhenUsed/>
    <w:rsid w:val="001B525B"/>
    <w:rPr>
      <w:color w:val="605E5C"/>
      <w:shd w:val="clear" w:color="auto" w:fill="E1DFDD"/>
    </w:rPr>
  </w:style>
  <w:style w:type="paragraph" w:styleId="aff9">
    <w:name w:val="Normal (Web)"/>
    <w:basedOn w:val="a1"/>
    <w:uiPriority w:val="99"/>
    <w:semiHidden/>
    <w:unhideWhenUsed/>
    <w:rsid w:val="00DB3B3C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val="ru-RU" w:eastAsia="ru-RU"/>
    </w:rPr>
  </w:style>
  <w:style w:type="paragraph" w:styleId="affa">
    <w:name w:val="Balloon Text"/>
    <w:basedOn w:val="a1"/>
    <w:link w:val="affb"/>
    <w:uiPriority w:val="99"/>
    <w:semiHidden/>
    <w:unhideWhenUsed/>
    <w:rsid w:val="00E532B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fb">
    <w:name w:val="Текст выноски Знак"/>
    <w:basedOn w:val="a2"/>
    <w:link w:val="affa"/>
    <w:uiPriority w:val="99"/>
    <w:semiHidden/>
    <w:rsid w:val="00E532B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4222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645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454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65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1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2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57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5.jpeg"/><Relationship Id="rId18" Type="http://schemas.openxmlformats.org/officeDocument/2006/relationships/image" Target="media/image10.png"/><Relationship Id="rId26" Type="http://schemas.openxmlformats.org/officeDocument/2006/relationships/image" Target="media/image18.png"/><Relationship Id="rId3" Type="http://schemas.openxmlformats.org/officeDocument/2006/relationships/styles" Target="styles.xml"/><Relationship Id="rId21" Type="http://schemas.openxmlformats.org/officeDocument/2006/relationships/image" Target="media/image13.png"/><Relationship Id="rId34" Type="http://schemas.openxmlformats.org/officeDocument/2006/relationships/image" Target="media/image21.png"/><Relationship Id="rId7" Type="http://schemas.openxmlformats.org/officeDocument/2006/relationships/endnotes" Target="endnotes.xml"/><Relationship Id="rId12" Type="http://schemas.openxmlformats.org/officeDocument/2006/relationships/image" Target="NULL"/><Relationship Id="rId17" Type="http://schemas.openxmlformats.org/officeDocument/2006/relationships/image" Target="media/image9.png"/><Relationship Id="rId25" Type="http://schemas.openxmlformats.org/officeDocument/2006/relationships/image" Target="media/image17.png"/><Relationship Id="rId33" Type="http://schemas.openxmlformats.org/officeDocument/2006/relationships/hyperlink" Target="https://kpkrb.ru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image" Target="media/image12.png"/><Relationship Id="rId29" Type="http://schemas.openxmlformats.org/officeDocument/2006/relationships/hyperlink" Target="https://edu.gov.ru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6.png"/><Relationship Id="rId32" Type="http://schemas.openxmlformats.org/officeDocument/2006/relationships/hyperlink" Target="https://edsoo.ru" TargetMode="External"/><Relationship Id="rId37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23" Type="http://schemas.openxmlformats.org/officeDocument/2006/relationships/image" Target="media/image15.png"/><Relationship Id="rId28" Type="http://schemas.openxmlformats.org/officeDocument/2006/relationships/image" Target="media/image20.jpeg"/><Relationship Id="rId36" Type="http://schemas.openxmlformats.org/officeDocument/2006/relationships/fontTable" Target="fontTable.xml"/><Relationship Id="rId10" Type="http://schemas.openxmlformats.org/officeDocument/2006/relationships/image" Target="media/image3.png"/><Relationship Id="rId19" Type="http://schemas.openxmlformats.org/officeDocument/2006/relationships/image" Target="media/image11.png"/><Relationship Id="rId31" Type="http://schemas.openxmlformats.org/officeDocument/2006/relationships/hyperlink" Target="https://firpo.ru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6.png"/><Relationship Id="rId22" Type="http://schemas.openxmlformats.org/officeDocument/2006/relationships/image" Target="media/image14.png"/><Relationship Id="rId27" Type="http://schemas.openxmlformats.org/officeDocument/2006/relationships/image" Target="media/image19.jpeg"/><Relationship Id="rId30" Type="http://schemas.openxmlformats.org/officeDocument/2006/relationships/hyperlink" Target="https://bvbinfo.ru" TargetMode="External"/><Relationship Id="rId35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66D19638-A601-49EE-A5D6-0A56DD0B38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916</TotalTime>
  <Pages>43</Pages>
  <Words>5569</Words>
  <Characters>31748</Characters>
  <Application>Microsoft Office Word</Application>
  <DocSecurity>0</DocSecurity>
  <Lines>264</Lines>
  <Paragraphs>74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37243</CharactersWithSpaces>
  <SharedDoc>false</SharedDoc>
  <HyperlinkBase/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GMR</cp:lastModifiedBy>
  <cp:revision>47</cp:revision>
  <dcterms:created xsi:type="dcterms:W3CDTF">2026-07-17T07:19:00Z</dcterms:created>
  <dcterms:modified xsi:type="dcterms:W3CDTF">2026-07-20T15:02:00Z</dcterms:modified>
  <cp:category/>
</cp:coreProperties>
</file>