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7E0354" w:rsidRDefault="00A77C90" w:rsidP="003D2CF6">
      <w:pPr>
        <w:spacing w:after="0" w:line="360" w:lineRule="auto"/>
        <w:jc w:val="center"/>
        <w:rPr>
          <w:rFonts w:cs="Times New Roman"/>
          <w:b/>
          <w:lang w:val="ru-RU"/>
        </w:rPr>
      </w:pPr>
      <w:r w:rsidRPr="008465D8">
        <w:rPr>
          <w:rFonts w:cs="Times New Roman"/>
          <w:b/>
          <w:lang w:val="ru-RU"/>
        </w:rPr>
        <w:t>Методическая разработка классного часа</w:t>
      </w:r>
      <w:r w:rsidR="005142FA" w:rsidRPr="008465D8">
        <w:rPr>
          <w:rFonts w:cs="Times New Roman"/>
          <w:b/>
          <w:lang w:val="ru-RU"/>
        </w:rPr>
        <w:t xml:space="preserve"> </w:t>
      </w:r>
      <w:r w:rsidRPr="008465D8">
        <w:rPr>
          <w:rFonts w:cs="Times New Roman"/>
          <w:b/>
          <w:lang w:val="ru-RU"/>
        </w:rPr>
        <w:t>для участия во Всероссийском кон</w:t>
      </w:r>
      <w:bookmarkStart w:id="0" w:name="_GoBack"/>
      <w:bookmarkEnd w:id="0"/>
      <w:r w:rsidRPr="008465D8">
        <w:rPr>
          <w:rFonts w:cs="Times New Roman"/>
          <w:b/>
          <w:lang w:val="ru-RU"/>
        </w:rPr>
        <w:t>курсе «Моё лучшее мероприятие»</w:t>
      </w:r>
    </w:p>
    <w:p w:rsidR="003D2CF6" w:rsidRPr="003D2CF6" w:rsidRDefault="003D2CF6" w:rsidP="003D2CF6">
      <w:pPr>
        <w:spacing w:after="0" w:line="360" w:lineRule="auto"/>
        <w:jc w:val="center"/>
        <w:rPr>
          <w:rFonts w:cs="Times New Roman"/>
          <w:lang w:val="ru-RU"/>
        </w:rPr>
      </w:pPr>
      <w:r w:rsidRPr="003D2CF6">
        <w:rPr>
          <w:rFonts w:cs="Times New Roman"/>
          <w:lang w:val="ru-RU"/>
        </w:rPr>
        <w:t xml:space="preserve">«Код Памяти: литературный </w:t>
      </w:r>
      <w:proofErr w:type="spellStart"/>
      <w:r w:rsidRPr="003D2CF6">
        <w:rPr>
          <w:rFonts w:cs="Times New Roman"/>
          <w:lang w:val="ru-RU"/>
        </w:rPr>
        <w:t>квест</w:t>
      </w:r>
      <w:proofErr w:type="spellEnd"/>
      <w:r w:rsidRPr="003D2CF6">
        <w:rPr>
          <w:rFonts w:cs="Times New Roman"/>
          <w:lang w:val="ru-RU"/>
        </w:rPr>
        <w:t xml:space="preserve"> по страницам Великой Отечественной войны»</w:t>
      </w: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Pr="008465D8" w:rsidRDefault="003D2CF6" w:rsidP="003D2CF6">
      <w:pPr>
        <w:spacing w:after="0" w:line="360" w:lineRule="auto"/>
        <w:jc w:val="center"/>
        <w:rPr>
          <w:rFonts w:cs="Times New Roman"/>
          <w:b/>
          <w:lang w:val="ru-RU"/>
        </w:rPr>
      </w:pPr>
    </w:p>
    <w:p w:rsidR="003D2CF6" w:rsidRDefault="008465D8" w:rsidP="003D2CF6">
      <w:pPr>
        <w:spacing w:after="0" w:line="360" w:lineRule="auto"/>
        <w:jc w:val="right"/>
        <w:rPr>
          <w:rFonts w:cs="Times New Roman"/>
          <w:lang w:val="ru-RU"/>
        </w:rPr>
      </w:pPr>
      <w:r w:rsidRPr="008465D8">
        <w:rPr>
          <w:rFonts w:cs="Times New Roman"/>
          <w:b/>
          <w:lang w:val="ru-RU"/>
        </w:rPr>
        <w:t>Автор:</w:t>
      </w:r>
      <w:r>
        <w:rPr>
          <w:rFonts w:cs="Times New Roman"/>
          <w:lang w:val="ru-RU"/>
        </w:rPr>
        <w:t xml:space="preserve"> Белоус Лилия Дмитриевна, учитель русского языка и литерат</w:t>
      </w:r>
      <w:r w:rsidR="003D2CF6">
        <w:rPr>
          <w:rFonts w:cs="Times New Roman"/>
          <w:lang w:val="ru-RU"/>
        </w:rPr>
        <w:t>уры</w:t>
      </w:r>
    </w:p>
    <w:p w:rsidR="00A77C90" w:rsidRDefault="003D2CF6" w:rsidP="003D2CF6">
      <w:pPr>
        <w:spacing w:after="0" w:line="360" w:lineRule="auto"/>
        <w:jc w:val="right"/>
        <w:rPr>
          <w:rFonts w:cs="Times New Roman"/>
          <w:lang w:val="ru-RU"/>
        </w:rPr>
      </w:pPr>
      <w:r>
        <w:rPr>
          <w:rFonts w:cs="Times New Roman"/>
          <w:lang w:val="ru-RU"/>
        </w:rPr>
        <w:t>МБОУ «Петровская школа №1»</w:t>
      </w:r>
    </w:p>
    <w:p w:rsidR="00A77C90" w:rsidRDefault="00A77C90" w:rsidP="003D2CF6">
      <w:pPr>
        <w:spacing w:after="0" w:line="360" w:lineRule="auto"/>
        <w:jc w:val="right"/>
        <w:rPr>
          <w:rFonts w:cs="Times New Roman"/>
          <w:lang w:val="ru-RU"/>
        </w:rPr>
      </w:pPr>
      <w:r w:rsidRPr="008465D8">
        <w:rPr>
          <w:rFonts w:cs="Times New Roman"/>
          <w:b/>
          <w:lang w:val="ru-RU"/>
        </w:rPr>
        <w:t>Возраст участников:</w:t>
      </w:r>
      <w:r w:rsidRPr="00A77C90">
        <w:rPr>
          <w:rFonts w:cs="Times New Roman"/>
          <w:lang w:val="ru-RU"/>
        </w:rPr>
        <w:t xml:space="preserve"> 6 класс</w:t>
      </w:r>
    </w:p>
    <w:p w:rsidR="00A77C90" w:rsidRDefault="00A77C90" w:rsidP="003D2CF6">
      <w:pPr>
        <w:spacing w:after="0" w:line="360" w:lineRule="auto"/>
        <w:jc w:val="right"/>
        <w:rPr>
          <w:rFonts w:cs="Times New Roman"/>
          <w:lang w:val="ru-RU"/>
        </w:rPr>
      </w:pPr>
      <w:r w:rsidRPr="008465D8">
        <w:rPr>
          <w:rFonts w:cs="Times New Roman"/>
          <w:b/>
          <w:lang w:val="ru-RU"/>
        </w:rPr>
        <w:t>Форма:</w:t>
      </w:r>
      <w:r w:rsidRPr="00A77C90">
        <w:rPr>
          <w:rFonts w:cs="Times New Roman"/>
          <w:lang w:val="ru-RU"/>
        </w:rPr>
        <w:t xml:space="preserve"> </w:t>
      </w:r>
      <w:proofErr w:type="spellStart"/>
      <w:r w:rsidRPr="00A77C90">
        <w:rPr>
          <w:rFonts w:cs="Times New Roman"/>
          <w:lang w:val="ru-RU"/>
        </w:rPr>
        <w:t>квест</w:t>
      </w:r>
      <w:proofErr w:type="spellEnd"/>
      <w:r w:rsidRPr="00A77C90">
        <w:rPr>
          <w:rFonts w:cs="Times New Roman"/>
          <w:lang w:val="ru-RU"/>
        </w:rPr>
        <w:t>-игра</w:t>
      </w:r>
    </w:p>
    <w:p w:rsidR="00A77C90" w:rsidRDefault="00A77C90" w:rsidP="003D2CF6">
      <w:pPr>
        <w:spacing w:after="0" w:line="360" w:lineRule="auto"/>
        <w:jc w:val="right"/>
        <w:rPr>
          <w:rFonts w:cs="Times New Roman"/>
          <w:lang w:val="ru-RU"/>
        </w:rPr>
      </w:pPr>
    </w:p>
    <w:p w:rsidR="00EC51E5" w:rsidRDefault="00EC51E5">
      <w:pPr>
        <w:rPr>
          <w:rFonts w:cs="Times New Roman"/>
          <w:lang w:val="ru-RU"/>
        </w:rPr>
      </w:pPr>
      <w:r>
        <w:rPr>
          <w:rFonts w:cs="Times New Roman"/>
          <w:lang w:val="ru-RU"/>
        </w:rPr>
        <w:br w:type="page"/>
      </w:r>
    </w:p>
    <w:p w:rsidR="00EC51E5" w:rsidRPr="00E13D61" w:rsidRDefault="00A77C90" w:rsidP="00EC51E5">
      <w:pPr>
        <w:spacing w:after="0" w:line="360" w:lineRule="auto"/>
        <w:ind w:firstLine="709"/>
        <w:jc w:val="both"/>
        <w:rPr>
          <w:rFonts w:cs="Times New Roman"/>
          <w:b/>
          <w:lang w:val="ru-RU"/>
        </w:rPr>
      </w:pPr>
      <w:r w:rsidRPr="00E13D61">
        <w:rPr>
          <w:rFonts w:cs="Times New Roman"/>
          <w:b/>
          <w:lang w:val="ru-RU"/>
        </w:rPr>
        <w:lastRenderedPageBreak/>
        <w:t>Цель</w:t>
      </w:r>
      <w:r w:rsidR="00EC51E5" w:rsidRPr="00E13D61">
        <w:rPr>
          <w:rFonts w:cs="Times New Roman"/>
          <w:b/>
          <w:lang w:val="ru-RU"/>
        </w:rPr>
        <w:t>: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Формирование патриотических чувств и уважения к истории Отечества через знакомство с литературными произведениями о Великой Отечественной войне.</w:t>
      </w:r>
    </w:p>
    <w:p w:rsidR="007E0354" w:rsidRPr="00E13D61" w:rsidRDefault="00A77C90" w:rsidP="00EC51E5">
      <w:pPr>
        <w:spacing w:after="0" w:line="360" w:lineRule="auto"/>
        <w:ind w:firstLine="709"/>
        <w:jc w:val="both"/>
        <w:rPr>
          <w:rFonts w:cs="Times New Roman"/>
          <w:b/>
          <w:lang w:val="ru-RU"/>
        </w:rPr>
      </w:pPr>
      <w:r w:rsidRPr="00E13D61">
        <w:rPr>
          <w:rFonts w:cs="Times New Roman"/>
          <w:b/>
          <w:lang w:val="ru-RU"/>
        </w:rPr>
        <w:t>Задачи</w:t>
      </w:r>
      <w:r w:rsidR="00EC51E5" w:rsidRPr="00E13D61">
        <w:rPr>
          <w:rFonts w:cs="Times New Roman"/>
          <w:b/>
          <w:lang w:val="ru-RU"/>
        </w:rPr>
        <w:t>: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 xml:space="preserve">1. Познакомить учащихся с произведениями военной тематики </w:t>
      </w:r>
      <w:r w:rsidR="00A569F9">
        <w:rPr>
          <w:rFonts w:cs="Times New Roman"/>
          <w:lang w:val="ru-RU"/>
        </w:rPr>
        <w:t xml:space="preserve">                            </w:t>
      </w:r>
      <w:proofErr w:type="gramStart"/>
      <w:r w:rsidR="00A569F9">
        <w:rPr>
          <w:rFonts w:cs="Times New Roman"/>
          <w:lang w:val="ru-RU"/>
        </w:rPr>
        <w:t xml:space="preserve">   </w:t>
      </w:r>
      <w:r w:rsidRPr="00A77C90">
        <w:rPr>
          <w:rFonts w:cs="Times New Roman"/>
          <w:lang w:val="ru-RU"/>
        </w:rPr>
        <w:t>(</w:t>
      </w:r>
      <w:proofErr w:type="gramEnd"/>
      <w:r w:rsidRPr="00A77C90">
        <w:rPr>
          <w:rFonts w:cs="Times New Roman"/>
          <w:lang w:val="ru-RU"/>
        </w:rPr>
        <w:t>К. Симонов, А. Твардовский, Б. Васильев, В. Катаев).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2. Закрепить знания об основных событиях и героях Великой Отечественной войны.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3. Развивать умение анализировать литературн</w:t>
      </w:r>
      <w:r w:rsidR="00EC51E5">
        <w:rPr>
          <w:rFonts w:cs="Times New Roman"/>
          <w:lang w:val="ru-RU"/>
        </w:rPr>
        <w:t>ые тексты и исторические факты.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 xml:space="preserve">4. Воспитывать чувство гордости за свою страну, уважение к памяти поколений. </w:t>
      </w:r>
    </w:p>
    <w:p w:rsidR="00A569F9" w:rsidRDefault="00A77C90" w:rsidP="00A569F9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 xml:space="preserve">5. Развивать коммуникативные и творческие навыки через работу </w:t>
      </w:r>
      <w:r w:rsidR="00A569F9">
        <w:rPr>
          <w:rFonts w:cs="Times New Roman"/>
          <w:lang w:val="ru-RU"/>
        </w:rPr>
        <w:t xml:space="preserve">                          </w:t>
      </w:r>
      <w:r w:rsidRPr="00A77C90">
        <w:rPr>
          <w:rFonts w:cs="Times New Roman"/>
          <w:lang w:val="ru-RU"/>
        </w:rPr>
        <w:t>в команде.</w:t>
      </w:r>
    </w:p>
    <w:p w:rsidR="00A569F9" w:rsidRPr="008465D8" w:rsidRDefault="00A569F9" w:rsidP="00A569F9">
      <w:pPr>
        <w:spacing w:after="0" w:line="360" w:lineRule="auto"/>
        <w:ind w:firstLine="709"/>
        <w:jc w:val="both"/>
        <w:rPr>
          <w:rFonts w:cs="Times New Roman"/>
          <w:b/>
          <w:color w:val="000000" w:themeColor="text1"/>
          <w:lang w:val="ru-RU"/>
        </w:rPr>
      </w:pPr>
      <w:r w:rsidRPr="008465D8">
        <w:rPr>
          <w:rFonts w:cs="Times New Roman"/>
          <w:b/>
          <w:color w:val="000000" w:themeColor="text1"/>
          <w:lang w:val="ru-RU"/>
        </w:rPr>
        <w:t>- ИКТ: мультимедийные материалы.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E13D61">
        <w:rPr>
          <w:rFonts w:cs="Times New Roman"/>
          <w:b/>
          <w:lang w:val="ru-RU"/>
        </w:rPr>
        <w:t>Возрастная категория</w:t>
      </w:r>
      <w:r w:rsidR="00EC51E5" w:rsidRPr="00E13D61">
        <w:rPr>
          <w:rFonts w:cs="Times New Roman"/>
          <w:b/>
          <w:lang w:val="ru-RU"/>
        </w:rPr>
        <w:t>:</w:t>
      </w:r>
      <w:r w:rsidR="00EC51E5">
        <w:rPr>
          <w:rFonts w:cs="Times New Roman"/>
          <w:lang w:val="ru-RU"/>
        </w:rPr>
        <w:t xml:space="preserve"> </w:t>
      </w:r>
      <w:r w:rsidRPr="00A77C90">
        <w:rPr>
          <w:rFonts w:cs="Times New Roman"/>
          <w:lang w:val="ru-RU"/>
        </w:rPr>
        <w:t>6 класс.</w:t>
      </w:r>
    </w:p>
    <w:p w:rsidR="00EC51E5" w:rsidRPr="00E13D61" w:rsidRDefault="00A77C90" w:rsidP="00EC51E5">
      <w:pPr>
        <w:spacing w:after="0" w:line="360" w:lineRule="auto"/>
        <w:ind w:firstLine="709"/>
        <w:jc w:val="both"/>
        <w:rPr>
          <w:rFonts w:cs="Times New Roman"/>
          <w:b/>
          <w:lang w:val="ru-RU"/>
        </w:rPr>
      </w:pPr>
      <w:r w:rsidRPr="00E13D61">
        <w:rPr>
          <w:rFonts w:cs="Times New Roman"/>
          <w:b/>
          <w:lang w:val="ru-RU"/>
        </w:rPr>
        <w:t>Форма проведения</w:t>
      </w:r>
      <w:r w:rsidR="00EC51E5" w:rsidRPr="00E13D61">
        <w:rPr>
          <w:rFonts w:cs="Times New Roman"/>
          <w:b/>
          <w:lang w:val="ru-RU"/>
        </w:rPr>
        <w:t>: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Интерактивн</w:t>
      </w:r>
      <w:r w:rsidR="00EC51E5">
        <w:rPr>
          <w:rFonts w:cs="Times New Roman"/>
          <w:lang w:val="ru-RU"/>
        </w:rPr>
        <w:t>ая</w:t>
      </w:r>
      <w:r w:rsidRPr="00A77C90">
        <w:rPr>
          <w:rFonts w:cs="Times New Roman"/>
          <w:lang w:val="ru-RU"/>
        </w:rPr>
        <w:t xml:space="preserve"> </w:t>
      </w:r>
      <w:proofErr w:type="spellStart"/>
      <w:r w:rsidRPr="00A77C90">
        <w:rPr>
          <w:rFonts w:cs="Times New Roman"/>
          <w:lang w:val="ru-RU"/>
        </w:rPr>
        <w:t>квест</w:t>
      </w:r>
      <w:proofErr w:type="spellEnd"/>
      <w:r w:rsidRPr="00A77C90">
        <w:rPr>
          <w:rFonts w:cs="Times New Roman"/>
          <w:lang w:val="ru-RU"/>
        </w:rPr>
        <w:t xml:space="preserve">-игра с использованием литературных </w:t>
      </w:r>
      <w:r w:rsidR="00A569F9">
        <w:rPr>
          <w:rFonts w:cs="Times New Roman"/>
          <w:lang w:val="ru-RU"/>
        </w:rPr>
        <w:t xml:space="preserve">                                     </w:t>
      </w:r>
      <w:r w:rsidRPr="00A77C90">
        <w:rPr>
          <w:rFonts w:cs="Times New Roman"/>
          <w:lang w:val="ru-RU"/>
        </w:rPr>
        <w:t>и исторических источников.</w:t>
      </w:r>
    </w:p>
    <w:p w:rsidR="00A569F9" w:rsidRPr="00E13D61" w:rsidRDefault="00A569F9" w:rsidP="00A569F9">
      <w:pPr>
        <w:spacing w:after="0" w:line="360" w:lineRule="auto"/>
        <w:ind w:firstLine="709"/>
        <w:jc w:val="both"/>
        <w:rPr>
          <w:rFonts w:cs="Times New Roman"/>
          <w:b/>
          <w:lang w:val="ru-RU"/>
        </w:rPr>
      </w:pPr>
      <w:r w:rsidRPr="00E13D61">
        <w:rPr>
          <w:rFonts w:cs="Times New Roman"/>
          <w:b/>
          <w:lang w:val="ru-RU"/>
        </w:rPr>
        <w:t>Ожидаемые результаты:</w:t>
      </w:r>
    </w:p>
    <w:p w:rsidR="00A569F9" w:rsidRDefault="00A569F9" w:rsidP="00A569F9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- Формируется уважение к памяти поколений и героям войны.</w:t>
      </w:r>
    </w:p>
    <w:p w:rsidR="00A569F9" w:rsidRDefault="00A569F9" w:rsidP="00A569F9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 xml:space="preserve">- Повышается интерес к литературе военной тематики. </w:t>
      </w:r>
    </w:p>
    <w:p w:rsidR="00A569F9" w:rsidRDefault="00A569F9" w:rsidP="00A569F9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- Дети учатся работать в команде, анализировать тексты, высказывать мнение</w:t>
      </w:r>
      <w:r>
        <w:rPr>
          <w:rFonts w:cs="Times New Roman"/>
          <w:lang w:val="ru-RU"/>
        </w:rPr>
        <w:t>.</w:t>
      </w:r>
    </w:p>
    <w:p w:rsidR="00A569F9" w:rsidRDefault="00A569F9" w:rsidP="00A569F9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 xml:space="preserve">- Формируется </w:t>
      </w:r>
      <w:r>
        <w:rPr>
          <w:rFonts w:cs="Times New Roman"/>
          <w:lang w:val="ru-RU"/>
        </w:rPr>
        <w:t>ассоциативная память (код-слово «ПОБЕДА»)</w:t>
      </w:r>
      <w:r w:rsidRPr="00A77C90">
        <w:rPr>
          <w:rFonts w:cs="Times New Roman"/>
          <w:lang w:val="ru-RU"/>
        </w:rPr>
        <w:t>.</w:t>
      </w:r>
    </w:p>
    <w:p w:rsidR="00EC51E5" w:rsidRPr="00E13D61" w:rsidRDefault="00A77C90" w:rsidP="00EC51E5">
      <w:pPr>
        <w:spacing w:after="0" w:line="360" w:lineRule="auto"/>
        <w:ind w:firstLine="709"/>
        <w:jc w:val="both"/>
        <w:rPr>
          <w:rFonts w:cs="Times New Roman"/>
          <w:b/>
          <w:lang w:val="ru-RU"/>
        </w:rPr>
      </w:pPr>
      <w:r w:rsidRPr="00E13D61">
        <w:rPr>
          <w:rFonts w:cs="Times New Roman"/>
          <w:b/>
          <w:lang w:val="ru-RU"/>
        </w:rPr>
        <w:t>Материально-техническое обеспечение</w:t>
      </w:r>
      <w:r w:rsidR="00EC51E5" w:rsidRPr="00E13D61">
        <w:rPr>
          <w:rFonts w:cs="Times New Roman"/>
          <w:b/>
          <w:lang w:val="ru-RU"/>
        </w:rPr>
        <w:t>: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 xml:space="preserve">- мультимедийный проектор / экран; 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lastRenderedPageBreak/>
        <w:t>- презентация с текстами и фото;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- аудиозаписи стихотворений;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 xml:space="preserve">- карта СССР и Европы 1941–1945 гг.; 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- карточки с заданиями для станций;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 xml:space="preserve">- ватман «Дерево Памяти» и </w:t>
      </w:r>
      <w:proofErr w:type="spellStart"/>
      <w:r w:rsidRPr="00A77C90">
        <w:rPr>
          <w:rFonts w:cs="Times New Roman"/>
          <w:lang w:val="ru-RU"/>
        </w:rPr>
        <w:t>стикеры</w:t>
      </w:r>
      <w:proofErr w:type="spellEnd"/>
      <w:r w:rsidRPr="00A77C90">
        <w:rPr>
          <w:rFonts w:cs="Times New Roman"/>
          <w:lang w:val="ru-RU"/>
        </w:rPr>
        <w:t>;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A77C90">
        <w:rPr>
          <w:rFonts w:cs="Times New Roman"/>
          <w:lang w:val="ru-RU"/>
        </w:rPr>
        <w:t>- маркеры, бумага, ножницы, скотч.</w:t>
      </w:r>
    </w:p>
    <w:p w:rsidR="00EC51E5" w:rsidRPr="00E13D61" w:rsidRDefault="00A77C90" w:rsidP="00EC51E5">
      <w:pPr>
        <w:spacing w:after="0" w:line="360" w:lineRule="auto"/>
        <w:ind w:firstLine="709"/>
        <w:jc w:val="both"/>
        <w:rPr>
          <w:rFonts w:cs="Times New Roman"/>
          <w:b/>
          <w:lang w:val="ru-RU"/>
        </w:rPr>
      </w:pPr>
      <w:r w:rsidRPr="00E13D61">
        <w:rPr>
          <w:rFonts w:cs="Times New Roman"/>
          <w:b/>
          <w:lang w:val="ru-RU"/>
        </w:rPr>
        <w:t>Ход мероприятия</w:t>
      </w:r>
      <w:r w:rsidR="00EC51E5" w:rsidRPr="00E13D61">
        <w:rPr>
          <w:rFonts w:cs="Times New Roman"/>
          <w:b/>
          <w:lang w:val="ru-RU"/>
        </w:rPr>
        <w:t>:</w:t>
      </w:r>
    </w:p>
    <w:p w:rsidR="00E13D61" w:rsidRPr="00E13D61" w:rsidRDefault="00A77C90" w:rsidP="00EC51E5">
      <w:pPr>
        <w:spacing w:after="0" w:line="360" w:lineRule="auto"/>
        <w:ind w:firstLine="709"/>
        <w:jc w:val="both"/>
        <w:rPr>
          <w:rFonts w:cs="Times New Roman"/>
          <w:b/>
          <w:lang w:val="ru-RU"/>
        </w:rPr>
      </w:pPr>
      <w:r w:rsidRPr="00E13D61">
        <w:rPr>
          <w:rFonts w:cs="Times New Roman"/>
          <w:b/>
          <w:lang w:val="ru-RU"/>
        </w:rPr>
        <w:t xml:space="preserve">Вступление (5 мин): </w:t>
      </w:r>
    </w:p>
    <w:p w:rsidR="00E13D61" w:rsidRPr="00E13D61" w:rsidRDefault="00E13D61" w:rsidP="00E13D61">
      <w:pPr>
        <w:spacing w:after="0" w:line="360" w:lineRule="auto"/>
        <w:ind w:firstLine="709"/>
        <w:jc w:val="both"/>
        <w:rPr>
          <w:rFonts w:cs="Times New Roman"/>
          <w:b/>
          <w:i/>
          <w:lang w:val="ru-RU"/>
        </w:rPr>
      </w:pPr>
      <w:r w:rsidRPr="00E13D61">
        <w:rPr>
          <w:rFonts w:cs="Times New Roman"/>
          <w:b/>
          <w:i/>
          <w:lang w:val="ru-RU"/>
        </w:rPr>
        <w:t>Учитель зачитывает:</w:t>
      </w:r>
    </w:p>
    <w:p w:rsidR="00E13D61" w:rsidRPr="00E13D61" w:rsidRDefault="00E13D61" w:rsidP="00E13D61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E13D61">
        <w:rPr>
          <w:rFonts w:cs="Times New Roman"/>
          <w:lang w:val="ru-RU"/>
        </w:rPr>
        <w:t xml:space="preserve">«Есть код, который хранит народ – память. Сегодня мы попробуем разгадать этот код, пройдя литературный </w:t>
      </w:r>
      <w:proofErr w:type="spellStart"/>
      <w:r w:rsidRPr="00E13D61">
        <w:rPr>
          <w:rFonts w:cs="Times New Roman"/>
          <w:lang w:val="ru-RU"/>
        </w:rPr>
        <w:t>квест</w:t>
      </w:r>
      <w:proofErr w:type="spellEnd"/>
      <w:r w:rsidRPr="00E13D61">
        <w:rPr>
          <w:rFonts w:cs="Times New Roman"/>
          <w:lang w:val="ru-RU"/>
        </w:rPr>
        <w:t xml:space="preserve">, посвящённый писателям </w:t>
      </w:r>
      <w:r w:rsidR="00A569F9">
        <w:rPr>
          <w:rFonts w:cs="Times New Roman"/>
          <w:lang w:val="ru-RU"/>
        </w:rPr>
        <w:t xml:space="preserve">                         </w:t>
      </w:r>
      <w:r w:rsidRPr="00E13D61">
        <w:rPr>
          <w:rFonts w:cs="Times New Roman"/>
          <w:lang w:val="ru-RU"/>
        </w:rPr>
        <w:t>и героям Великой</w:t>
      </w:r>
      <w:r>
        <w:rPr>
          <w:rFonts w:cs="Times New Roman"/>
          <w:lang w:val="ru-RU"/>
        </w:rPr>
        <w:t xml:space="preserve"> Отечественной войны».</w:t>
      </w:r>
    </w:p>
    <w:p w:rsidR="00E13D61" w:rsidRDefault="00E13D61" w:rsidP="00E13D61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Класс делится на 3 команды</w:t>
      </w:r>
      <w:r w:rsidRPr="00E13D61">
        <w:rPr>
          <w:rFonts w:cs="Times New Roman"/>
          <w:lang w:val="ru-RU"/>
        </w:rPr>
        <w:t>. Каждая получает карту с маршрутами станций</w:t>
      </w:r>
    </w:p>
    <w:p w:rsidR="000E4835" w:rsidRPr="008465D8" w:rsidRDefault="000E4835" w:rsidP="00EC51E5">
      <w:pPr>
        <w:spacing w:after="0" w:line="360" w:lineRule="auto"/>
        <w:ind w:firstLine="709"/>
        <w:jc w:val="both"/>
        <w:rPr>
          <w:rFonts w:cs="Times New Roman"/>
          <w:b/>
          <w:i/>
          <w:u w:val="single"/>
          <w:lang w:val="ru-RU"/>
        </w:rPr>
      </w:pPr>
      <w:r w:rsidRPr="008465D8">
        <w:rPr>
          <w:rFonts w:cs="Times New Roman"/>
          <w:b/>
          <w:i/>
          <w:u w:val="single"/>
          <w:lang w:val="ru-RU"/>
        </w:rPr>
        <w:t xml:space="preserve">Станции </w:t>
      </w:r>
      <w:proofErr w:type="spellStart"/>
      <w:r w:rsidRPr="008465D8">
        <w:rPr>
          <w:rFonts w:cs="Times New Roman"/>
          <w:b/>
          <w:i/>
          <w:u w:val="single"/>
          <w:lang w:val="ru-RU"/>
        </w:rPr>
        <w:t>квеста</w:t>
      </w:r>
      <w:proofErr w:type="spellEnd"/>
      <w:r w:rsidRPr="008465D8">
        <w:rPr>
          <w:rFonts w:cs="Times New Roman"/>
          <w:b/>
          <w:i/>
          <w:u w:val="single"/>
          <w:lang w:val="ru-RU"/>
        </w:rPr>
        <w:t xml:space="preserve"> (по 10–12 мин каждая)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FB3005">
        <w:rPr>
          <w:rFonts w:cs="Times New Roman"/>
          <w:b/>
          <w:color w:val="0F243E" w:themeColor="text2" w:themeShade="80"/>
          <w:u w:val="single"/>
          <w:lang w:val="ru-RU"/>
        </w:rPr>
        <w:t>Станция 1.</w:t>
      </w:r>
      <w:r w:rsidRPr="00FB3005">
        <w:rPr>
          <w:rFonts w:cs="Times New Roman"/>
          <w:color w:val="0F243E" w:themeColor="text2" w:themeShade="80"/>
          <w:lang w:val="ru-RU"/>
        </w:rPr>
        <w:t xml:space="preserve"> </w:t>
      </w:r>
      <w:r w:rsidRPr="00A77C90">
        <w:rPr>
          <w:rFonts w:cs="Times New Roman"/>
          <w:lang w:val="ru-RU"/>
        </w:rPr>
        <w:t xml:space="preserve">«Голос поэта»: чтение стихотворений Симонова </w:t>
      </w:r>
      <w:r w:rsidR="00A569F9">
        <w:rPr>
          <w:rFonts w:cs="Times New Roman"/>
          <w:lang w:val="ru-RU"/>
        </w:rPr>
        <w:t xml:space="preserve">                                     </w:t>
      </w:r>
      <w:r w:rsidRPr="00A77C90">
        <w:rPr>
          <w:rFonts w:cs="Times New Roman"/>
          <w:lang w:val="ru-RU"/>
        </w:rPr>
        <w:t>и Твардовского, обсуждение, ключевые слова – ВЕРА, ПАМЯТЬ.</w:t>
      </w:r>
    </w:p>
    <w:p w:rsidR="00E13D61" w:rsidRPr="00E13D61" w:rsidRDefault="00E13D61" w:rsidP="00E13D61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Н</w:t>
      </w:r>
      <w:r w:rsidRPr="00E13D61">
        <w:rPr>
          <w:rFonts w:cs="Times New Roman"/>
          <w:lang w:val="ru-RU"/>
        </w:rPr>
        <w:t>а экране звучат отрывки стихотворений К. Симонова («Жди меня»</w:t>
      </w:r>
      <w:proofErr w:type="gramStart"/>
      <w:r w:rsidRPr="00E13D61">
        <w:rPr>
          <w:rFonts w:cs="Times New Roman"/>
          <w:lang w:val="ru-RU"/>
        </w:rPr>
        <w:t xml:space="preserve">), </w:t>
      </w:r>
      <w:r w:rsidR="00A569F9">
        <w:rPr>
          <w:rFonts w:cs="Times New Roman"/>
          <w:lang w:val="ru-RU"/>
        </w:rPr>
        <w:t xml:space="preserve">  </w:t>
      </w:r>
      <w:proofErr w:type="gramEnd"/>
      <w:r w:rsidR="00A569F9">
        <w:rPr>
          <w:rFonts w:cs="Times New Roman"/>
          <w:lang w:val="ru-RU"/>
        </w:rPr>
        <w:t xml:space="preserve">                  </w:t>
      </w:r>
      <w:r w:rsidRPr="00E13D61">
        <w:rPr>
          <w:rFonts w:cs="Times New Roman"/>
          <w:lang w:val="ru-RU"/>
        </w:rPr>
        <w:t>А. Твардовского («Я убит подо Ржевом»).</w:t>
      </w:r>
    </w:p>
    <w:p w:rsidR="00E13D61" w:rsidRPr="00E13D61" w:rsidRDefault="00E13D61" w:rsidP="00E13D61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E13D61">
        <w:rPr>
          <w:rFonts w:cs="Times New Roman"/>
          <w:i/>
          <w:lang w:val="ru-RU"/>
        </w:rPr>
        <w:t>Задание:</w:t>
      </w:r>
      <w:r w:rsidRPr="00E13D61">
        <w:rPr>
          <w:rFonts w:cs="Times New Roman"/>
          <w:lang w:val="ru-RU"/>
        </w:rPr>
        <w:t xml:space="preserve"> по отрывку угадать автора, определить основную мысль </w:t>
      </w:r>
      <w:r w:rsidR="00A569F9">
        <w:rPr>
          <w:rFonts w:cs="Times New Roman"/>
          <w:lang w:val="ru-RU"/>
        </w:rPr>
        <w:t xml:space="preserve">                              </w:t>
      </w:r>
      <w:r w:rsidRPr="00E13D61">
        <w:rPr>
          <w:rFonts w:cs="Times New Roman"/>
          <w:lang w:val="ru-RU"/>
        </w:rPr>
        <w:t>и «ключевое слово» (например, «надежда», «память»).</w:t>
      </w:r>
    </w:p>
    <w:p w:rsidR="00E13D61" w:rsidRDefault="00E13D61" w:rsidP="00E13D61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E13D61">
        <w:rPr>
          <w:rFonts w:cs="Times New Roman"/>
          <w:lang w:val="ru-RU"/>
        </w:rPr>
        <w:t>Команда получает фрагмент кода (букву)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FB3005">
        <w:rPr>
          <w:rFonts w:cs="Times New Roman"/>
          <w:b/>
          <w:color w:val="0F243E" w:themeColor="text2" w:themeShade="80"/>
          <w:u w:val="single"/>
          <w:lang w:val="ru-RU"/>
        </w:rPr>
        <w:t>Станция 2.</w:t>
      </w:r>
      <w:r w:rsidRPr="00FB3005">
        <w:rPr>
          <w:rFonts w:cs="Times New Roman"/>
          <w:color w:val="0F243E" w:themeColor="text2" w:themeShade="80"/>
          <w:lang w:val="ru-RU"/>
        </w:rPr>
        <w:t xml:space="preserve"> </w:t>
      </w:r>
      <w:r w:rsidRPr="00A77C90">
        <w:rPr>
          <w:rFonts w:cs="Times New Roman"/>
          <w:lang w:val="ru-RU"/>
        </w:rPr>
        <w:t>«Фронтовая газета»: соединение фото и текстов, итоговое слово – СЕМЬЯ</w:t>
      </w:r>
      <w:r>
        <w:rPr>
          <w:rFonts w:cs="Times New Roman"/>
          <w:lang w:val="ru-RU"/>
        </w:rPr>
        <w:t>.</w:t>
      </w:r>
    </w:p>
    <w:p w:rsidR="000E4835" w:rsidRPr="000E4835" w:rsidRDefault="000E4835" w:rsidP="000E483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0E4835">
        <w:rPr>
          <w:rFonts w:cs="Times New Roman"/>
          <w:lang w:val="ru-RU"/>
        </w:rPr>
        <w:t>Учащимся раздаются «газетные листы» с вырезками (исторические фото + фрагменты текстов).</w:t>
      </w:r>
    </w:p>
    <w:p w:rsidR="000E4835" w:rsidRPr="000E4835" w:rsidRDefault="000E4835" w:rsidP="000E483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0E4835">
        <w:rPr>
          <w:rFonts w:cs="Times New Roman"/>
          <w:i/>
          <w:lang w:val="ru-RU"/>
        </w:rPr>
        <w:t>Задание:</w:t>
      </w:r>
      <w:r w:rsidRPr="000E4835">
        <w:rPr>
          <w:rFonts w:cs="Times New Roman"/>
          <w:lang w:val="ru-RU"/>
        </w:rPr>
        <w:t xml:space="preserve"> правильно соединить фото и текст (например, письмо солдата – фото фронтовика, стихотворение – портрет поэта).</w:t>
      </w:r>
    </w:p>
    <w:p w:rsidR="000E4835" w:rsidRPr="000E4835" w:rsidRDefault="000E4835" w:rsidP="000E483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lastRenderedPageBreak/>
        <w:t>Итог</w:t>
      </w:r>
      <w:r w:rsidRPr="000E4835">
        <w:rPr>
          <w:rFonts w:cs="Times New Roman"/>
          <w:lang w:val="ru-RU"/>
        </w:rPr>
        <w:t>: формируется мини-газета. Команда получает второй фрагмент кода.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FB3005">
        <w:rPr>
          <w:rFonts w:cs="Times New Roman"/>
          <w:b/>
          <w:color w:val="0F243E" w:themeColor="text2" w:themeShade="80"/>
          <w:u w:val="single"/>
          <w:lang w:val="ru-RU"/>
        </w:rPr>
        <w:t>Станция 3.</w:t>
      </w:r>
      <w:r w:rsidRPr="00FB3005">
        <w:rPr>
          <w:rFonts w:cs="Times New Roman"/>
          <w:color w:val="0F243E" w:themeColor="text2" w:themeShade="80"/>
          <w:lang w:val="ru-RU"/>
        </w:rPr>
        <w:t xml:space="preserve"> </w:t>
      </w:r>
      <w:r w:rsidRPr="00A77C90">
        <w:rPr>
          <w:rFonts w:cs="Times New Roman"/>
          <w:lang w:val="ru-RU"/>
        </w:rPr>
        <w:t>«Литературная эстафета»: отрывки из произведений Васильева и Катаева, задания на пересказ, итоговые слова – МУЖЕСТВО, ДРУЖБА</w:t>
      </w:r>
      <w:r>
        <w:rPr>
          <w:rFonts w:cs="Times New Roman"/>
          <w:lang w:val="ru-RU"/>
        </w:rPr>
        <w:t>.</w:t>
      </w:r>
    </w:p>
    <w:p w:rsidR="000E4835" w:rsidRPr="000E4835" w:rsidRDefault="000E4835" w:rsidP="000E483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0E4835">
        <w:rPr>
          <w:rFonts w:cs="Times New Roman"/>
          <w:lang w:val="ru-RU"/>
        </w:rPr>
        <w:t>Учитель читает начало отрывка из произведений Б. Васильева («А зори здесь тих</w:t>
      </w:r>
      <w:r>
        <w:rPr>
          <w:rFonts w:cs="Times New Roman"/>
          <w:lang w:val="ru-RU"/>
        </w:rPr>
        <w:t xml:space="preserve">ие»), В. Катаева («Сын полка»). </w:t>
      </w:r>
      <w:r w:rsidRPr="000E4835">
        <w:rPr>
          <w:rFonts w:cs="Times New Roman"/>
          <w:lang w:val="ru-RU"/>
        </w:rPr>
        <w:t>Команды должны вспомнить или догадаться, что будет дальше, и составить продолжение своими словами.</w:t>
      </w:r>
    </w:p>
    <w:p w:rsidR="000E4835" w:rsidRPr="000E4835" w:rsidRDefault="000E4835" w:rsidP="000E483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0E4835">
        <w:rPr>
          <w:rFonts w:cs="Times New Roman"/>
          <w:lang w:val="ru-RU"/>
        </w:rPr>
        <w:t>Критерии: точность, эмоциональность, логика.</w:t>
      </w:r>
      <w:r>
        <w:rPr>
          <w:rFonts w:cs="Times New Roman"/>
          <w:lang w:val="ru-RU"/>
        </w:rPr>
        <w:t xml:space="preserve"> </w:t>
      </w:r>
      <w:r w:rsidRPr="000E4835">
        <w:rPr>
          <w:rFonts w:cs="Times New Roman"/>
          <w:lang w:val="ru-RU"/>
        </w:rPr>
        <w:t>Награда – следующий символ кода.</w:t>
      </w:r>
    </w:p>
    <w:p w:rsidR="00EC51E5" w:rsidRDefault="00A77C90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FB3005">
        <w:rPr>
          <w:rFonts w:cs="Times New Roman"/>
          <w:b/>
          <w:color w:val="0F243E" w:themeColor="text2" w:themeShade="80"/>
          <w:u w:val="single"/>
          <w:lang w:val="ru-RU"/>
        </w:rPr>
        <w:t>Станция 4.</w:t>
      </w:r>
      <w:r w:rsidRPr="00FB3005">
        <w:rPr>
          <w:rFonts w:cs="Times New Roman"/>
          <w:color w:val="0F243E" w:themeColor="text2" w:themeShade="80"/>
          <w:lang w:val="ru-RU"/>
        </w:rPr>
        <w:t xml:space="preserve"> </w:t>
      </w:r>
      <w:r w:rsidRPr="00A77C90">
        <w:rPr>
          <w:rFonts w:cs="Times New Roman"/>
          <w:lang w:val="ru-RU"/>
        </w:rPr>
        <w:t>«Секретная карта Победы»: работа с картой и фактами, итоговое слово – ПОБЕДА.</w:t>
      </w:r>
    </w:p>
    <w:p w:rsidR="000E4835" w:rsidRPr="000E4835" w:rsidRDefault="000E4835" w:rsidP="000E483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0E4835">
        <w:rPr>
          <w:rFonts w:cs="Times New Roman"/>
          <w:lang w:val="ru-RU"/>
        </w:rPr>
        <w:t xml:space="preserve">На карте отмечены ключевые города (Москва, </w:t>
      </w:r>
      <w:r>
        <w:rPr>
          <w:rFonts w:cs="Times New Roman"/>
          <w:lang w:val="ru-RU"/>
        </w:rPr>
        <w:t xml:space="preserve">Сталинград, Ленинград, Берлин). </w:t>
      </w:r>
      <w:r w:rsidRPr="000E4835">
        <w:rPr>
          <w:rFonts w:cs="Times New Roman"/>
          <w:lang w:val="ru-RU"/>
        </w:rPr>
        <w:t>Учащимся даются карточки с краткими фактами (например, «блокада длилась 872 дня»).</w:t>
      </w:r>
      <w:r>
        <w:rPr>
          <w:rFonts w:cs="Times New Roman"/>
          <w:lang w:val="ru-RU"/>
        </w:rPr>
        <w:t xml:space="preserve"> </w:t>
      </w:r>
      <w:r w:rsidRPr="000E4835">
        <w:rPr>
          <w:rFonts w:cs="Times New Roman"/>
          <w:lang w:val="ru-RU"/>
        </w:rPr>
        <w:t>Нужно соединить факты с правильным городом.</w:t>
      </w:r>
    </w:p>
    <w:p w:rsidR="000E4835" w:rsidRDefault="000E4835" w:rsidP="000E483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0E4835">
        <w:rPr>
          <w:rFonts w:cs="Times New Roman"/>
          <w:lang w:val="ru-RU"/>
        </w:rPr>
        <w:t>Команда получает последний символ кода.</w:t>
      </w:r>
    </w:p>
    <w:p w:rsidR="00EC51E5" w:rsidRDefault="00EC51E5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E13D61">
        <w:rPr>
          <w:rFonts w:cs="Times New Roman"/>
          <w:b/>
          <w:lang w:val="ru-RU"/>
        </w:rPr>
        <w:t>ЗАКЛЮЧЕНИЕ</w:t>
      </w:r>
      <w:r w:rsidR="000E4835">
        <w:rPr>
          <w:rFonts w:cs="Times New Roman"/>
          <w:b/>
          <w:lang w:val="ru-RU"/>
        </w:rPr>
        <w:t xml:space="preserve"> (10 мин.)</w:t>
      </w:r>
      <w:r w:rsidR="00A77C90" w:rsidRPr="00E13D61">
        <w:rPr>
          <w:rFonts w:cs="Times New Roman"/>
          <w:b/>
          <w:lang w:val="ru-RU"/>
        </w:rPr>
        <w:t>:</w:t>
      </w:r>
      <w:r w:rsidR="00A77C90" w:rsidRPr="00A77C90">
        <w:rPr>
          <w:rFonts w:cs="Times New Roman"/>
          <w:lang w:val="ru-RU"/>
        </w:rPr>
        <w:t xml:space="preserve"> команды собирают «Код Памяти»: ВЕРА – ПАМЯТЬ – СЕМЬЯ – МУЖЕСТВО – ДРУЖБА – ПОБЕДА.</w:t>
      </w:r>
    </w:p>
    <w:p w:rsidR="00076AC7" w:rsidRDefault="00076AC7" w:rsidP="00076AC7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Учитель:</w:t>
      </w:r>
      <w:r w:rsidRPr="00076AC7">
        <w:rPr>
          <w:rFonts w:cs="Times New Roman"/>
          <w:lang w:val="ru-RU"/>
        </w:rPr>
        <w:t xml:space="preserve"> «Из этих слов складывается наш Код Памяти. Он хранит то, что сделал возможным подвиг народа: вера, память, сем</w:t>
      </w:r>
      <w:r>
        <w:rPr>
          <w:rFonts w:cs="Times New Roman"/>
          <w:lang w:val="ru-RU"/>
        </w:rPr>
        <w:t xml:space="preserve">ья, мужество, дружба </w:t>
      </w:r>
      <w:r w:rsidR="00A569F9">
        <w:rPr>
          <w:rFonts w:cs="Times New Roman"/>
          <w:lang w:val="ru-RU"/>
        </w:rPr>
        <w:t xml:space="preserve">                                 </w:t>
      </w:r>
      <w:r>
        <w:rPr>
          <w:rFonts w:cs="Times New Roman"/>
          <w:lang w:val="ru-RU"/>
        </w:rPr>
        <w:t>и победа».</w:t>
      </w:r>
    </w:p>
    <w:p w:rsidR="000E4835" w:rsidRDefault="000E4835" w:rsidP="000E483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0E4835">
        <w:rPr>
          <w:rFonts w:cs="Times New Roman"/>
          <w:lang w:val="ru-RU"/>
        </w:rPr>
        <w:t>Каждая команда собирает свой «Код Памяти» (например, слово ПОБЕДА</w:t>
      </w:r>
      <w:r>
        <w:rPr>
          <w:rFonts w:cs="Times New Roman"/>
          <w:lang w:val="ru-RU"/>
        </w:rPr>
        <w:t xml:space="preserve">). </w:t>
      </w:r>
      <w:r w:rsidRPr="000E4835">
        <w:rPr>
          <w:rFonts w:cs="Times New Roman"/>
          <w:lang w:val="ru-RU"/>
        </w:rPr>
        <w:t>Команды представляют, чему научились, какой главный урок вынесли.</w:t>
      </w:r>
      <w:r>
        <w:rPr>
          <w:rFonts w:cs="Times New Roman"/>
          <w:lang w:val="ru-RU"/>
        </w:rPr>
        <w:t xml:space="preserve"> </w:t>
      </w:r>
      <w:r w:rsidRPr="000E4835">
        <w:rPr>
          <w:rFonts w:cs="Times New Roman"/>
          <w:lang w:val="ru-RU"/>
        </w:rPr>
        <w:t>Учитель подводит итог: «Код Памяти разгадан, а значит, вы</w:t>
      </w:r>
      <w:r>
        <w:rPr>
          <w:rFonts w:cs="Times New Roman"/>
          <w:lang w:val="ru-RU"/>
        </w:rPr>
        <w:t xml:space="preserve"> теперь хранители этих знаний».</w:t>
      </w:r>
    </w:p>
    <w:p w:rsidR="000E4835" w:rsidRDefault="00EC51E5" w:rsidP="00EC51E5">
      <w:pPr>
        <w:spacing w:after="0" w:line="360" w:lineRule="auto"/>
        <w:ind w:firstLine="709"/>
        <w:jc w:val="both"/>
        <w:rPr>
          <w:lang w:val="ru-RU"/>
        </w:rPr>
      </w:pPr>
      <w:r w:rsidRPr="00E13D61">
        <w:rPr>
          <w:rFonts w:cs="Times New Roman"/>
          <w:b/>
          <w:lang w:val="ru-RU"/>
        </w:rPr>
        <w:t>РЕФЛЕКСИЯ</w:t>
      </w:r>
      <w:r w:rsidR="00A77C90" w:rsidRPr="00E13D61">
        <w:rPr>
          <w:rFonts w:cs="Times New Roman"/>
          <w:b/>
          <w:lang w:val="ru-RU"/>
        </w:rPr>
        <w:t>:</w:t>
      </w:r>
      <w:r w:rsidR="00A77C90" w:rsidRPr="00A77C90">
        <w:rPr>
          <w:rFonts w:cs="Times New Roman"/>
          <w:lang w:val="ru-RU"/>
        </w:rPr>
        <w:t xml:space="preserve"> «Дерево Памяти» с ассоциациями учеников.</w:t>
      </w:r>
      <w:r w:rsidR="000E4835" w:rsidRPr="000E4835">
        <w:rPr>
          <w:lang w:val="ru-RU"/>
        </w:rPr>
        <w:t xml:space="preserve"> </w:t>
      </w:r>
    </w:p>
    <w:p w:rsidR="00EC51E5" w:rsidRDefault="000E4835" w:rsidP="00EC51E5">
      <w:pPr>
        <w:spacing w:after="0" w:line="360" w:lineRule="auto"/>
        <w:ind w:firstLine="709"/>
        <w:jc w:val="both"/>
        <w:rPr>
          <w:rFonts w:cs="Times New Roman"/>
          <w:lang w:val="ru-RU"/>
        </w:rPr>
      </w:pPr>
      <w:r w:rsidRPr="000E4835">
        <w:rPr>
          <w:rFonts w:cs="Times New Roman"/>
          <w:lang w:val="ru-RU"/>
        </w:rPr>
        <w:t xml:space="preserve">Каждый ученик получает </w:t>
      </w:r>
      <w:proofErr w:type="spellStart"/>
      <w:r w:rsidRPr="000E4835">
        <w:rPr>
          <w:rFonts w:cs="Times New Roman"/>
          <w:lang w:val="ru-RU"/>
        </w:rPr>
        <w:t>стикер</w:t>
      </w:r>
      <w:proofErr w:type="spellEnd"/>
      <w:r w:rsidRPr="000E4835">
        <w:rPr>
          <w:rFonts w:cs="Times New Roman"/>
          <w:lang w:val="ru-RU"/>
        </w:rPr>
        <w:t xml:space="preserve"> и пишет одно слово-ассоциацию с сегодняшним занятием. Все слова приклеиваются на «Дерево Памяти» (ватман с изображением дерева).</w:t>
      </w:r>
    </w:p>
    <w:p w:rsidR="00EC51E5" w:rsidRDefault="00EC51E5" w:rsidP="00A77C90">
      <w:pPr>
        <w:spacing w:after="0" w:line="360" w:lineRule="auto"/>
        <w:jc w:val="both"/>
        <w:rPr>
          <w:rFonts w:cs="Times New Roman"/>
          <w:lang w:val="ru-RU"/>
        </w:rPr>
      </w:pP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i/>
          <w:smallCaps/>
          <w:color w:val="FF0000"/>
          <w:szCs w:val="28"/>
          <w:lang w:val="ru-RU"/>
        </w:rPr>
      </w:pPr>
      <w:r w:rsidRPr="00FB3005">
        <w:rPr>
          <w:rFonts w:cs="Times New Roman"/>
          <w:b/>
          <w:i/>
          <w:smallCaps/>
          <w:color w:val="FF0000"/>
          <w:szCs w:val="28"/>
          <w:lang w:val="ru-RU"/>
        </w:rPr>
        <w:t xml:space="preserve">Задания для </w:t>
      </w:r>
      <w:proofErr w:type="spellStart"/>
      <w:r w:rsidRPr="00FB3005">
        <w:rPr>
          <w:rFonts w:cs="Times New Roman"/>
          <w:b/>
          <w:i/>
          <w:smallCaps/>
          <w:color w:val="FF0000"/>
          <w:szCs w:val="28"/>
          <w:lang w:val="ru-RU"/>
        </w:rPr>
        <w:t>квеста</w:t>
      </w:r>
      <w:proofErr w:type="spellEnd"/>
      <w:r w:rsidR="00076AC7" w:rsidRPr="00FB3005">
        <w:rPr>
          <w:rFonts w:cs="Times New Roman"/>
          <w:b/>
          <w:i/>
          <w:smallCaps/>
          <w:color w:val="FF0000"/>
          <w:szCs w:val="28"/>
          <w:lang w:val="ru-RU"/>
        </w:rPr>
        <w:t>:</w:t>
      </w: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color w:val="1F497D" w:themeColor="text2"/>
          <w:szCs w:val="28"/>
          <w:lang w:val="ru-RU"/>
        </w:rPr>
      </w:pPr>
      <w:r w:rsidRPr="00FB3005">
        <w:rPr>
          <w:rFonts w:cs="Times New Roman"/>
          <w:b/>
          <w:color w:val="1F497D" w:themeColor="text2"/>
          <w:szCs w:val="28"/>
          <w:u w:val="single"/>
          <w:lang w:val="ru-RU"/>
        </w:rPr>
        <w:t xml:space="preserve">Станция 1. </w:t>
      </w:r>
      <w:r w:rsidRPr="00FB3005">
        <w:rPr>
          <w:rFonts w:cs="Times New Roman"/>
          <w:b/>
          <w:color w:val="1F497D" w:themeColor="text2"/>
          <w:szCs w:val="28"/>
          <w:lang w:val="ru-RU"/>
        </w:rPr>
        <w:t>«Голос поэта»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Материал: а</w:t>
      </w:r>
      <w:r w:rsidR="00076AC7">
        <w:rPr>
          <w:rFonts w:cs="Times New Roman"/>
          <w:szCs w:val="28"/>
          <w:lang w:val="ru-RU"/>
        </w:rPr>
        <w:t>удиозапись или текст на слайде.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b/>
          <w:szCs w:val="28"/>
          <w:lang w:val="ru-RU"/>
        </w:rPr>
      </w:pPr>
      <w:r w:rsidRPr="00076AC7">
        <w:rPr>
          <w:rFonts w:cs="Times New Roman"/>
          <w:b/>
          <w:szCs w:val="28"/>
          <w:lang w:val="ru-RU"/>
        </w:rPr>
        <w:t>Задание 1.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Прочитайте отрывок:</w:t>
      </w:r>
    </w:p>
    <w:p w:rsidR="000E4835" w:rsidRPr="00076AC7" w:rsidRDefault="00FB300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«Жди меня, и </w:t>
      </w:r>
      <w:proofErr w:type="gramStart"/>
      <w:r>
        <w:rPr>
          <w:rFonts w:cs="Times New Roman"/>
          <w:szCs w:val="28"/>
          <w:lang w:val="ru-RU"/>
        </w:rPr>
        <w:t>я  вернусь</w:t>
      </w:r>
      <w:proofErr w:type="gramEnd"/>
      <w:r>
        <w:rPr>
          <w:rFonts w:cs="Times New Roman"/>
          <w:szCs w:val="28"/>
          <w:lang w:val="ru-RU"/>
        </w:rPr>
        <w:t xml:space="preserve">,  </w:t>
      </w:r>
      <w:r w:rsidR="000E4835" w:rsidRPr="00076AC7">
        <w:rPr>
          <w:rFonts w:cs="Times New Roman"/>
          <w:szCs w:val="28"/>
          <w:lang w:val="ru-RU"/>
        </w:rPr>
        <w:t>Только</w:t>
      </w:r>
      <w:r>
        <w:rPr>
          <w:rFonts w:cs="Times New Roman"/>
          <w:szCs w:val="28"/>
          <w:lang w:val="ru-RU"/>
        </w:rPr>
        <w:t xml:space="preserve"> </w:t>
      </w:r>
      <w:r w:rsidR="000E4835" w:rsidRPr="00076AC7">
        <w:rPr>
          <w:rFonts w:cs="Times New Roman"/>
          <w:szCs w:val="28"/>
          <w:lang w:val="ru-RU"/>
        </w:rPr>
        <w:t xml:space="preserve"> </w:t>
      </w:r>
      <w:r>
        <w:rPr>
          <w:rFonts w:cs="Times New Roman"/>
          <w:szCs w:val="28"/>
          <w:lang w:val="ru-RU"/>
        </w:rPr>
        <w:t xml:space="preserve"> </w:t>
      </w:r>
      <w:r w:rsidR="000E4835" w:rsidRPr="00076AC7">
        <w:rPr>
          <w:rFonts w:cs="Times New Roman"/>
          <w:szCs w:val="28"/>
          <w:lang w:val="ru-RU"/>
        </w:rPr>
        <w:t xml:space="preserve">очень </w:t>
      </w:r>
      <w:r>
        <w:rPr>
          <w:rFonts w:cs="Times New Roman"/>
          <w:szCs w:val="28"/>
          <w:lang w:val="ru-RU"/>
        </w:rPr>
        <w:t xml:space="preserve">   </w:t>
      </w:r>
      <w:r w:rsidR="000E4835" w:rsidRPr="00076AC7">
        <w:rPr>
          <w:rFonts w:cs="Times New Roman"/>
          <w:szCs w:val="28"/>
          <w:lang w:val="ru-RU"/>
        </w:rPr>
        <w:t>жди...»</w:t>
      </w: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i/>
          <w:color w:val="00B050"/>
          <w:szCs w:val="28"/>
          <w:lang w:val="ru-RU"/>
        </w:rPr>
      </w:pPr>
      <w:r w:rsidRPr="00FB3005">
        <w:rPr>
          <w:rFonts w:ascii="Segoe UI Symbol" w:hAnsi="Segoe UI Symbol" w:cs="Segoe UI Symbol"/>
          <w:b/>
          <w:i/>
          <w:color w:val="00B050"/>
          <w:szCs w:val="28"/>
          <w:lang w:val="ru-RU"/>
        </w:rPr>
        <w:t>👉</w:t>
      </w:r>
      <w:r w:rsidRPr="00FB3005">
        <w:rPr>
          <w:rFonts w:cs="Times New Roman"/>
          <w:b/>
          <w:i/>
          <w:color w:val="00B050"/>
          <w:szCs w:val="28"/>
          <w:lang w:val="ru-RU"/>
        </w:rPr>
        <w:t xml:space="preserve"> Вопросы команде: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Кто автор? (Константин Симонов)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Какое чувство выражено в стихотворении? (Надежда, вера, любовь)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Ключевое слово для кода: ВЕРА.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b/>
          <w:szCs w:val="28"/>
          <w:lang w:val="ru-RU"/>
        </w:rPr>
        <w:t>Задание 2.</w:t>
      </w:r>
      <w:r w:rsidRPr="00076AC7">
        <w:rPr>
          <w:rFonts w:cs="Times New Roman"/>
          <w:szCs w:val="28"/>
          <w:lang w:val="ru-RU"/>
        </w:rPr>
        <w:t xml:space="preserve"> Прочитайте строки: «Я убит подо Ржевом, </w:t>
      </w:r>
      <w:proofErr w:type="gramStart"/>
      <w:r w:rsidRPr="00076AC7">
        <w:rPr>
          <w:rFonts w:cs="Times New Roman"/>
          <w:szCs w:val="28"/>
          <w:lang w:val="ru-RU"/>
        </w:rPr>
        <w:t>В</w:t>
      </w:r>
      <w:proofErr w:type="gramEnd"/>
      <w:r w:rsidRPr="00076AC7">
        <w:rPr>
          <w:rFonts w:cs="Times New Roman"/>
          <w:szCs w:val="28"/>
          <w:lang w:val="ru-RU"/>
        </w:rPr>
        <w:t xml:space="preserve"> безымянном болоте...»</w:t>
      </w: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i/>
          <w:color w:val="00B050"/>
          <w:szCs w:val="28"/>
          <w:lang w:val="ru-RU"/>
        </w:rPr>
      </w:pPr>
      <w:r w:rsidRPr="00FB3005">
        <w:rPr>
          <w:rFonts w:ascii="Segoe UI Symbol" w:hAnsi="Segoe UI Symbol" w:cs="Segoe UI Symbol"/>
          <w:b/>
          <w:i/>
          <w:color w:val="00B050"/>
          <w:szCs w:val="28"/>
          <w:lang w:val="ru-RU"/>
        </w:rPr>
        <w:t>👉</w:t>
      </w:r>
      <w:r w:rsidRPr="00FB3005">
        <w:rPr>
          <w:rFonts w:cs="Times New Roman"/>
          <w:b/>
          <w:i/>
          <w:color w:val="00B050"/>
          <w:szCs w:val="28"/>
          <w:lang w:val="ru-RU"/>
        </w:rPr>
        <w:t xml:space="preserve"> </w:t>
      </w:r>
      <w:r w:rsidR="00076AC7" w:rsidRPr="00FB3005">
        <w:rPr>
          <w:rFonts w:cs="Times New Roman"/>
          <w:b/>
          <w:i/>
          <w:color w:val="00B050"/>
          <w:szCs w:val="28"/>
          <w:lang w:val="ru-RU"/>
        </w:rPr>
        <w:t>Вопросы команде: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Автор? (Александр Твардовский)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О чем стихотворение? (О памяти павших, о цене победы)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Ключевое слово: ПАМЯТЬ.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color w:val="1F497D" w:themeColor="text2"/>
          <w:szCs w:val="28"/>
          <w:lang w:val="ru-RU"/>
        </w:rPr>
      </w:pPr>
      <w:r w:rsidRPr="00FB3005">
        <w:rPr>
          <w:rFonts w:cs="Times New Roman"/>
          <w:b/>
          <w:color w:val="1F497D" w:themeColor="text2"/>
          <w:szCs w:val="28"/>
          <w:u w:val="single"/>
          <w:lang w:val="ru-RU"/>
        </w:rPr>
        <w:t>Станция 2.</w:t>
      </w:r>
      <w:r w:rsidRPr="00FB3005">
        <w:rPr>
          <w:rFonts w:cs="Times New Roman"/>
          <w:b/>
          <w:color w:val="1F497D" w:themeColor="text2"/>
          <w:szCs w:val="28"/>
          <w:lang w:val="ru-RU"/>
        </w:rPr>
        <w:t xml:space="preserve"> «Фронтовая газета»</w:t>
      </w:r>
    </w:p>
    <w:p w:rsidR="000E4835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Материал: карточки с фото + т</w:t>
      </w:r>
      <w:r w:rsidR="00076AC7">
        <w:rPr>
          <w:rFonts w:cs="Times New Roman"/>
          <w:szCs w:val="28"/>
          <w:lang w:val="ru-RU"/>
        </w:rPr>
        <w:t>екстовые отрывки.</w:t>
      </w:r>
    </w:p>
    <w:p w:rsidR="00076AC7" w:rsidRPr="00076AC7" w:rsidRDefault="00076AC7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Фото бойца → текст из письма: «Жив, здоров, милая мама…»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Портрет К. Симонова → отрывок «Жди меня...»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Фотография детей в Ленинграде → подпись «872 дня блокады».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color w:val="00B050"/>
          <w:szCs w:val="28"/>
          <w:lang w:val="ru-RU"/>
        </w:rPr>
      </w:pPr>
      <w:r w:rsidRPr="00FB3005">
        <w:rPr>
          <w:rFonts w:ascii="Segoe UI Symbol" w:hAnsi="Segoe UI Symbol" w:cs="Segoe UI Symbol"/>
          <w:b/>
          <w:color w:val="00B050"/>
          <w:szCs w:val="28"/>
          <w:lang w:val="ru-RU"/>
        </w:rPr>
        <w:t>👉</w:t>
      </w:r>
      <w:r w:rsidRPr="00FB3005">
        <w:rPr>
          <w:rFonts w:cs="Times New Roman"/>
          <w:b/>
          <w:color w:val="00B050"/>
          <w:szCs w:val="28"/>
          <w:lang w:val="ru-RU"/>
        </w:rPr>
        <w:t xml:space="preserve"> Задание:</w:t>
      </w:r>
      <w:r w:rsidRPr="00FB3005">
        <w:rPr>
          <w:rFonts w:cs="Times New Roman"/>
          <w:color w:val="00B050"/>
          <w:szCs w:val="28"/>
          <w:lang w:val="ru-RU"/>
        </w:rPr>
        <w:t xml:space="preserve"> правильно соединить текст и фото.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За каждую правильную пару — 1 балл.</w:t>
      </w: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color w:val="C00000"/>
          <w:szCs w:val="28"/>
          <w:lang w:val="ru-RU"/>
        </w:rPr>
      </w:pPr>
      <w:r w:rsidRPr="00FB3005">
        <w:rPr>
          <w:rFonts w:cs="Times New Roman"/>
          <w:color w:val="C00000"/>
          <w:szCs w:val="28"/>
          <w:lang w:val="ru-RU"/>
        </w:rPr>
        <w:lastRenderedPageBreak/>
        <w:t>Ключевое слово: СЕМЬЯ.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color w:val="1F497D" w:themeColor="text2"/>
          <w:szCs w:val="28"/>
          <w:lang w:val="ru-RU"/>
        </w:rPr>
      </w:pPr>
      <w:r w:rsidRPr="00FB3005">
        <w:rPr>
          <w:rFonts w:cs="Times New Roman"/>
          <w:b/>
          <w:color w:val="1F497D" w:themeColor="text2"/>
          <w:szCs w:val="28"/>
          <w:u w:val="single"/>
          <w:lang w:val="ru-RU"/>
        </w:rPr>
        <w:t>Ста</w:t>
      </w:r>
      <w:r w:rsidR="006929E1" w:rsidRPr="00FB3005">
        <w:rPr>
          <w:rFonts w:cs="Times New Roman"/>
          <w:b/>
          <w:color w:val="1F497D" w:themeColor="text2"/>
          <w:szCs w:val="28"/>
          <w:u w:val="single"/>
          <w:lang w:val="ru-RU"/>
        </w:rPr>
        <w:t>нция 3.</w:t>
      </w:r>
      <w:r w:rsidR="006929E1" w:rsidRPr="00FB3005">
        <w:rPr>
          <w:rFonts w:cs="Times New Roman"/>
          <w:b/>
          <w:color w:val="1F497D" w:themeColor="text2"/>
          <w:szCs w:val="28"/>
          <w:lang w:val="ru-RU"/>
        </w:rPr>
        <w:t xml:space="preserve"> «Литературная эстафета»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6929E1">
        <w:rPr>
          <w:rFonts w:cs="Times New Roman"/>
          <w:b/>
          <w:szCs w:val="28"/>
          <w:lang w:val="ru-RU"/>
        </w:rPr>
        <w:t>Задание 1.</w:t>
      </w:r>
      <w:r w:rsidRPr="00076AC7">
        <w:rPr>
          <w:rFonts w:cs="Times New Roman"/>
          <w:szCs w:val="28"/>
          <w:lang w:val="ru-RU"/>
        </w:rPr>
        <w:t xml:space="preserve"> Учитель читает начало: «— Девчата! — сказал командир. — Впереди застава, немцы близко...» («А зо</w:t>
      </w:r>
      <w:r w:rsidR="006929E1">
        <w:rPr>
          <w:rFonts w:cs="Times New Roman"/>
          <w:szCs w:val="28"/>
          <w:lang w:val="ru-RU"/>
        </w:rPr>
        <w:t>ри здесь тихие» — Б. Васильев).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6929E1">
        <w:rPr>
          <w:rFonts w:ascii="Segoe UI Symbol" w:hAnsi="Segoe UI Symbol" w:cs="Segoe UI Symbol"/>
          <w:b/>
          <w:i/>
          <w:szCs w:val="28"/>
          <w:lang w:val="ru-RU"/>
        </w:rPr>
        <w:t>👉</w:t>
      </w:r>
      <w:r w:rsidRPr="006929E1">
        <w:rPr>
          <w:rFonts w:cs="Times New Roman"/>
          <w:b/>
          <w:i/>
          <w:szCs w:val="28"/>
          <w:lang w:val="ru-RU"/>
        </w:rPr>
        <w:t xml:space="preserve"> Вопрос</w:t>
      </w:r>
      <w:r w:rsidR="006929E1" w:rsidRPr="006929E1">
        <w:rPr>
          <w:b/>
          <w:i/>
          <w:lang w:val="ru-RU"/>
        </w:rPr>
        <w:t xml:space="preserve"> </w:t>
      </w:r>
      <w:r w:rsidR="006929E1" w:rsidRPr="006929E1">
        <w:rPr>
          <w:rFonts w:cs="Times New Roman"/>
          <w:b/>
          <w:i/>
          <w:szCs w:val="28"/>
          <w:lang w:val="ru-RU"/>
        </w:rPr>
        <w:t>команде:</w:t>
      </w:r>
      <w:r w:rsidRPr="00076AC7">
        <w:rPr>
          <w:rFonts w:cs="Times New Roman"/>
          <w:szCs w:val="28"/>
          <w:lang w:val="ru-RU"/>
        </w:rPr>
        <w:t xml:space="preserve"> Что происходит дальше?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Команды своими словами пересказывают: девушки вступают в бой, проявляют мужество.</w:t>
      </w: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color w:val="C00000"/>
          <w:szCs w:val="28"/>
          <w:lang w:val="ru-RU"/>
        </w:rPr>
      </w:pPr>
      <w:r w:rsidRPr="00FB3005">
        <w:rPr>
          <w:rFonts w:cs="Times New Roman"/>
          <w:color w:val="C00000"/>
          <w:szCs w:val="28"/>
          <w:lang w:val="ru-RU"/>
        </w:rPr>
        <w:t>Ключевое слово: МУЖЕСТВО</w:t>
      </w:r>
      <w:r w:rsidR="006929E1" w:rsidRPr="00FB3005">
        <w:rPr>
          <w:rFonts w:cs="Times New Roman"/>
          <w:color w:val="C00000"/>
          <w:szCs w:val="28"/>
          <w:lang w:val="ru-RU"/>
        </w:rPr>
        <w:t>.</w:t>
      </w:r>
    </w:p>
    <w:p w:rsidR="000E4835" w:rsidRPr="006929E1" w:rsidRDefault="000E4835" w:rsidP="00076AC7">
      <w:pPr>
        <w:spacing w:after="0" w:line="360" w:lineRule="auto"/>
        <w:jc w:val="both"/>
        <w:rPr>
          <w:rFonts w:cs="Times New Roman"/>
          <w:b/>
          <w:szCs w:val="28"/>
          <w:lang w:val="ru-RU"/>
        </w:rPr>
      </w:pPr>
      <w:r w:rsidRPr="006929E1">
        <w:rPr>
          <w:rFonts w:cs="Times New Roman"/>
          <w:b/>
          <w:szCs w:val="28"/>
          <w:lang w:val="ru-RU"/>
        </w:rPr>
        <w:t xml:space="preserve">Задание 2. 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Отрывок из «Сын полка» В. Катаева: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 xml:space="preserve">«Васька стоял и не верил своему счастью: его взяли в </w:t>
      </w:r>
      <w:r w:rsidR="00163EEC" w:rsidRPr="00076AC7">
        <w:rPr>
          <w:rFonts w:cs="Times New Roman"/>
          <w:szCs w:val="28"/>
          <w:lang w:val="ru-RU"/>
        </w:rPr>
        <w:t>часть...»</w:t>
      </w: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color w:val="00B050"/>
          <w:szCs w:val="28"/>
          <w:lang w:val="ru-RU"/>
        </w:rPr>
      </w:pPr>
      <w:r w:rsidRPr="00FB3005">
        <w:rPr>
          <w:rFonts w:ascii="Segoe UI Symbol" w:hAnsi="Segoe UI Symbol" w:cs="Segoe UI Symbol"/>
          <w:b/>
          <w:i/>
          <w:color w:val="00B050"/>
          <w:szCs w:val="28"/>
          <w:lang w:val="ru-RU"/>
        </w:rPr>
        <w:t>👉</w:t>
      </w:r>
      <w:r w:rsidRPr="00FB3005">
        <w:rPr>
          <w:rFonts w:cs="Times New Roman"/>
          <w:b/>
          <w:i/>
          <w:color w:val="00B050"/>
          <w:szCs w:val="28"/>
          <w:lang w:val="ru-RU"/>
        </w:rPr>
        <w:t xml:space="preserve"> </w:t>
      </w:r>
      <w:r w:rsidR="006929E1" w:rsidRPr="00FB3005">
        <w:rPr>
          <w:rFonts w:cs="Times New Roman"/>
          <w:b/>
          <w:i/>
          <w:color w:val="00B050"/>
          <w:szCs w:val="28"/>
          <w:lang w:val="ru-RU"/>
        </w:rPr>
        <w:t>Вопрос команде:</w:t>
      </w:r>
      <w:r w:rsidR="006929E1" w:rsidRPr="00FB3005">
        <w:rPr>
          <w:rFonts w:cs="Times New Roman"/>
          <w:b/>
          <w:color w:val="00B050"/>
          <w:szCs w:val="28"/>
          <w:lang w:val="ru-RU"/>
        </w:rPr>
        <w:t xml:space="preserve"> </w:t>
      </w:r>
      <w:r w:rsidR="00163EEC" w:rsidRPr="00FB3005">
        <w:rPr>
          <w:rFonts w:cs="Times New Roman"/>
          <w:b/>
          <w:color w:val="00B050"/>
          <w:szCs w:val="28"/>
          <w:lang w:val="ru-RU"/>
        </w:rPr>
        <w:t>Почему для героя это счастье?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Ответ: он обрел «боевую семью», защиту, смысл.</w:t>
      </w:r>
    </w:p>
    <w:p w:rsidR="000E4835" w:rsidRPr="00076AC7" w:rsidRDefault="00163EEC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Ключевое слово: ДРУЖБА</w:t>
      </w:r>
      <w:r w:rsidR="000E4835" w:rsidRPr="00076AC7">
        <w:rPr>
          <w:rFonts w:cs="Times New Roman"/>
          <w:szCs w:val="28"/>
          <w:lang w:val="ru-RU"/>
        </w:rPr>
        <w:t>.</w:t>
      </w:r>
    </w:p>
    <w:p w:rsidR="00163EEC" w:rsidRPr="00076AC7" w:rsidRDefault="00163EEC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color w:val="1F497D" w:themeColor="text2"/>
          <w:szCs w:val="28"/>
          <w:lang w:val="ru-RU"/>
        </w:rPr>
      </w:pPr>
      <w:r w:rsidRPr="00FB3005">
        <w:rPr>
          <w:rFonts w:cs="Times New Roman"/>
          <w:b/>
          <w:color w:val="1F497D" w:themeColor="text2"/>
          <w:szCs w:val="28"/>
          <w:u w:val="single"/>
          <w:lang w:val="ru-RU"/>
        </w:rPr>
        <w:t>Станция 4.</w:t>
      </w:r>
      <w:r w:rsidR="006929E1" w:rsidRPr="00FB3005">
        <w:rPr>
          <w:rFonts w:cs="Times New Roman"/>
          <w:b/>
          <w:color w:val="1F497D" w:themeColor="text2"/>
          <w:szCs w:val="28"/>
          <w:lang w:val="ru-RU"/>
        </w:rPr>
        <w:t xml:space="preserve"> «Секретная карта Победы»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На доске или распечатке к</w:t>
      </w:r>
      <w:r w:rsidR="006929E1">
        <w:rPr>
          <w:rFonts w:cs="Times New Roman"/>
          <w:szCs w:val="28"/>
          <w:lang w:val="ru-RU"/>
        </w:rPr>
        <w:t>арта СССР и Европы (1941–1945).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Карточки с фак</w:t>
      </w:r>
      <w:r w:rsidR="00163EEC" w:rsidRPr="00076AC7">
        <w:rPr>
          <w:rFonts w:cs="Times New Roman"/>
          <w:szCs w:val="28"/>
          <w:lang w:val="ru-RU"/>
        </w:rPr>
        <w:t>тами: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1. «872 дня блокады» (соединить с Ленинградом).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2. «Сталинградская битва — перелом войны» (соединить со Сталинградом).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3. «Москва — Битва за столицу 1941» (соединить с Москвой).</w:t>
      </w:r>
    </w:p>
    <w:p w:rsidR="000E4835" w:rsidRPr="00076AC7" w:rsidRDefault="000E4835" w:rsidP="00076AC7">
      <w:pPr>
        <w:spacing w:after="0" w:line="360" w:lineRule="auto"/>
        <w:jc w:val="both"/>
        <w:rPr>
          <w:rFonts w:cs="Times New Roman"/>
          <w:szCs w:val="28"/>
          <w:lang w:val="ru-RU"/>
        </w:rPr>
      </w:pPr>
      <w:r w:rsidRPr="00076AC7">
        <w:rPr>
          <w:rFonts w:cs="Times New Roman"/>
          <w:szCs w:val="28"/>
          <w:lang w:val="ru-RU"/>
        </w:rPr>
        <w:t>4. «Взятие Берлина — 9 мая 1945» (соединить с Берлином).</w:t>
      </w:r>
    </w:p>
    <w:p w:rsidR="000E4835" w:rsidRPr="00FB3005" w:rsidRDefault="000E4835" w:rsidP="00076AC7">
      <w:pPr>
        <w:spacing w:after="0" w:line="360" w:lineRule="auto"/>
        <w:jc w:val="both"/>
        <w:rPr>
          <w:rFonts w:cs="Times New Roman"/>
          <w:b/>
          <w:color w:val="FF0000"/>
          <w:szCs w:val="28"/>
          <w:lang w:val="ru-RU"/>
        </w:rPr>
      </w:pPr>
      <w:r w:rsidRPr="00FB3005">
        <w:rPr>
          <w:rFonts w:ascii="Segoe UI Symbol" w:hAnsi="Segoe UI Symbol" w:cs="Segoe UI Symbol"/>
          <w:b/>
          <w:color w:val="FF0000"/>
          <w:szCs w:val="28"/>
          <w:lang w:val="ru-RU"/>
        </w:rPr>
        <w:t>👉</w:t>
      </w:r>
      <w:r w:rsidRPr="00FB3005">
        <w:rPr>
          <w:rFonts w:cs="Times New Roman"/>
          <w:b/>
          <w:color w:val="FF0000"/>
          <w:szCs w:val="28"/>
          <w:lang w:val="ru-RU"/>
        </w:rPr>
        <w:t xml:space="preserve"> </w:t>
      </w:r>
      <w:proofErr w:type="gramStart"/>
      <w:r w:rsidRPr="00FB3005">
        <w:rPr>
          <w:rFonts w:cs="Times New Roman"/>
          <w:b/>
          <w:color w:val="FF0000"/>
          <w:szCs w:val="28"/>
          <w:lang w:val="ru-RU"/>
        </w:rPr>
        <w:t>Если</w:t>
      </w:r>
      <w:proofErr w:type="gramEnd"/>
      <w:r w:rsidRPr="00FB3005">
        <w:rPr>
          <w:rFonts w:cs="Times New Roman"/>
          <w:b/>
          <w:color w:val="FF0000"/>
          <w:szCs w:val="28"/>
          <w:lang w:val="ru-RU"/>
        </w:rPr>
        <w:t xml:space="preserve"> все правильно соединено — получ</w:t>
      </w:r>
      <w:r w:rsidR="00163EEC" w:rsidRPr="00FB3005">
        <w:rPr>
          <w:rFonts w:cs="Times New Roman"/>
          <w:b/>
          <w:color w:val="FF0000"/>
          <w:szCs w:val="28"/>
          <w:lang w:val="ru-RU"/>
        </w:rPr>
        <w:t>ают ключевое слово: ПОБЕДА.</w:t>
      </w:r>
    </w:p>
    <w:p w:rsidR="000E4835" w:rsidRPr="000E4835" w:rsidRDefault="000E4835" w:rsidP="000E4835">
      <w:pPr>
        <w:spacing w:after="0" w:line="360" w:lineRule="auto"/>
        <w:jc w:val="both"/>
        <w:rPr>
          <w:rFonts w:cs="Times New Roman"/>
          <w:lang w:val="ru-RU"/>
        </w:rPr>
      </w:pPr>
    </w:p>
    <w:sectPr w:rsidR="000E4835" w:rsidRPr="000E4835" w:rsidSect="00A77C90">
      <w:pgSz w:w="12240" w:h="15840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6AC7"/>
    <w:rsid w:val="000E4835"/>
    <w:rsid w:val="0015074B"/>
    <w:rsid w:val="00163EEC"/>
    <w:rsid w:val="0029639D"/>
    <w:rsid w:val="00326F90"/>
    <w:rsid w:val="003D2CF6"/>
    <w:rsid w:val="005142FA"/>
    <w:rsid w:val="006929E1"/>
    <w:rsid w:val="007E0354"/>
    <w:rsid w:val="008465D8"/>
    <w:rsid w:val="00A569F9"/>
    <w:rsid w:val="00A77C90"/>
    <w:rsid w:val="00AA1D8D"/>
    <w:rsid w:val="00B47730"/>
    <w:rsid w:val="00CB0664"/>
    <w:rsid w:val="00E13D61"/>
    <w:rsid w:val="00EC51E5"/>
    <w:rsid w:val="00FB300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55986D"/>
  <w14:defaultImageDpi w14:val="300"/>
  <w15:docId w15:val="{59D5F63D-AADC-4292-AF2C-B82A84D1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CFD6F4-E353-48DB-96F0-40008F72C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928</Words>
  <Characters>5290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6206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19</cp:revision>
  <dcterms:created xsi:type="dcterms:W3CDTF">2013-12-23T23:15:00Z</dcterms:created>
  <dcterms:modified xsi:type="dcterms:W3CDTF">2025-09-26T17:06:00Z</dcterms:modified>
  <cp:category/>
</cp:coreProperties>
</file>