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Методическая разработка занятия по звуковой культуре речи</w:t>
      </w:r>
    </w:p>
    <w:p>
      <w:r>
        <w:t>Тема: «Звук»</w:t>
      </w:r>
    </w:p>
    <w:p>
      <w:r>
        <w:t>Возраст: подготовительная группа (6–7 лет)</w:t>
      </w:r>
    </w:p>
    <w:p>
      <w:r>
        <w:t>Продолжительность: 25–30 минут</w:t>
      </w:r>
    </w:p>
    <w:p>
      <w:pPr>
        <w:pStyle w:val="Heading1"/>
      </w:pPr>
      <w:r>
        <w:t>Цель</w:t>
      </w:r>
    </w:p>
    <w:p>
      <w:r>
        <w:t>Формировать у детей представления о звуках окружающего мира и звуках речи, развивать фонематический слух, слуховое внимание и умение анализировать звуковой состав слова.</w:t>
      </w:r>
    </w:p>
    <w:p>
      <w:pPr>
        <w:pStyle w:val="Heading1"/>
      </w:pPr>
      <w:r>
        <w:t>Задачи</w:t>
      </w:r>
    </w:p>
    <w:p>
      <w:r>
        <w:t>• Образовательные:</w:t>
        <w:br/>
        <w:t xml:space="preserve">  – учить различать звуки природы, предметов и звуки речи;</w:t>
        <w:br/>
        <w:t xml:space="preserve">  – закреплять умение выделять первый и последний звук в слове.</w:t>
        <w:br/>
        <w:t>• Развивающие:</w:t>
        <w:br/>
        <w:t xml:space="preserve">  – развивать фонематический слух, речевое дыхание, артикуляционную подвижность, внимание и память.</w:t>
        <w:br/>
        <w:t>• Воспитательные:</w:t>
        <w:br/>
        <w:t xml:space="preserve">  – воспитывать интерес к языковым играм, умение слушать и слышать друг друга.</w:t>
      </w:r>
    </w:p>
    <w:p>
      <w:pPr>
        <w:pStyle w:val="Heading1"/>
      </w:pPr>
      <w:r>
        <w:t>Ход занятия</w:t>
      </w:r>
    </w:p>
    <w:p>
      <w:pPr>
        <w:pStyle w:val="Heading2"/>
      </w:pPr>
      <w:r>
        <w:t>1. Организационный момент (2–3 мин.)</w:t>
      </w:r>
    </w:p>
    <w:p>
      <w:r>
        <w:t>Воспитатель: «Ребята, сегодня мы отправимся в путешествие в удивительную Страну Звуков. Но попасть туда могут только те, у кого очень внимательные ушки. Проверим наши ушки?»</w:t>
        <w:br/>
        <w:br/>
        <w:t>Игра «Ушки-ловушки»:</w:t>
        <w:br/>
        <w:t>– 1 хлопок – дети поднимают руки,</w:t>
        <w:br/>
        <w:t>– 2 хлопка – приседают,</w:t>
        <w:br/>
        <w:t>– 3 хлопка – топают.</w:t>
      </w:r>
    </w:p>
    <w:p>
      <w:pPr>
        <w:pStyle w:val="Heading2"/>
      </w:pPr>
      <w:r>
        <w:t>2. Артикуляционная гимнастика (3 мин.)</w:t>
      </w:r>
    </w:p>
    <w:p>
      <w:r>
        <w:t>Воспитатель: «Чтобы лучше произносить звуки речи, давайте разомнём наш язычок и губки».</w:t>
        <w:br/>
        <w:br/>
        <w:t>• «Улыбка» – улыбнуться, показать зубы.</w:t>
        <w:br/>
        <w:t>• «Трубочка» – губы вперёд.</w:t>
        <w:br/>
        <w:t>• «Часики» – язык тянется к уголкам губ.</w:t>
        <w:br/>
        <w:t>• «Качели» – язык к верхней губе – к нижней.</w:t>
        <w:br/>
        <w:t>• «Грибок» – язык присасывается к нёбу.</w:t>
      </w:r>
    </w:p>
    <w:p>
      <w:pPr>
        <w:pStyle w:val="Heading2"/>
      </w:pPr>
      <w:r>
        <w:t>3. Введение в тему (3 мин.)</w:t>
      </w:r>
    </w:p>
    <w:p>
      <w:r>
        <w:t>Воспитатель: «Что такое звук? Послушайте внимательно».</w:t>
        <w:br/>
        <w:t>(Звон колокольчика, стук палочек, шуршание бумаги.)</w:t>
        <w:br/>
        <w:br/>
        <w:t>Беседа: «Какие звуки вы услышали? Где они встречаются? А какие звуки издаём мы?»</w:t>
        <w:br/>
        <w:br/>
        <w:t>Вывод: Звуки бывают окружающей среды и звуки речи.</w:t>
      </w:r>
    </w:p>
    <w:p>
      <w:pPr>
        <w:pStyle w:val="Heading2"/>
      </w:pPr>
      <w:r>
        <w:t>4. Игра «Угадай звук» (4 мин.)</w:t>
      </w:r>
    </w:p>
    <w:p>
      <w:r>
        <w:t>Воспитатель за ширмой воспроизводит звуки: шум воды, скрип двери, звон ключей, хлопок ладонями. Дети угадывают.</w:t>
        <w:br/>
        <w:t>Вариант: прослушивание аудиозаписей звуков природы.</w:t>
      </w:r>
    </w:p>
    <w:p>
      <w:pPr>
        <w:pStyle w:val="Heading2"/>
      </w:pPr>
      <w:r>
        <w:t>5. Дыхательные упражнения (3 мин.)</w:t>
      </w:r>
    </w:p>
    <w:p>
      <w:r>
        <w:t>Воспитатель: «Чтобы наши звуки звучали красиво и звонко, нужно научиться правильно дышать».</w:t>
        <w:br/>
        <w:br/>
        <w:t>• «Задуй свечу» – короткий и длинный выдох.</w:t>
        <w:br/>
        <w:t>• «Пушинка» – дуем плавно на кусочек ваты.</w:t>
        <w:br/>
        <w:t>• «Самолётик» – длительный выдох со звуком [с].</w:t>
      </w:r>
    </w:p>
    <w:p>
      <w:pPr>
        <w:pStyle w:val="Heading2"/>
      </w:pPr>
      <w:r>
        <w:t>6. Звуки речи (5 мин.)</w:t>
      </w:r>
    </w:p>
    <w:p>
      <w:r>
        <w:t>Воспитатель: «Послушайте, какие звуки может издавать наш рот. Повторяйте за мной, как эхо».</w:t>
        <w:br/>
        <w:br/>
        <w:t>Упражнение «Эхо»: педагог произносит звуки [а], [о], [и], [м], [с], [ш], дети повторяют.</w:t>
        <w:br/>
        <w:t>Усложнение: повторять только гласные или только согласные.</w:t>
        <w:br/>
        <w:br/>
        <w:t>Игра «Поймай звук»: педагог произносит слова (кот, дом, лес, мак). Дети хлопают, если услышали [а], поднимают руку, если [о].</w:t>
      </w:r>
    </w:p>
    <w:p>
      <w:pPr>
        <w:pStyle w:val="Heading2"/>
      </w:pPr>
      <w:r>
        <w:t>7. Звуковой анализ слов (5 мин.)</w:t>
      </w:r>
    </w:p>
    <w:p>
      <w:r>
        <w:t>Воспитатель: «Слово – это домик для звуков. Давайте посмотрим, кто живёт в домике».</w:t>
        <w:br/>
        <w:br/>
        <w:t>Примеры: кот, мак, сыр, лес.</w:t>
        <w:br/>
        <w:t>Дети называют:</w:t>
        <w:br/>
        <w:t>– первый звук,</w:t>
        <w:br/>
        <w:t>– последний звук,</w:t>
        <w:br/>
        <w:t>– количество звуков.</w:t>
      </w:r>
    </w:p>
    <w:p>
      <w:pPr>
        <w:pStyle w:val="Heading2"/>
      </w:pPr>
      <w:r>
        <w:t>8. Физминутка «Живые звуки» (2 мин.)</w:t>
      </w:r>
    </w:p>
    <w:p>
      <w:r>
        <w:t>• Гласный звук – руки вверх «как солнышко поёт».</w:t>
        <w:br/>
        <w:t>• Согласный – приседают «как камушек упал».</w:t>
        <w:br/>
        <w:t>• Шипящий – машут руками «как ветер шумит».</w:t>
      </w:r>
    </w:p>
    <w:p>
      <w:pPr>
        <w:pStyle w:val="Heading2"/>
      </w:pPr>
      <w:r>
        <w:t>9. Игра «Собери слово» (3 мин.)</w:t>
      </w:r>
    </w:p>
    <w:p>
      <w:r>
        <w:t>Воспитатель: «Сейчас я буду называть звуки по одному, а вы попробуйте соединить их в слово».</w:t>
        <w:br/>
        <w:br/>
        <w:t>• [к]-[о]-[т] – кот</w:t>
        <w:br/>
        <w:t>• [д]-[о]-[м] – дом</w:t>
        <w:br/>
        <w:t>• [р]-[а]-[к] – рак</w:t>
      </w:r>
    </w:p>
    <w:p>
      <w:pPr>
        <w:pStyle w:val="Heading2"/>
      </w:pPr>
      <w:r>
        <w:t>10. Итог занятия (2–3 мин.)</w:t>
      </w:r>
    </w:p>
    <w:p>
      <w:r>
        <w:t>Вопросы: Какие звуки мы сегодня слушали? Чем отличаются звуки природы и звуки речи? Для чего нужны звуки речи?</w:t>
        <w:br/>
        <w:br/>
        <w:t>Воспитатель: «Сегодня мы побывали в Стране Звуков и узнали, что звуки окружают нас везде. Но самые главные для нас – звуки речи, ведь именно они помогают нам общаться».</w:t>
      </w:r>
    </w:p>
    <w:p>
      <w:pPr>
        <w:pStyle w:val="Heading1"/>
      </w:pPr>
      <w:r>
        <w:t>Оборудование</w:t>
      </w:r>
    </w:p>
    <w:p>
      <w:r>
        <w:t>• Колокольчик, палочки, бумага, ключи, аудиозаписи звуков природы.</w:t>
        <w:br/>
        <w:t>• Ватные «пушинки».</w:t>
        <w:br/>
        <w:t>• Карточки для обозначения гласных (красные) и согласных (синие).</w:t>
        <w:br/>
        <w:t>• Картинки-предметы (кот, дом, мак, сыр, лес).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