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52E7" w:rsidRPr="00A03334" w:rsidRDefault="006E52E7" w:rsidP="00FB0437">
      <w:pPr>
        <w:jc w:val="center"/>
        <w:rPr>
          <w:b/>
          <w:bCs/>
          <w:sz w:val="28"/>
          <w:szCs w:val="28"/>
          <w:lang w:val="ru-RU"/>
        </w:rPr>
      </w:pPr>
      <w:r w:rsidRPr="00A03334">
        <w:rPr>
          <w:b/>
          <w:bCs/>
          <w:sz w:val="28"/>
          <w:szCs w:val="28"/>
          <w:lang w:val="ru-RU"/>
        </w:rPr>
        <w:t xml:space="preserve">Аннотация к </w:t>
      </w:r>
      <w:r w:rsidR="00FB0437" w:rsidRPr="00A03334">
        <w:rPr>
          <w:b/>
          <w:bCs/>
          <w:sz w:val="28"/>
          <w:szCs w:val="28"/>
          <w:lang w:val="ru-RU"/>
        </w:rPr>
        <w:t>работе: «</w:t>
      </w:r>
      <w:r w:rsidR="00FB0437" w:rsidRPr="00A03334">
        <w:rPr>
          <w:b/>
          <w:bCs/>
          <w:sz w:val="28"/>
          <w:szCs w:val="28"/>
          <w:lang w:val="ru-RU"/>
        </w:rPr>
        <w:t>Разработка сайта, формирующего уникальные дидактические материалы для учителей физики и математики.»</w:t>
      </w:r>
    </w:p>
    <w:p w:rsidR="00FB0437" w:rsidRDefault="00FB0437" w:rsidP="00FB0437">
      <w:pPr>
        <w:jc w:val="both"/>
        <w:rPr>
          <w:sz w:val="28"/>
          <w:szCs w:val="28"/>
          <w:lang w:val="ru-RU"/>
        </w:rPr>
      </w:pPr>
      <w:r w:rsidRPr="00A03334">
        <w:rPr>
          <w:sz w:val="28"/>
          <w:szCs w:val="28"/>
          <w:lang w:val="ru-RU"/>
        </w:rPr>
        <w:tab/>
        <w:t xml:space="preserve">Разработанный сайт позволяет учителю сформировать дидактические материалы как в браузере, так и в формате </w:t>
      </w:r>
      <w:r w:rsidRPr="00A03334">
        <w:rPr>
          <w:sz w:val="28"/>
          <w:szCs w:val="28"/>
        </w:rPr>
        <w:t>docx</w:t>
      </w:r>
      <w:bookmarkStart w:id="0" w:name="_GoBack"/>
      <w:bookmarkEnd w:id="0"/>
      <w:r w:rsidRPr="00A03334">
        <w:rPr>
          <w:sz w:val="28"/>
          <w:szCs w:val="28"/>
          <w:lang w:val="ru-RU"/>
        </w:rPr>
        <w:t xml:space="preserve"> по выбранной теме (или нескольким темам). Благодаря тому, что значения величин, входящих в задачи</w:t>
      </w:r>
      <w:r w:rsidR="00F64BD3">
        <w:rPr>
          <w:sz w:val="28"/>
          <w:szCs w:val="28"/>
          <w:lang w:val="ru-RU"/>
        </w:rPr>
        <w:t>,</w:t>
      </w:r>
      <w:r w:rsidRPr="00A03334">
        <w:rPr>
          <w:sz w:val="28"/>
          <w:szCs w:val="28"/>
          <w:lang w:val="ru-RU"/>
        </w:rPr>
        <w:t xml:space="preserve"> бер</w:t>
      </w:r>
      <w:r w:rsidR="00F64BD3">
        <w:rPr>
          <w:sz w:val="28"/>
          <w:szCs w:val="28"/>
          <w:lang w:val="ru-RU"/>
        </w:rPr>
        <w:t>у</w:t>
      </w:r>
      <w:r w:rsidRPr="00A03334">
        <w:rPr>
          <w:sz w:val="28"/>
          <w:szCs w:val="28"/>
          <w:lang w:val="ru-RU"/>
        </w:rPr>
        <w:t>тся из</w:t>
      </w:r>
      <w:r w:rsidR="00F64BD3">
        <w:rPr>
          <w:sz w:val="28"/>
          <w:szCs w:val="28"/>
          <w:lang w:val="ru-RU"/>
        </w:rPr>
        <w:t xml:space="preserve"> достаточно</w:t>
      </w:r>
      <w:r w:rsidRPr="00A03334">
        <w:rPr>
          <w:sz w:val="28"/>
          <w:szCs w:val="28"/>
          <w:lang w:val="ru-RU"/>
        </w:rPr>
        <w:t xml:space="preserve"> большого, но приемлемого диапазона, вероятность повторения задач в сформированных комплектах крайне мала</w:t>
      </w:r>
      <w:r w:rsidR="00192796" w:rsidRPr="00A03334">
        <w:rPr>
          <w:sz w:val="28"/>
          <w:szCs w:val="28"/>
          <w:lang w:val="ru-RU"/>
        </w:rPr>
        <w:t>. На сайте предусмотрено написание индивидуальных онлайн-работ учениками без регистрации. Учитель может смотреть как промежуточный, так и окончательный результаты работ. Итоги ученических</w:t>
      </w:r>
      <w:r w:rsidR="00A03334" w:rsidRPr="00A03334">
        <w:rPr>
          <w:sz w:val="28"/>
          <w:szCs w:val="28"/>
          <w:lang w:val="ru-RU"/>
        </w:rPr>
        <w:t xml:space="preserve"> работ</w:t>
      </w:r>
      <w:r w:rsidR="00192796" w:rsidRPr="00A03334">
        <w:rPr>
          <w:sz w:val="28"/>
          <w:szCs w:val="28"/>
          <w:lang w:val="ru-RU"/>
        </w:rPr>
        <w:t xml:space="preserve"> выводятся в </w:t>
      </w:r>
      <w:r w:rsidR="00A03334" w:rsidRPr="00A03334">
        <w:rPr>
          <w:sz w:val="28"/>
          <w:szCs w:val="28"/>
        </w:rPr>
        <w:t>docx</w:t>
      </w:r>
      <w:r w:rsidR="00A03334" w:rsidRPr="00A03334">
        <w:rPr>
          <w:sz w:val="28"/>
          <w:szCs w:val="28"/>
          <w:lang w:val="ru-RU"/>
        </w:rPr>
        <w:t>-файле в виде сводных таблиц с различными сортировками.</w:t>
      </w:r>
    </w:p>
    <w:p w:rsidR="00D015DA" w:rsidRDefault="00D015DA" w:rsidP="00FB0437">
      <w:pPr>
        <w:jc w:val="both"/>
      </w:pPr>
      <w:r>
        <w:rPr>
          <w:sz w:val="28"/>
          <w:szCs w:val="28"/>
          <w:lang w:val="ru-RU"/>
        </w:rPr>
        <w:t xml:space="preserve">Ссылка на сайт: </w:t>
      </w:r>
      <w:hyperlink r:id="rId6" w:history="1">
        <w:r w:rsidRPr="00D015DA">
          <w:rPr>
            <w:rStyle w:val="aff8"/>
            <w:lang w:val="ru-RU"/>
          </w:rPr>
          <w:t>Сайт дидактических</w:t>
        </w:r>
        <w:r w:rsidRPr="00D015DA">
          <w:rPr>
            <w:rStyle w:val="aff8"/>
            <w:lang w:val="ru-RU"/>
          </w:rPr>
          <w:t xml:space="preserve"> </w:t>
        </w:r>
        <w:r w:rsidRPr="00D015DA">
          <w:rPr>
            <w:rStyle w:val="aff8"/>
            <w:lang w:val="ru-RU"/>
          </w:rPr>
          <w:t>материалов по физике и математике для учителя (</w:t>
        </w:r>
        <w:r>
          <w:rPr>
            <w:rStyle w:val="aff8"/>
          </w:rPr>
          <w:t>u</w:t>
        </w:r>
        <w:r w:rsidRPr="00D015DA">
          <w:rPr>
            <w:rStyle w:val="aff8"/>
            <w:lang w:val="ru-RU"/>
          </w:rPr>
          <w:t>4</w:t>
        </w:r>
        <w:proofErr w:type="spellStart"/>
        <w:r>
          <w:rPr>
            <w:rStyle w:val="aff8"/>
          </w:rPr>
          <w:t>ithelp</w:t>
        </w:r>
        <w:proofErr w:type="spellEnd"/>
        <w:r w:rsidRPr="00D015DA">
          <w:rPr>
            <w:rStyle w:val="aff8"/>
            <w:lang w:val="ru-RU"/>
          </w:rPr>
          <w:t>.</w:t>
        </w:r>
        <w:proofErr w:type="spellStart"/>
        <w:r>
          <w:rPr>
            <w:rStyle w:val="aff8"/>
          </w:rPr>
          <w:t>ru</w:t>
        </w:r>
        <w:proofErr w:type="spellEnd"/>
        <w:r w:rsidRPr="00D015DA">
          <w:rPr>
            <w:rStyle w:val="aff8"/>
            <w:lang w:val="ru-RU"/>
          </w:rPr>
          <w:t>)</w:t>
        </w:r>
      </w:hyperlink>
    </w:p>
    <w:p w:rsidR="00D015DA" w:rsidRPr="00D015DA" w:rsidRDefault="00D015DA" w:rsidP="00FB0437">
      <w:pPr>
        <w:jc w:val="both"/>
        <w:rPr>
          <w:sz w:val="28"/>
          <w:szCs w:val="28"/>
          <w:lang w:val="ru-RU"/>
        </w:rPr>
      </w:pPr>
    </w:p>
    <w:p w:rsidR="00D015DA" w:rsidRPr="00D015DA" w:rsidRDefault="00D015DA" w:rsidP="00FB043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Подробное видео для жюри конкурса:</w:t>
      </w:r>
      <w:r w:rsidRPr="00D015DA">
        <w:rPr>
          <w:sz w:val="28"/>
          <w:szCs w:val="28"/>
          <w:lang w:val="ru-RU"/>
        </w:rPr>
        <w:t xml:space="preserve"> </w:t>
      </w:r>
      <w:r w:rsidRPr="00D015DA">
        <w:rPr>
          <w:rFonts w:hint="eastAsia"/>
          <w:sz w:val="28"/>
          <w:szCs w:val="28"/>
          <w:lang w:val="ru-RU"/>
        </w:rPr>
        <w:t>https://cloud.mail.ru/public/mUpn/p52apM6jq</w:t>
      </w:r>
    </w:p>
    <w:p w:rsidR="00C81364" w:rsidRPr="00A03334" w:rsidRDefault="00C81364" w:rsidP="00C81364">
      <w:pPr>
        <w:rPr>
          <w:sz w:val="28"/>
          <w:szCs w:val="28"/>
          <w:lang w:val="ru-RU"/>
        </w:rPr>
      </w:pPr>
    </w:p>
    <w:sectPr w:rsidR="00C81364" w:rsidRPr="00A03334" w:rsidSect="00A03334">
      <w:pgSz w:w="11906" w:h="17972"/>
      <w:pgMar w:top="1135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 New Roman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2796"/>
    <w:rsid w:val="0029639D"/>
    <w:rsid w:val="00326F90"/>
    <w:rsid w:val="006E52E7"/>
    <w:rsid w:val="00A03334"/>
    <w:rsid w:val="00A961B9"/>
    <w:rsid w:val="00AA1D8D"/>
    <w:rsid w:val="00B47730"/>
    <w:rsid w:val="00C81364"/>
    <w:rsid w:val="00CB0664"/>
    <w:rsid w:val="00D015DA"/>
    <w:rsid w:val="00F64BD3"/>
    <w:rsid w:val="00FB043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88F68"/>
  <w14:defaultImageDpi w14:val="300"/>
  <w15:docId w15:val="{8705D066-D3F3-47BA-870D-39A0D6121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 New Roman" w:hAnsi="Time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semiHidden/>
    <w:unhideWhenUsed/>
    <w:rsid w:val="00D015DA"/>
    <w:rPr>
      <w:color w:val="0000FF"/>
      <w:u w:val="single"/>
    </w:rPr>
  </w:style>
  <w:style w:type="character" w:styleId="aff9">
    <w:name w:val="FollowedHyperlink"/>
    <w:basedOn w:val="a2"/>
    <w:uiPriority w:val="99"/>
    <w:semiHidden/>
    <w:unhideWhenUsed/>
    <w:rsid w:val="00D015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4ithel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DA144A-398F-43C3-8650-785294F6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Владимир Побойкин</cp:lastModifiedBy>
  <cp:revision>2</cp:revision>
  <dcterms:created xsi:type="dcterms:W3CDTF">2022-09-29T22:02:00Z</dcterms:created>
  <dcterms:modified xsi:type="dcterms:W3CDTF">2022-09-29T22:02:00Z</dcterms:modified>
  <cp:category/>
</cp:coreProperties>
</file>